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763"/>
        <w:gridCol w:w="2646"/>
        <w:gridCol w:w="2644"/>
        <w:gridCol w:w="3536"/>
      </w:tblGrid>
      <w:tr w:rsidR="00C326C3" w:rsidRPr="006B435F" w:rsidTr="006B435F">
        <w:trPr>
          <w:trHeight w:val="530"/>
        </w:trPr>
        <w:tc>
          <w:tcPr>
            <w:tcW w:w="1763" w:type="dxa"/>
            <w:vMerge w:val="restart"/>
          </w:tcPr>
          <w:p w:rsidR="00C326C3" w:rsidRPr="006B435F" w:rsidRDefault="00C326C3" w:rsidP="006B435F">
            <w:pPr>
              <w:pStyle w:val="TableParagraph"/>
              <w:spacing w:before="0"/>
              <w:ind w:left="0"/>
              <w:rPr>
                <w:sz w:val="18"/>
                <w:szCs w:val="18"/>
              </w:rPr>
            </w:pPr>
          </w:p>
          <w:p w:rsidR="00C326C3" w:rsidRPr="006B435F" w:rsidRDefault="00E47027" w:rsidP="006B435F">
            <w:pPr>
              <w:jc w:val="center"/>
              <w:rPr>
                <w:sz w:val="18"/>
                <w:szCs w:val="18"/>
              </w:rPr>
            </w:pPr>
            <w:r>
              <w:object w:dxaOrig="2190" w:dyaOrig="3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99pt" o:ole="">
                  <v:imagedata r:id="rId8" o:title=""/>
                </v:shape>
                <o:OLEObject Type="Embed" ProgID="PBrush" ShapeID="_x0000_i1025" DrawAspect="Content" ObjectID="_1851680323" r:id="rId9"/>
              </w:object>
            </w:r>
          </w:p>
          <w:p w:rsidR="00C326C3" w:rsidRPr="006B435F" w:rsidRDefault="00E47027" w:rsidP="006B435F">
            <w:pPr>
              <w:jc w:val="center"/>
              <w:rPr>
                <w:sz w:val="18"/>
                <w:szCs w:val="18"/>
              </w:rPr>
            </w:pPr>
            <w:r>
              <w:rPr>
                <w:sz w:val="18"/>
                <w:szCs w:val="18"/>
              </w:rPr>
              <w:t>PRIMĂRIA ORAȘULUI MOLDOVA NOUĂ</w:t>
            </w:r>
          </w:p>
          <w:p w:rsidR="00C326C3" w:rsidRPr="006B435F" w:rsidRDefault="00C326C3" w:rsidP="006B435F">
            <w:pPr>
              <w:pStyle w:val="TableParagraph"/>
              <w:spacing w:before="0"/>
              <w:ind w:left="0"/>
              <w:rPr>
                <w:sz w:val="18"/>
                <w:szCs w:val="18"/>
              </w:rPr>
            </w:pPr>
          </w:p>
        </w:tc>
        <w:tc>
          <w:tcPr>
            <w:tcW w:w="8826" w:type="dxa"/>
            <w:gridSpan w:val="3"/>
            <w:shd w:val="clear" w:color="auto" w:fill="EFEFEF"/>
          </w:tcPr>
          <w:p w:rsidR="00C326C3" w:rsidRPr="006B435F" w:rsidRDefault="00C326C3" w:rsidP="006B435F">
            <w:pPr>
              <w:pStyle w:val="TableParagraph"/>
              <w:rPr>
                <w:b/>
                <w:sz w:val="18"/>
                <w:szCs w:val="18"/>
              </w:rPr>
            </w:pPr>
            <w:r w:rsidRPr="006B435F">
              <w:rPr>
                <w:b/>
                <w:color w:val="0D5F78"/>
                <w:spacing w:val="-2"/>
                <w:w w:val="105"/>
                <w:sz w:val="18"/>
                <w:szCs w:val="18"/>
              </w:rPr>
              <w:t>Județul Caraș-Severin</w:t>
            </w:r>
          </w:p>
        </w:tc>
      </w:tr>
      <w:tr w:rsidR="00C326C3" w:rsidRPr="006B435F" w:rsidTr="006B435F">
        <w:trPr>
          <w:trHeight w:val="529"/>
        </w:trPr>
        <w:tc>
          <w:tcPr>
            <w:tcW w:w="1763" w:type="dxa"/>
            <w:vMerge/>
            <w:tcBorders>
              <w:top w:val="nil"/>
            </w:tcBorders>
          </w:tcPr>
          <w:p w:rsidR="00C326C3" w:rsidRPr="006B435F" w:rsidRDefault="00C326C3" w:rsidP="006B435F">
            <w:pPr>
              <w:rPr>
                <w:sz w:val="18"/>
                <w:szCs w:val="18"/>
              </w:rPr>
            </w:pPr>
          </w:p>
        </w:tc>
        <w:tc>
          <w:tcPr>
            <w:tcW w:w="8826" w:type="dxa"/>
            <w:gridSpan w:val="3"/>
            <w:shd w:val="clear" w:color="auto" w:fill="EFEFEF"/>
          </w:tcPr>
          <w:p w:rsidR="00C326C3" w:rsidRPr="006B435F" w:rsidRDefault="00E47027" w:rsidP="006B435F">
            <w:pPr>
              <w:pStyle w:val="TableParagraph"/>
              <w:rPr>
                <w:b/>
                <w:sz w:val="18"/>
                <w:szCs w:val="18"/>
              </w:rPr>
            </w:pPr>
            <w:r>
              <w:rPr>
                <w:b/>
                <w:color w:val="0D5F78"/>
                <w:sz w:val="18"/>
                <w:szCs w:val="18"/>
              </w:rPr>
              <w:t>Primăria Orașului Moldova Nouă</w:t>
            </w:r>
          </w:p>
        </w:tc>
      </w:tr>
      <w:tr w:rsidR="00C326C3" w:rsidRPr="006B435F" w:rsidTr="006B435F">
        <w:trPr>
          <w:trHeight w:val="539"/>
        </w:trPr>
        <w:tc>
          <w:tcPr>
            <w:tcW w:w="1763" w:type="dxa"/>
            <w:vMerge/>
            <w:tcBorders>
              <w:top w:val="nil"/>
            </w:tcBorders>
          </w:tcPr>
          <w:p w:rsidR="00C326C3" w:rsidRPr="006B435F" w:rsidRDefault="00C326C3" w:rsidP="006B435F">
            <w:pPr>
              <w:rPr>
                <w:sz w:val="18"/>
                <w:szCs w:val="18"/>
              </w:rPr>
            </w:pPr>
          </w:p>
        </w:tc>
        <w:tc>
          <w:tcPr>
            <w:tcW w:w="2646" w:type="dxa"/>
            <w:shd w:val="clear" w:color="auto" w:fill="EFEFEF"/>
          </w:tcPr>
          <w:p w:rsidR="00C326C3" w:rsidRPr="006B435F" w:rsidRDefault="00C326C3" w:rsidP="006B435F">
            <w:pPr>
              <w:pStyle w:val="TableParagraph"/>
              <w:rPr>
                <w:b/>
                <w:color w:val="0D5F78"/>
                <w:spacing w:val="-2"/>
                <w:w w:val="105"/>
                <w:sz w:val="18"/>
                <w:szCs w:val="18"/>
              </w:rPr>
            </w:pPr>
            <w:r w:rsidRPr="006B435F">
              <w:rPr>
                <w:b/>
                <w:color w:val="0D5F78"/>
                <w:w w:val="105"/>
                <w:sz w:val="18"/>
                <w:szCs w:val="18"/>
              </w:rPr>
              <w:t>Cod</w:t>
            </w:r>
            <w:r w:rsidRPr="006B435F">
              <w:rPr>
                <w:b/>
                <w:color w:val="0D5F78"/>
                <w:spacing w:val="-10"/>
                <w:w w:val="105"/>
                <w:sz w:val="18"/>
                <w:szCs w:val="18"/>
              </w:rPr>
              <w:t xml:space="preserve"> </w:t>
            </w:r>
            <w:r w:rsidRPr="006B435F">
              <w:rPr>
                <w:b/>
                <w:color w:val="0D5F78"/>
                <w:w w:val="105"/>
                <w:sz w:val="18"/>
                <w:szCs w:val="18"/>
              </w:rPr>
              <w:t>de</w:t>
            </w:r>
            <w:r w:rsidRPr="006B435F">
              <w:rPr>
                <w:b/>
                <w:color w:val="0D5F78"/>
                <w:spacing w:val="-9"/>
                <w:w w:val="105"/>
                <w:sz w:val="18"/>
                <w:szCs w:val="18"/>
              </w:rPr>
              <w:t xml:space="preserve"> </w:t>
            </w:r>
            <w:r w:rsidRPr="006B435F">
              <w:rPr>
                <w:b/>
                <w:color w:val="0D5F78"/>
                <w:w w:val="105"/>
                <w:sz w:val="18"/>
                <w:szCs w:val="18"/>
              </w:rPr>
              <w:t>identificare</w:t>
            </w:r>
            <w:r w:rsidRPr="006B435F">
              <w:rPr>
                <w:b/>
                <w:color w:val="0D5F78"/>
                <w:spacing w:val="-9"/>
                <w:w w:val="105"/>
                <w:sz w:val="18"/>
                <w:szCs w:val="18"/>
              </w:rPr>
              <w:t xml:space="preserve"> </w:t>
            </w:r>
            <w:r w:rsidRPr="006B435F">
              <w:rPr>
                <w:b/>
                <w:color w:val="0D5F78"/>
                <w:w w:val="105"/>
                <w:sz w:val="18"/>
                <w:szCs w:val="18"/>
              </w:rPr>
              <w:t>fiscală</w:t>
            </w:r>
            <w:r w:rsidRPr="006B435F">
              <w:rPr>
                <w:b/>
                <w:color w:val="0D5F78"/>
                <w:spacing w:val="-9"/>
                <w:w w:val="105"/>
                <w:sz w:val="18"/>
                <w:szCs w:val="18"/>
              </w:rPr>
              <w:t xml:space="preserve"> </w:t>
            </w:r>
          </w:p>
          <w:p w:rsidR="006F6ACD" w:rsidRPr="006B435F" w:rsidRDefault="00E47027" w:rsidP="006B435F">
            <w:pPr>
              <w:pStyle w:val="TableParagraph"/>
              <w:rPr>
                <w:b/>
                <w:sz w:val="18"/>
                <w:szCs w:val="18"/>
              </w:rPr>
            </w:pPr>
            <w:r>
              <w:rPr>
                <w:b/>
                <w:color w:val="0D5F78"/>
                <w:spacing w:val="-2"/>
                <w:w w:val="105"/>
                <w:sz w:val="18"/>
                <w:szCs w:val="18"/>
              </w:rPr>
              <w:t>3227955</w:t>
            </w:r>
          </w:p>
        </w:tc>
        <w:tc>
          <w:tcPr>
            <w:tcW w:w="6180" w:type="dxa"/>
            <w:gridSpan w:val="2"/>
            <w:shd w:val="clear" w:color="auto" w:fill="EFEFEF"/>
          </w:tcPr>
          <w:p w:rsidR="00C326C3" w:rsidRPr="006B435F" w:rsidRDefault="00C326C3" w:rsidP="006B435F">
            <w:pPr>
              <w:pStyle w:val="TableParagraph"/>
              <w:ind w:left="103"/>
              <w:rPr>
                <w:b/>
                <w:sz w:val="18"/>
                <w:szCs w:val="18"/>
              </w:rPr>
            </w:pPr>
            <w:r w:rsidRPr="006B435F">
              <w:rPr>
                <w:b/>
                <w:color w:val="0D5F78"/>
                <w:w w:val="105"/>
                <w:sz w:val="18"/>
                <w:szCs w:val="18"/>
              </w:rPr>
              <w:t>Adresa</w:t>
            </w:r>
            <w:r w:rsidRPr="006B435F">
              <w:rPr>
                <w:b/>
                <w:color w:val="0D5F78"/>
                <w:spacing w:val="-9"/>
                <w:w w:val="105"/>
                <w:sz w:val="18"/>
                <w:szCs w:val="18"/>
              </w:rPr>
              <w:t xml:space="preserve"> </w:t>
            </w:r>
            <w:r w:rsidRPr="006B435F">
              <w:rPr>
                <w:b/>
                <w:color w:val="0D5F78"/>
                <w:spacing w:val="-2"/>
                <w:w w:val="105"/>
                <w:sz w:val="18"/>
                <w:szCs w:val="18"/>
              </w:rPr>
              <w:t>oficială</w:t>
            </w:r>
          </w:p>
          <w:p w:rsidR="00C326C3" w:rsidRPr="006B435F" w:rsidRDefault="00E47027" w:rsidP="006B435F">
            <w:pPr>
              <w:pStyle w:val="TableParagraph"/>
              <w:ind w:left="103"/>
              <w:rPr>
                <w:b/>
                <w:color w:val="0D5F78"/>
                <w:w w:val="105"/>
                <w:sz w:val="18"/>
                <w:szCs w:val="18"/>
              </w:rPr>
            </w:pPr>
            <w:r>
              <w:rPr>
                <w:b/>
                <w:color w:val="0D5F78"/>
                <w:w w:val="105"/>
                <w:sz w:val="18"/>
                <w:szCs w:val="18"/>
              </w:rPr>
              <w:t>Strada Nicolae Bălcescu, nr. 26, 325500 Moldova Nouă</w:t>
            </w:r>
            <w:r w:rsidR="00C326C3" w:rsidRPr="006B435F">
              <w:rPr>
                <w:b/>
                <w:color w:val="0D5F78"/>
                <w:w w:val="105"/>
                <w:sz w:val="18"/>
                <w:szCs w:val="18"/>
              </w:rPr>
              <w:t>, Caraș-Severin</w:t>
            </w:r>
          </w:p>
          <w:p w:rsidR="00C326C3" w:rsidRPr="006B435F" w:rsidRDefault="00E47027" w:rsidP="006B435F">
            <w:pPr>
              <w:pStyle w:val="TableParagraph"/>
              <w:ind w:left="103"/>
              <w:rPr>
                <w:b/>
                <w:color w:val="0D5F78"/>
                <w:w w:val="105"/>
                <w:sz w:val="18"/>
                <w:szCs w:val="18"/>
              </w:rPr>
            </w:pPr>
            <w:r>
              <w:rPr>
                <w:b/>
                <w:color w:val="0D5F78"/>
                <w:w w:val="105"/>
                <w:sz w:val="18"/>
                <w:szCs w:val="18"/>
              </w:rPr>
              <w:t>Tel.: 0255-540997</w:t>
            </w:r>
          </w:p>
          <w:p w:rsidR="00C326C3" w:rsidRPr="006B435F" w:rsidRDefault="00C326C3" w:rsidP="00E47027">
            <w:pPr>
              <w:pStyle w:val="TableParagraph"/>
              <w:ind w:left="103"/>
              <w:rPr>
                <w:i/>
                <w:sz w:val="18"/>
                <w:szCs w:val="18"/>
              </w:rPr>
            </w:pPr>
            <w:r w:rsidRPr="006B435F">
              <w:rPr>
                <w:b/>
                <w:color w:val="0D5F78"/>
                <w:w w:val="105"/>
                <w:sz w:val="18"/>
                <w:szCs w:val="18"/>
              </w:rPr>
              <w:t xml:space="preserve">E-mail: </w:t>
            </w:r>
            <w:r w:rsidR="00E47027">
              <w:rPr>
                <w:b/>
                <w:color w:val="0D5F78"/>
                <w:w w:val="105"/>
                <w:sz w:val="18"/>
                <w:szCs w:val="18"/>
              </w:rPr>
              <w:t>contact@primariamoldovanoua.ro</w:t>
            </w:r>
          </w:p>
        </w:tc>
      </w:tr>
      <w:tr w:rsidR="00C326C3" w:rsidRPr="006B435F" w:rsidTr="006B435F">
        <w:trPr>
          <w:trHeight w:val="530"/>
        </w:trPr>
        <w:tc>
          <w:tcPr>
            <w:tcW w:w="1763" w:type="dxa"/>
            <w:vMerge/>
            <w:tcBorders>
              <w:top w:val="nil"/>
            </w:tcBorders>
          </w:tcPr>
          <w:p w:rsidR="00C326C3" w:rsidRPr="006B435F" w:rsidRDefault="00C326C3" w:rsidP="006B435F">
            <w:pPr>
              <w:rPr>
                <w:sz w:val="18"/>
                <w:szCs w:val="18"/>
              </w:rPr>
            </w:pPr>
          </w:p>
        </w:tc>
        <w:tc>
          <w:tcPr>
            <w:tcW w:w="5290" w:type="dxa"/>
            <w:gridSpan w:val="2"/>
            <w:shd w:val="clear" w:color="auto" w:fill="EFEFEF"/>
          </w:tcPr>
          <w:p w:rsidR="00C326C3" w:rsidRPr="006B435F" w:rsidRDefault="00C326C3" w:rsidP="006B435F">
            <w:pPr>
              <w:pStyle w:val="TableParagraph"/>
              <w:rPr>
                <w:b/>
                <w:sz w:val="18"/>
                <w:szCs w:val="18"/>
              </w:rPr>
            </w:pPr>
            <w:r w:rsidRPr="006B435F">
              <w:rPr>
                <w:b/>
                <w:color w:val="0D5F78"/>
                <w:w w:val="105"/>
                <w:sz w:val="18"/>
                <w:szCs w:val="18"/>
              </w:rPr>
              <w:t>Număr</w:t>
            </w:r>
            <w:r w:rsidRPr="006B435F">
              <w:rPr>
                <w:b/>
                <w:color w:val="0D5F78"/>
                <w:spacing w:val="-7"/>
                <w:w w:val="105"/>
                <w:sz w:val="18"/>
                <w:szCs w:val="18"/>
              </w:rPr>
              <w:t xml:space="preserve"> </w:t>
            </w:r>
            <w:r w:rsidRPr="006B435F">
              <w:rPr>
                <w:b/>
                <w:color w:val="0D5F78"/>
                <w:w w:val="105"/>
                <w:sz w:val="18"/>
                <w:szCs w:val="18"/>
              </w:rPr>
              <w:t>de</w:t>
            </w:r>
            <w:r w:rsidRPr="006B435F">
              <w:rPr>
                <w:b/>
                <w:color w:val="0D5F78"/>
                <w:spacing w:val="-7"/>
                <w:w w:val="105"/>
                <w:sz w:val="18"/>
                <w:szCs w:val="18"/>
              </w:rPr>
              <w:t xml:space="preserve"> </w:t>
            </w:r>
            <w:r w:rsidRPr="006B435F">
              <w:rPr>
                <w:b/>
                <w:color w:val="0D5F78"/>
                <w:spacing w:val="-2"/>
                <w:w w:val="105"/>
                <w:sz w:val="18"/>
                <w:szCs w:val="18"/>
              </w:rPr>
              <w:t>înregistrare</w:t>
            </w:r>
          </w:p>
        </w:tc>
        <w:tc>
          <w:tcPr>
            <w:tcW w:w="3536" w:type="dxa"/>
            <w:shd w:val="clear" w:color="auto" w:fill="EFEFEF"/>
          </w:tcPr>
          <w:p w:rsidR="00C326C3" w:rsidRPr="006B435F" w:rsidRDefault="00C326C3" w:rsidP="006B435F">
            <w:pPr>
              <w:pStyle w:val="TableParagraph"/>
              <w:rPr>
                <w:b/>
                <w:sz w:val="18"/>
                <w:szCs w:val="18"/>
              </w:rPr>
            </w:pPr>
            <w:r w:rsidRPr="006B435F">
              <w:rPr>
                <w:b/>
                <w:color w:val="0D5F78"/>
                <w:spacing w:val="-4"/>
                <w:w w:val="105"/>
                <w:sz w:val="18"/>
                <w:szCs w:val="18"/>
              </w:rPr>
              <w:t>Data</w:t>
            </w:r>
          </w:p>
        </w:tc>
      </w:tr>
      <w:tr w:rsidR="00C326C3" w:rsidRPr="006B435F" w:rsidTr="006B435F">
        <w:trPr>
          <w:trHeight w:val="186"/>
        </w:trPr>
        <w:tc>
          <w:tcPr>
            <w:tcW w:w="10589" w:type="dxa"/>
            <w:gridSpan w:val="4"/>
            <w:shd w:val="clear" w:color="auto" w:fill="EFEFEF"/>
          </w:tcPr>
          <w:p w:rsidR="00C326C3" w:rsidRPr="006B435F" w:rsidRDefault="00C326C3" w:rsidP="006B435F">
            <w:pPr>
              <w:pStyle w:val="TableParagraph"/>
              <w:spacing w:line="143" w:lineRule="exact"/>
              <w:ind w:left="140"/>
              <w:rPr>
                <w:i/>
                <w:sz w:val="18"/>
                <w:szCs w:val="18"/>
              </w:rPr>
            </w:pPr>
            <w:r w:rsidRPr="006B435F">
              <w:rPr>
                <w:i/>
                <w:color w:val="585858"/>
                <w:w w:val="105"/>
                <w:sz w:val="18"/>
                <w:szCs w:val="18"/>
              </w:rPr>
              <w:t>se</w:t>
            </w:r>
            <w:r w:rsidRPr="006B435F">
              <w:rPr>
                <w:i/>
                <w:color w:val="585858"/>
                <w:spacing w:val="-8"/>
                <w:w w:val="105"/>
                <w:sz w:val="18"/>
                <w:szCs w:val="18"/>
              </w:rPr>
              <w:t xml:space="preserve"> </w:t>
            </w:r>
            <w:r w:rsidRPr="006B435F">
              <w:rPr>
                <w:i/>
                <w:color w:val="585858"/>
                <w:w w:val="105"/>
                <w:sz w:val="18"/>
                <w:szCs w:val="18"/>
              </w:rPr>
              <w:t>completează</w:t>
            </w:r>
            <w:r w:rsidRPr="006B435F">
              <w:rPr>
                <w:i/>
                <w:color w:val="585858"/>
                <w:spacing w:val="-8"/>
                <w:w w:val="105"/>
                <w:sz w:val="18"/>
                <w:szCs w:val="18"/>
              </w:rPr>
              <w:t xml:space="preserve"> </w:t>
            </w:r>
            <w:r w:rsidRPr="006B435F">
              <w:rPr>
                <w:i/>
                <w:color w:val="585858"/>
                <w:w w:val="105"/>
                <w:sz w:val="18"/>
                <w:szCs w:val="18"/>
              </w:rPr>
              <w:t>de</w:t>
            </w:r>
            <w:r w:rsidRPr="006B435F">
              <w:rPr>
                <w:i/>
                <w:color w:val="585858"/>
                <w:spacing w:val="-9"/>
                <w:w w:val="105"/>
                <w:sz w:val="18"/>
                <w:szCs w:val="18"/>
              </w:rPr>
              <w:t xml:space="preserve"> </w:t>
            </w:r>
            <w:r w:rsidRPr="006B435F">
              <w:rPr>
                <w:i/>
                <w:color w:val="585858"/>
                <w:w w:val="105"/>
                <w:sz w:val="18"/>
                <w:szCs w:val="18"/>
              </w:rPr>
              <w:t>autoritate</w:t>
            </w:r>
            <w:r w:rsidRPr="006B435F">
              <w:rPr>
                <w:i/>
                <w:color w:val="585858"/>
                <w:spacing w:val="-8"/>
                <w:w w:val="105"/>
                <w:sz w:val="18"/>
                <w:szCs w:val="18"/>
              </w:rPr>
              <w:t xml:space="preserve"> </w:t>
            </w:r>
            <w:r w:rsidRPr="006B435F">
              <w:rPr>
                <w:i/>
                <w:color w:val="585858"/>
                <w:w w:val="105"/>
                <w:sz w:val="18"/>
                <w:szCs w:val="18"/>
              </w:rPr>
              <w:t>—</w:t>
            </w:r>
            <w:r w:rsidRPr="006B435F">
              <w:rPr>
                <w:i/>
                <w:color w:val="585858"/>
                <w:spacing w:val="-8"/>
                <w:w w:val="105"/>
                <w:sz w:val="18"/>
                <w:szCs w:val="18"/>
              </w:rPr>
              <w:t xml:space="preserve"> </w:t>
            </w:r>
            <w:r w:rsidRPr="006B435F">
              <w:rPr>
                <w:i/>
                <w:color w:val="585858"/>
                <w:w w:val="105"/>
                <w:sz w:val="18"/>
                <w:szCs w:val="18"/>
              </w:rPr>
              <w:t>solicitantul</w:t>
            </w:r>
            <w:r w:rsidRPr="006B435F">
              <w:rPr>
                <w:i/>
                <w:color w:val="585858"/>
                <w:spacing w:val="-8"/>
                <w:w w:val="105"/>
                <w:sz w:val="18"/>
                <w:szCs w:val="18"/>
              </w:rPr>
              <w:t xml:space="preserve"> </w:t>
            </w:r>
            <w:r w:rsidRPr="006B435F">
              <w:rPr>
                <w:i/>
                <w:color w:val="585858"/>
                <w:w w:val="105"/>
                <w:sz w:val="18"/>
                <w:szCs w:val="18"/>
              </w:rPr>
              <w:t>nu</w:t>
            </w:r>
            <w:r w:rsidRPr="006B435F">
              <w:rPr>
                <w:i/>
                <w:color w:val="585858"/>
                <w:spacing w:val="-8"/>
                <w:w w:val="105"/>
                <w:sz w:val="18"/>
                <w:szCs w:val="18"/>
              </w:rPr>
              <w:t xml:space="preserve"> </w:t>
            </w:r>
            <w:r w:rsidRPr="006B435F">
              <w:rPr>
                <w:i/>
                <w:color w:val="585858"/>
                <w:w w:val="105"/>
                <w:sz w:val="18"/>
                <w:szCs w:val="18"/>
              </w:rPr>
              <w:t>scrie</w:t>
            </w:r>
            <w:r w:rsidRPr="006B435F">
              <w:rPr>
                <w:i/>
                <w:color w:val="585858"/>
                <w:spacing w:val="-9"/>
                <w:w w:val="105"/>
                <w:sz w:val="18"/>
                <w:szCs w:val="18"/>
              </w:rPr>
              <w:t xml:space="preserve"> </w:t>
            </w:r>
            <w:r w:rsidRPr="006B435F">
              <w:rPr>
                <w:i/>
                <w:color w:val="585858"/>
                <w:w w:val="105"/>
                <w:sz w:val="18"/>
                <w:szCs w:val="18"/>
              </w:rPr>
              <w:t>în</w:t>
            </w:r>
            <w:r w:rsidRPr="006B435F">
              <w:rPr>
                <w:i/>
                <w:color w:val="585858"/>
                <w:spacing w:val="-8"/>
                <w:w w:val="105"/>
                <w:sz w:val="18"/>
                <w:szCs w:val="18"/>
              </w:rPr>
              <w:t xml:space="preserve"> </w:t>
            </w:r>
            <w:r w:rsidRPr="006B435F">
              <w:rPr>
                <w:i/>
                <w:color w:val="585858"/>
                <w:w w:val="105"/>
                <w:sz w:val="18"/>
                <w:szCs w:val="18"/>
              </w:rPr>
              <w:t>această</w:t>
            </w:r>
            <w:r w:rsidRPr="006B435F">
              <w:rPr>
                <w:i/>
                <w:color w:val="585858"/>
                <w:spacing w:val="-7"/>
                <w:w w:val="105"/>
                <w:sz w:val="18"/>
                <w:szCs w:val="18"/>
              </w:rPr>
              <w:t xml:space="preserve"> </w:t>
            </w:r>
            <w:r w:rsidRPr="006B435F">
              <w:rPr>
                <w:i/>
                <w:color w:val="585858"/>
                <w:spacing w:val="-4"/>
                <w:w w:val="105"/>
                <w:sz w:val="18"/>
                <w:szCs w:val="18"/>
              </w:rPr>
              <w:t>zonă</w:t>
            </w:r>
          </w:p>
        </w:tc>
      </w:tr>
    </w:tbl>
    <w:p w:rsidR="00C326C3" w:rsidRPr="006B435F" w:rsidRDefault="00C326C3" w:rsidP="00C326C3">
      <w:pPr>
        <w:spacing w:before="80" w:after="60" w:line="240" w:lineRule="auto"/>
        <w:jc w:val="both"/>
        <w:rPr>
          <w:rFonts w:ascii="Times New Roman" w:hAnsi="Times New Roman"/>
          <w:b/>
          <w:sz w:val="18"/>
          <w:szCs w:val="18"/>
        </w:rPr>
      </w:pPr>
    </w:p>
    <w:p w:rsidR="008E6085" w:rsidRPr="006B435F" w:rsidRDefault="008E6085" w:rsidP="008E6085">
      <w:pPr>
        <w:spacing w:before="80" w:after="60" w:line="240" w:lineRule="auto"/>
        <w:jc w:val="center"/>
        <w:rPr>
          <w:sz w:val="18"/>
          <w:szCs w:val="18"/>
        </w:rPr>
      </w:pPr>
      <w:r w:rsidRPr="006B435F">
        <w:rPr>
          <w:rFonts w:ascii="Times New Roman" w:hAnsi="Times New Roman"/>
          <w:b/>
          <w:sz w:val="18"/>
          <w:szCs w:val="18"/>
        </w:rPr>
        <w:t>CERERE</w:t>
      </w:r>
    </w:p>
    <w:tbl>
      <w:tblPr>
        <w:tblW w:w="10944" w:type="dxa"/>
        <w:jc w:val="center"/>
        <w:tblLayout w:type="fixed"/>
        <w:tblLook w:val="04A0" w:firstRow="1" w:lastRow="0" w:firstColumn="1" w:lastColumn="0" w:noHBand="0" w:noVBand="1"/>
      </w:tblPr>
      <w:tblGrid>
        <w:gridCol w:w="10944"/>
      </w:tblGrid>
      <w:tr w:rsidR="006C782F" w:rsidRPr="006B435F" w:rsidTr="002C52E6">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2" w:type="dxa"/>
              <w:left w:w="35" w:type="dxa"/>
              <w:bottom w:w="12"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1. CĂTRE</w:t>
            </w:r>
          </w:p>
        </w:tc>
      </w:tr>
      <w:tr w:rsidR="002C52E6" w:rsidRPr="006B435F" w:rsidTr="002C52E6">
        <w:trPr>
          <w:jc w:val="center"/>
        </w:trPr>
        <w:tc>
          <w:tcPr>
            <w:tcW w:w="1094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2C52E6" w:rsidRPr="006B435F" w:rsidRDefault="002C52E6" w:rsidP="006B435F">
            <w:pPr>
              <w:spacing w:after="20" w:line="240" w:lineRule="auto"/>
              <w:rPr>
                <w:rFonts w:ascii="Times New Roman" w:hAnsi="Times New Roman"/>
                <w:b/>
                <w:color w:val="004682"/>
                <w:sz w:val="18"/>
                <w:szCs w:val="18"/>
              </w:rPr>
            </w:pPr>
            <w:proofErr w:type="spellStart"/>
            <w:r w:rsidRPr="006B435F">
              <w:rPr>
                <w:rFonts w:ascii="Times New Roman" w:hAnsi="Times New Roman"/>
                <w:b/>
                <w:color w:val="004682"/>
                <w:sz w:val="18"/>
                <w:szCs w:val="18"/>
              </w:rPr>
              <w:t>Instituția</w:t>
            </w:r>
            <w:proofErr w:type="spellEnd"/>
          </w:p>
          <w:p w:rsidR="002C52E6" w:rsidRPr="006B435F" w:rsidRDefault="00E47027" w:rsidP="006B435F">
            <w:pPr>
              <w:spacing w:after="20" w:line="240" w:lineRule="auto"/>
              <w:rPr>
                <w:rFonts w:ascii="Times New Roman" w:hAnsi="Times New Roman"/>
                <w:b/>
                <w:color w:val="004682"/>
                <w:sz w:val="18"/>
                <w:szCs w:val="18"/>
              </w:rPr>
            </w:pPr>
            <w:proofErr w:type="spellStart"/>
            <w:r>
              <w:rPr>
                <w:rFonts w:ascii="Times New Roman" w:hAnsi="Times New Roman"/>
                <w:b/>
                <w:color w:val="004682"/>
                <w:sz w:val="18"/>
                <w:szCs w:val="18"/>
              </w:rPr>
              <w:t>Primăria</w:t>
            </w:r>
            <w:proofErr w:type="spellEnd"/>
            <w:r>
              <w:rPr>
                <w:rFonts w:ascii="Times New Roman" w:hAnsi="Times New Roman"/>
                <w:b/>
                <w:color w:val="004682"/>
                <w:sz w:val="18"/>
                <w:szCs w:val="18"/>
              </w:rPr>
              <w:t xml:space="preserve"> </w:t>
            </w:r>
            <w:proofErr w:type="spellStart"/>
            <w:r>
              <w:rPr>
                <w:rFonts w:ascii="Times New Roman" w:hAnsi="Times New Roman"/>
                <w:b/>
                <w:color w:val="004682"/>
                <w:sz w:val="18"/>
                <w:szCs w:val="18"/>
              </w:rPr>
              <w:t>Orașului</w:t>
            </w:r>
            <w:proofErr w:type="spellEnd"/>
            <w:r>
              <w:rPr>
                <w:rFonts w:ascii="Times New Roman" w:hAnsi="Times New Roman"/>
                <w:b/>
                <w:color w:val="004682"/>
                <w:sz w:val="18"/>
                <w:szCs w:val="18"/>
              </w:rPr>
              <w:t xml:space="preserve"> Moldova </w:t>
            </w:r>
            <w:proofErr w:type="spellStart"/>
            <w:r>
              <w:rPr>
                <w:rFonts w:ascii="Times New Roman" w:hAnsi="Times New Roman"/>
                <w:b/>
                <w:color w:val="004682"/>
                <w:sz w:val="18"/>
                <w:szCs w:val="18"/>
              </w:rPr>
              <w:t>Nouă</w:t>
            </w:r>
            <w:proofErr w:type="spellEnd"/>
          </w:p>
        </w:tc>
      </w:tr>
      <w:tr w:rsidR="002C52E6" w:rsidRPr="006B435F" w:rsidTr="002C52E6">
        <w:trPr>
          <w:jc w:val="center"/>
        </w:trPr>
        <w:tc>
          <w:tcPr>
            <w:tcW w:w="1094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2C52E6" w:rsidRPr="006B435F" w:rsidRDefault="00E47027" w:rsidP="006B435F">
            <w:pPr>
              <w:spacing w:after="20" w:line="240" w:lineRule="auto"/>
              <w:rPr>
                <w:rFonts w:ascii="Times New Roman" w:hAnsi="Times New Roman"/>
                <w:b/>
                <w:color w:val="004682"/>
                <w:sz w:val="18"/>
                <w:szCs w:val="18"/>
              </w:rPr>
            </w:pPr>
            <w:proofErr w:type="spellStart"/>
            <w:r>
              <w:rPr>
                <w:rFonts w:ascii="Times New Roman" w:hAnsi="Times New Roman"/>
                <w:b/>
                <w:color w:val="004682"/>
                <w:sz w:val="18"/>
                <w:szCs w:val="18"/>
              </w:rPr>
              <w:t>Către</w:t>
            </w:r>
            <w:proofErr w:type="spellEnd"/>
            <w:r>
              <w:rPr>
                <w:rFonts w:ascii="Times New Roman" w:hAnsi="Times New Roman"/>
                <w:b/>
                <w:color w:val="004682"/>
                <w:sz w:val="18"/>
                <w:szCs w:val="18"/>
              </w:rPr>
              <w:t xml:space="preserve"> </w:t>
            </w:r>
            <w:proofErr w:type="spellStart"/>
            <w:r>
              <w:rPr>
                <w:rFonts w:ascii="Times New Roman" w:hAnsi="Times New Roman"/>
                <w:b/>
                <w:color w:val="004682"/>
                <w:sz w:val="18"/>
                <w:szCs w:val="18"/>
              </w:rPr>
              <w:t>Primarul</w:t>
            </w:r>
            <w:proofErr w:type="spellEnd"/>
            <w:r>
              <w:rPr>
                <w:rFonts w:ascii="Times New Roman" w:hAnsi="Times New Roman"/>
                <w:b/>
                <w:color w:val="004682"/>
                <w:sz w:val="18"/>
                <w:szCs w:val="18"/>
              </w:rPr>
              <w:t xml:space="preserve"> </w:t>
            </w:r>
            <w:proofErr w:type="spellStart"/>
            <w:r>
              <w:rPr>
                <w:rFonts w:ascii="Times New Roman" w:hAnsi="Times New Roman"/>
                <w:b/>
                <w:color w:val="004682"/>
                <w:sz w:val="18"/>
                <w:szCs w:val="18"/>
              </w:rPr>
              <w:t>Orașului</w:t>
            </w:r>
            <w:proofErr w:type="spellEnd"/>
            <w:r>
              <w:rPr>
                <w:rFonts w:ascii="Times New Roman" w:hAnsi="Times New Roman"/>
                <w:b/>
                <w:color w:val="004682"/>
                <w:sz w:val="18"/>
                <w:szCs w:val="18"/>
              </w:rPr>
              <w:t xml:space="preserve"> Moldova Nouă</w:t>
            </w:r>
          </w:p>
        </w:tc>
      </w:tr>
    </w:tbl>
    <w:p w:rsidR="006C782F" w:rsidRPr="006B435F" w:rsidRDefault="006C782F">
      <w:pPr>
        <w:spacing w:before="20" w:after="0"/>
        <w:rPr>
          <w:sz w:val="18"/>
          <w:szCs w:val="18"/>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6C782F" w:rsidRPr="006B435F">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12" w:type="dxa"/>
              <w:left w:w="35" w:type="dxa"/>
              <w:bottom w:w="12"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2. SOLICITANTUL</w:t>
            </w:r>
          </w:p>
        </w:tc>
      </w:tr>
      <w:tr w:rsidR="006C782F" w:rsidRPr="006B435F">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Nume</w:t>
            </w:r>
            <w:proofErr w:type="spellEnd"/>
            <w:r w:rsidRPr="006B435F">
              <w:rPr>
                <w:rFonts w:ascii="Times New Roman" w:hAnsi="Times New Roman"/>
                <w:b/>
                <w:color w:val="004682"/>
                <w:sz w:val="18"/>
                <w:szCs w:val="18"/>
              </w:rPr>
              <w:t xml:space="preserve"> </w:t>
            </w:r>
            <w:proofErr w:type="spellStart"/>
            <w:r w:rsidRPr="006B435F">
              <w:rPr>
                <w:rFonts w:ascii="Times New Roman" w:hAnsi="Times New Roman"/>
                <w:b/>
                <w:color w:val="004682"/>
                <w:sz w:val="18"/>
                <w:szCs w:val="18"/>
              </w:rPr>
              <w:t>și</w:t>
            </w:r>
            <w:proofErr w:type="spellEnd"/>
            <w:r w:rsidRPr="006B435F">
              <w:rPr>
                <w:rFonts w:ascii="Times New Roman" w:hAnsi="Times New Roman"/>
                <w:b/>
                <w:color w:val="004682"/>
                <w:sz w:val="18"/>
                <w:szCs w:val="18"/>
              </w:rPr>
              <w:t xml:space="preserve"> </w:t>
            </w:r>
            <w:proofErr w:type="spellStart"/>
            <w:r w:rsidRPr="006B435F">
              <w:rPr>
                <w:rFonts w:ascii="Times New Roman" w:hAnsi="Times New Roman"/>
                <w:b/>
                <w:color w:val="004682"/>
                <w:sz w:val="18"/>
                <w:szCs w:val="18"/>
              </w:rPr>
              <w:t>prenume</w:t>
            </w:r>
            <w:proofErr w:type="spellEnd"/>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CNP</w:t>
            </w:r>
          </w:p>
        </w:tc>
      </w:tr>
      <w:tr w:rsidR="006C782F" w:rsidRPr="006B435F">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color w:val="000000"/>
                <w:sz w:val="18"/>
                <w:szCs w:val="18"/>
              </w:rPr>
              <w:t xml:space="preserve">Act de </w:t>
            </w:r>
            <w:proofErr w:type="spellStart"/>
            <w:r w:rsidRPr="006B435F">
              <w:rPr>
                <w:rFonts w:ascii="Times New Roman" w:hAnsi="Times New Roman"/>
                <w:color w:val="000000"/>
                <w:sz w:val="18"/>
                <w:szCs w:val="18"/>
              </w:rPr>
              <w:t>identitate</w:t>
            </w:r>
            <w:proofErr w:type="spellEnd"/>
          </w:p>
        </w:tc>
      </w:tr>
      <w:tr w:rsidR="006C782F" w:rsidRPr="006B435F">
        <w:trPr>
          <w:jc w:val="center"/>
        </w:trPr>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Seria</w:t>
            </w:r>
          </w:p>
        </w:tc>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Numărul</w:t>
            </w:r>
            <w:proofErr w:type="spellEnd"/>
          </w:p>
        </w:tc>
        <w:tc>
          <w:tcPr>
            <w:tcW w:w="4560" w:type="dxa"/>
            <w:gridSpan w:val="5"/>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Eliberat</w:t>
            </w:r>
            <w:proofErr w:type="spellEnd"/>
            <w:r w:rsidRPr="006B435F">
              <w:rPr>
                <w:rFonts w:ascii="Times New Roman" w:hAnsi="Times New Roman"/>
                <w:b/>
                <w:color w:val="004682"/>
                <w:sz w:val="18"/>
                <w:szCs w:val="18"/>
              </w:rPr>
              <w:t xml:space="preserve"> de</w:t>
            </w:r>
          </w:p>
        </w:tc>
        <w:tc>
          <w:tcPr>
            <w:tcW w:w="2736"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La data</w:t>
            </w:r>
          </w:p>
        </w:tc>
      </w:tr>
      <w:tr w:rsidR="006C782F" w:rsidRPr="006B435F">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color w:val="000000"/>
                <w:sz w:val="18"/>
                <w:szCs w:val="18"/>
              </w:rPr>
              <w:t>Domiciliul</w:t>
            </w:r>
            <w:proofErr w:type="spellEnd"/>
          </w:p>
        </w:tc>
      </w:tr>
      <w:tr w:rsidR="006C782F" w:rsidRPr="006B435F">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Municipiul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orașul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comuna</w:t>
            </w:r>
            <w:proofErr w:type="spellEnd"/>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Satul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sectorul</w:t>
            </w:r>
            <w:proofErr w:type="spellEnd"/>
          </w:p>
        </w:tc>
      </w:tr>
      <w:tr w:rsidR="006C782F" w:rsidRPr="006B435F">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Strada</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Nr.</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Sc.</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Et.</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 xml:space="preserve">Cod </w:t>
            </w:r>
            <w:proofErr w:type="spellStart"/>
            <w:r w:rsidRPr="006B435F">
              <w:rPr>
                <w:rFonts w:ascii="Times New Roman" w:hAnsi="Times New Roman"/>
                <w:b/>
                <w:color w:val="004682"/>
                <w:sz w:val="18"/>
                <w:szCs w:val="18"/>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Țara</w:t>
            </w:r>
            <w:proofErr w:type="spellEnd"/>
          </w:p>
        </w:tc>
      </w:tr>
      <w:tr w:rsidR="006C782F" w:rsidRPr="006B435F">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color w:val="000000"/>
                <w:sz w:val="18"/>
                <w:szCs w:val="18"/>
              </w:rPr>
              <w:t>Date de contact</w:t>
            </w:r>
          </w:p>
        </w:tc>
      </w:tr>
      <w:tr w:rsidR="006C782F" w:rsidRPr="006B435F">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Telefon</w:t>
            </w:r>
            <w:proofErr w:type="spellEnd"/>
            <w:r w:rsidRPr="006B435F">
              <w:rPr>
                <w:rFonts w:ascii="Times New Roman" w:hAnsi="Times New Roman"/>
                <w:b/>
                <w:color w:val="004682"/>
                <w:sz w:val="18"/>
                <w:szCs w:val="18"/>
              </w:rPr>
              <w:t xml:space="preserve"> / fax</w:t>
            </w:r>
          </w:p>
        </w:tc>
        <w:tc>
          <w:tcPr>
            <w:tcW w:w="5472" w:type="dxa"/>
            <w:gridSpan w:val="5"/>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E-mail</w:t>
            </w:r>
          </w:p>
        </w:tc>
      </w:tr>
      <w:tr w:rsidR="006C782F" w:rsidRPr="006B435F">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color w:val="000000"/>
                <w:sz w:val="18"/>
                <w:szCs w:val="18"/>
              </w:rPr>
              <w:t>Reprezentare</w:t>
            </w:r>
            <w:proofErr w:type="spellEnd"/>
          </w:p>
        </w:tc>
      </w:tr>
      <w:tr w:rsidR="006C782F" w:rsidRPr="006B435F">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În</w:t>
            </w:r>
            <w:proofErr w:type="spellEnd"/>
            <w:r w:rsidRPr="006B435F">
              <w:rPr>
                <w:rFonts w:ascii="Times New Roman" w:hAnsi="Times New Roman"/>
                <w:b/>
                <w:color w:val="004682"/>
                <w:sz w:val="18"/>
                <w:szCs w:val="18"/>
              </w:rPr>
              <w:t xml:space="preserve"> </w:t>
            </w:r>
            <w:proofErr w:type="spellStart"/>
            <w:r w:rsidRPr="006B435F">
              <w:rPr>
                <w:rFonts w:ascii="Times New Roman" w:hAnsi="Times New Roman"/>
                <w:b/>
                <w:color w:val="004682"/>
                <w:sz w:val="18"/>
                <w:szCs w:val="18"/>
              </w:rPr>
              <w:t>calitate</w:t>
            </w:r>
            <w:proofErr w:type="spellEnd"/>
            <w:r w:rsidRPr="006B435F">
              <w:rPr>
                <w:rFonts w:ascii="Times New Roman" w:hAnsi="Times New Roman"/>
                <w:b/>
                <w:color w:val="004682"/>
                <w:sz w:val="18"/>
                <w:szCs w:val="18"/>
              </w:rPr>
              <w:t xml:space="preserve"> de </w:t>
            </w:r>
            <w:proofErr w:type="spellStart"/>
            <w:r w:rsidRPr="006B435F">
              <w:rPr>
                <w:rFonts w:ascii="Times New Roman" w:hAnsi="Times New Roman"/>
                <w:b/>
                <w:color w:val="004682"/>
                <w:sz w:val="18"/>
                <w:szCs w:val="18"/>
              </w:rPr>
              <w:t>reprezentant</w:t>
            </w:r>
            <w:proofErr w:type="spellEnd"/>
            <w:r w:rsidRPr="006B435F">
              <w:rPr>
                <w:rFonts w:ascii="Times New Roman" w:hAnsi="Times New Roman"/>
                <w:b/>
                <w:color w:val="004682"/>
                <w:sz w:val="18"/>
                <w:szCs w:val="18"/>
              </w:rPr>
              <w:t xml:space="preserve"> al</w:t>
            </w:r>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CUI / CIF</w:t>
            </w:r>
          </w:p>
        </w:tc>
      </w:tr>
    </w:tbl>
    <w:p w:rsidR="006C782F" w:rsidRPr="006B435F" w:rsidRDefault="006C782F">
      <w:pPr>
        <w:spacing w:before="20" w:after="0"/>
        <w:rPr>
          <w:sz w:val="18"/>
          <w:szCs w:val="18"/>
        </w:rPr>
      </w:pPr>
    </w:p>
    <w:tbl>
      <w:tblPr>
        <w:tblW w:w="0" w:type="auto"/>
        <w:jc w:val="center"/>
        <w:tblLayout w:type="fixed"/>
        <w:tblLook w:val="04A0" w:firstRow="1" w:lastRow="0" w:firstColumn="1" w:lastColumn="0" w:noHBand="0" w:noVBand="1"/>
      </w:tblPr>
      <w:tblGrid>
        <w:gridCol w:w="10944"/>
      </w:tblGrid>
      <w:tr w:rsidR="006C782F" w:rsidRPr="006B435F">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3. TITULAR AL</w:t>
            </w:r>
          </w:p>
        </w:tc>
      </w:tr>
      <w:tr w:rsidR="006C782F" w:rsidRPr="006B435F">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10" w:line="240" w:lineRule="auto"/>
              <w:rPr>
                <w:sz w:val="18"/>
                <w:szCs w:val="18"/>
              </w:rPr>
            </w:pPr>
            <w:r w:rsidRPr="006B435F">
              <w:rPr>
                <w:rFonts w:ascii="Times New Roman" w:hAnsi="Times New Roman"/>
                <w:sz w:val="18"/>
                <w:szCs w:val="18"/>
              </w:rPr>
              <w:t xml:space="preserve">☐ </w:t>
            </w:r>
            <w:proofErr w:type="spellStart"/>
            <w:proofErr w:type="gramStart"/>
            <w:r w:rsidRPr="006B435F">
              <w:rPr>
                <w:rFonts w:ascii="Times New Roman" w:hAnsi="Times New Roman"/>
                <w:sz w:val="18"/>
                <w:szCs w:val="18"/>
              </w:rPr>
              <w:t>dreptului</w:t>
            </w:r>
            <w:proofErr w:type="spellEnd"/>
            <w:proofErr w:type="gramEnd"/>
            <w:r w:rsidRPr="006B435F">
              <w:rPr>
                <w:rFonts w:ascii="Times New Roman" w:hAnsi="Times New Roman"/>
                <w:sz w:val="18"/>
                <w:szCs w:val="18"/>
              </w:rPr>
              <w:t xml:space="preserve"> de </w:t>
            </w:r>
            <w:proofErr w:type="spellStart"/>
            <w:r w:rsidRPr="006B435F">
              <w:rPr>
                <w:rFonts w:ascii="Times New Roman" w:hAnsi="Times New Roman"/>
                <w:sz w:val="18"/>
                <w:szCs w:val="18"/>
              </w:rPr>
              <w:t>proprietate</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asupra</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imobilului</w:t>
            </w:r>
            <w:proofErr w:type="spellEnd"/>
            <w:r w:rsidRPr="006B435F">
              <w:rPr>
                <w:rFonts w:ascii="Times New Roman" w:hAnsi="Times New Roman"/>
                <w:sz w:val="18"/>
                <w:szCs w:val="18"/>
              </w:rPr>
              <w:t xml:space="preserve">     ☐ </w:t>
            </w:r>
            <w:proofErr w:type="spellStart"/>
            <w:r w:rsidRPr="006B435F">
              <w:rPr>
                <w:rFonts w:ascii="Times New Roman" w:hAnsi="Times New Roman"/>
                <w:sz w:val="18"/>
                <w:szCs w:val="18"/>
              </w:rPr>
              <w:t>unui</w:t>
            </w:r>
            <w:proofErr w:type="spellEnd"/>
            <w:r w:rsidRPr="006B435F">
              <w:rPr>
                <w:rFonts w:ascii="Times New Roman" w:hAnsi="Times New Roman"/>
                <w:sz w:val="18"/>
                <w:szCs w:val="18"/>
              </w:rPr>
              <w:t xml:space="preserve"> alt </w:t>
            </w:r>
            <w:proofErr w:type="spellStart"/>
            <w:r w:rsidRPr="006B435F">
              <w:rPr>
                <w:rFonts w:ascii="Times New Roman" w:hAnsi="Times New Roman"/>
                <w:sz w:val="18"/>
                <w:szCs w:val="18"/>
              </w:rPr>
              <w:t>drept</w:t>
            </w:r>
            <w:proofErr w:type="spellEnd"/>
            <w:r w:rsidRPr="006B435F">
              <w:rPr>
                <w:rFonts w:ascii="Times New Roman" w:hAnsi="Times New Roman"/>
                <w:sz w:val="18"/>
                <w:szCs w:val="18"/>
              </w:rPr>
              <w:t xml:space="preserve"> real </w:t>
            </w:r>
            <w:proofErr w:type="spellStart"/>
            <w:r w:rsidRPr="006B435F">
              <w:rPr>
                <w:rFonts w:ascii="Times New Roman" w:hAnsi="Times New Roman"/>
                <w:sz w:val="18"/>
                <w:szCs w:val="18"/>
              </w:rPr>
              <w:t>corespunzător</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proprietății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publice</w:t>
            </w:r>
            <w:proofErr w:type="spellEnd"/>
            <w:r w:rsidRPr="006B435F">
              <w:rPr>
                <w:rFonts w:ascii="Times New Roman" w:hAnsi="Times New Roman"/>
                <w:sz w:val="18"/>
                <w:szCs w:val="18"/>
              </w:rPr>
              <w:t xml:space="preserve">     ☐ </w:t>
            </w:r>
            <w:proofErr w:type="spellStart"/>
            <w:r w:rsidRPr="006B435F">
              <w:rPr>
                <w:rFonts w:ascii="Times New Roman" w:hAnsi="Times New Roman"/>
                <w:sz w:val="18"/>
                <w:szCs w:val="18"/>
              </w:rPr>
              <w:t>dreptului</w:t>
            </w:r>
            <w:proofErr w:type="spellEnd"/>
            <w:r w:rsidRPr="006B435F">
              <w:rPr>
                <w:rFonts w:ascii="Times New Roman" w:hAnsi="Times New Roman"/>
                <w:sz w:val="18"/>
                <w:szCs w:val="18"/>
              </w:rPr>
              <w:t xml:space="preserve"> de </w:t>
            </w:r>
            <w:proofErr w:type="spellStart"/>
            <w:r w:rsidRPr="006B435F">
              <w:rPr>
                <w:rFonts w:ascii="Times New Roman" w:hAnsi="Times New Roman"/>
                <w:sz w:val="18"/>
                <w:szCs w:val="18"/>
              </w:rPr>
              <w:t>creanță</w:t>
            </w:r>
            <w:proofErr w:type="spellEnd"/>
            <w:r w:rsidRPr="006B435F">
              <w:rPr>
                <w:rFonts w:ascii="Times New Roman" w:hAnsi="Times New Roman"/>
                <w:sz w:val="18"/>
                <w:szCs w:val="18"/>
              </w:rPr>
              <w:t xml:space="preserve">     ☐ </w:t>
            </w:r>
            <w:proofErr w:type="spellStart"/>
            <w:r w:rsidRPr="006B435F">
              <w:rPr>
                <w:rFonts w:ascii="Times New Roman" w:hAnsi="Times New Roman"/>
                <w:sz w:val="18"/>
                <w:szCs w:val="18"/>
              </w:rPr>
              <w:t>unui</w:t>
            </w:r>
            <w:proofErr w:type="spellEnd"/>
            <w:r w:rsidRPr="006B435F">
              <w:rPr>
                <w:rFonts w:ascii="Times New Roman" w:hAnsi="Times New Roman"/>
                <w:sz w:val="18"/>
                <w:szCs w:val="18"/>
              </w:rPr>
              <w:t xml:space="preserve"> alt </w:t>
            </w:r>
            <w:proofErr w:type="spellStart"/>
            <w:r w:rsidRPr="006B435F">
              <w:rPr>
                <w:rFonts w:ascii="Times New Roman" w:hAnsi="Times New Roman"/>
                <w:sz w:val="18"/>
                <w:szCs w:val="18"/>
              </w:rPr>
              <w:t>drept</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potrivit</w:t>
            </w:r>
            <w:proofErr w:type="spellEnd"/>
            <w:r w:rsidRPr="006B435F">
              <w:rPr>
                <w:rFonts w:ascii="Times New Roman" w:hAnsi="Times New Roman"/>
                <w:sz w:val="18"/>
                <w:szCs w:val="18"/>
              </w:rPr>
              <w:t xml:space="preserve"> art. 248 alin. (2) </w:t>
            </w:r>
            <w:proofErr w:type="gramStart"/>
            <w:r w:rsidRPr="006B435F">
              <w:rPr>
                <w:rFonts w:ascii="Times New Roman" w:hAnsi="Times New Roman"/>
                <w:sz w:val="18"/>
                <w:szCs w:val="18"/>
              </w:rPr>
              <w:t>din</w:t>
            </w:r>
            <w:proofErr w:type="gramEnd"/>
            <w:r w:rsidRPr="006B435F">
              <w:rPr>
                <w:rFonts w:ascii="Times New Roman" w:hAnsi="Times New Roman"/>
                <w:sz w:val="18"/>
                <w:szCs w:val="18"/>
              </w:rPr>
              <w:t xml:space="preserve"> Legea nr. 169/2026</w:t>
            </w:r>
          </w:p>
        </w:tc>
      </w:tr>
    </w:tbl>
    <w:p w:rsidR="006C782F" w:rsidRPr="006B435F" w:rsidRDefault="006C782F">
      <w:pPr>
        <w:spacing w:before="20" w:after="0"/>
        <w:rPr>
          <w:sz w:val="18"/>
          <w:szCs w:val="18"/>
        </w:rPr>
      </w:pPr>
    </w:p>
    <w:tbl>
      <w:tblPr>
        <w:tblW w:w="0" w:type="auto"/>
        <w:jc w:val="center"/>
        <w:tblLayout w:type="fixed"/>
        <w:tblLook w:val="04A0" w:firstRow="1" w:lastRow="0" w:firstColumn="1" w:lastColumn="0" w:noHBand="0" w:noVBand="1"/>
      </w:tblPr>
      <w:tblGrid>
        <w:gridCol w:w="5472"/>
        <w:gridCol w:w="5472"/>
      </w:tblGrid>
      <w:tr w:rsidR="006C782F" w:rsidRPr="006B435F">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4. TITULAR AL</w:t>
            </w:r>
          </w:p>
        </w:tc>
      </w:tr>
      <w:tr w:rsidR="006C782F" w:rsidRPr="006B435F">
        <w:trPr>
          <w:jc w:val="center"/>
        </w:trPr>
        <w:tc>
          <w:tcPr>
            <w:tcW w:w="547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Certificatului</w:t>
            </w:r>
            <w:proofErr w:type="spellEnd"/>
            <w:r w:rsidRPr="006B435F">
              <w:rPr>
                <w:rFonts w:ascii="Times New Roman" w:hAnsi="Times New Roman"/>
                <w:b/>
                <w:color w:val="004682"/>
                <w:sz w:val="18"/>
                <w:szCs w:val="18"/>
              </w:rPr>
              <w:t xml:space="preserve"> de urbanism </w:t>
            </w:r>
            <w:proofErr w:type="spellStart"/>
            <w:r w:rsidRPr="006B435F">
              <w:rPr>
                <w:rFonts w:ascii="Times New Roman" w:hAnsi="Times New Roman"/>
                <w:b/>
                <w:color w:val="004682"/>
                <w:sz w:val="18"/>
                <w:szCs w:val="18"/>
              </w:rPr>
              <w:t>nr</w:t>
            </w:r>
            <w:proofErr w:type="spellEnd"/>
            <w:r w:rsidRPr="006B435F">
              <w:rPr>
                <w:rFonts w:ascii="Times New Roman" w:hAnsi="Times New Roman"/>
                <w:b/>
                <w:color w:val="004682"/>
                <w:sz w:val="18"/>
                <w:szCs w:val="18"/>
              </w:rPr>
              <w:t>.</w:t>
            </w:r>
            <w:r w:rsidR="00D43DA5">
              <w:rPr>
                <w:rFonts w:ascii="Times New Roman" w:hAnsi="Times New Roman"/>
                <w:b/>
                <w:color w:val="004682"/>
                <w:sz w:val="18"/>
                <w:szCs w:val="18"/>
              </w:rPr>
              <w:t xml:space="preserve">       </w:t>
            </w:r>
            <w:bookmarkStart w:id="0" w:name="_GoBack"/>
            <w:bookmarkEnd w:id="0"/>
            <w:r w:rsidRPr="006B435F">
              <w:rPr>
                <w:rFonts w:ascii="Times New Roman" w:hAnsi="Times New Roman"/>
                <w:b/>
                <w:color w:val="004682"/>
                <w:sz w:val="18"/>
                <w:szCs w:val="18"/>
              </w:rPr>
              <w:t xml:space="preserve"> / data</w:t>
            </w:r>
          </w:p>
        </w:tc>
        <w:tc>
          <w:tcPr>
            <w:tcW w:w="547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emis</w:t>
            </w:r>
            <w:proofErr w:type="spellEnd"/>
            <w:r w:rsidRPr="006B435F">
              <w:rPr>
                <w:rFonts w:ascii="Times New Roman" w:hAnsi="Times New Roman"/>
                <w:b/>
                <w:color w:val="004682"/>
                <w:sz w:val="18"/>
                <w:szCs w:val="18"/>
              </w:rPr>
              <w:t xml:space="preserve"> de</w:t>
            </w:r>
          </w:p>
        </w:tc>
      </w:tr>
    </w:tbl>
    <w:p w:rsidR="006C782F" w:rsidRPr="006B435F" w:rsidRDefault="00903D73">
      <w:pPr>
        <w:spacing w:before="60" w:after="40" w:line="240" w:lineRule="auto"/>
        <w:jc w:val="center"/>
        <w:rPr>
          <w:sz w:val="18"/>
          <w:szCs w:val="18"/>
        </w:rPr>
      </w:pPr>
      <w:proofErr w:type="spellStart"/>
      <w:proofErr w:type="gramStart"/>
      <w:r w:rsidRPr="006B435F">
        <w:rPr>
          <w:rFonts w:ascii="Times New Roman" w:hAnsi="Times New Roman"/>
          <w:sz w:val="18"/>
          <w:szCs w:val="18"/>
        </w:rPr>
        <w:t>în</w:t>
      </w:r>
      <w:proofErr w:type="spellEnd"/>
      <w:proofErr w:type="gramEnd"/>
      <w:r w:rsidRPr="006B435F">
        <w:rPr>
          <w:rFonts w:ascii="Times New Roman" w:hAnsi="Times New Roman"/>
          <w:sz w:val="18"/>
          <w:szCs w:val="18"/>
        </w:rPr>
        <w:t xml:space="preserve"> </w:t>
      </w:r>
      <w:proofErr w:type="spellStart"/>
      <w:r w:rsidRPr="006B435F">
        <w:rPr>
          <w:rFonts w:ascii="Times New Roman" w:hAnsi="Times New Roman"/>
          <w:sz w:val="18"/>
          <w:szCs w:val="18"/>
        </w:rPr>
        <w:t>conformitate</w:t>
      </w:r>
      <w:proofErr w:type="spellEnd"/>
      <w:r w:rsidRPr="006B435F">
        <w:rPr>
          <w:rFonts w:ascii="Times New Roman" w:hAnsi="Times New Roman"/>
          <w:sz w:val="18"/>
          <w:szCs w:val="18"/>
        </w:rPr>
        <w:t xml:space="preserve"> cu </w:t>
      </w:r>
      <w:proofErr w:type="spellStart"/>
      <w:r w:rsidRPr="006B435F">
        <w:rPr>
          <w:rFonts w:ascii="Times New Roman" w:hAnsi="Times New Roman"/>
          <w:sz w:val="18"/>
          <w:szCs w:val="18"/>
        </w:rPr>
        <w:t>prevederile</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Legii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nr</w:t>
      </w:r>
      <w:proofErr w:type="spellEnd"/>
      <w:r w:rsidRPr="006B435F">
        <w:rPr>
          <w:rFonts w:ascii="Times New Roman" w:hAnsi="Times New Roman"/>
          <w:sz w:val="18"/>
          <w:szCs w:val="18"/>
        </w:rPr>
        <w:t xml:space="preserve">. 169/2026 </w:t>
      </w:r>
      <w:proofErr w:type="spellStart"/>
      <w:r w:rsidRPr="006B435F">
        <w:rPr>
          <w:rFonts w:ascii="Times New Roman" w:hAnsi="Times New Roman"/>
          <w:sz w:val="18"/>
          <w:szCs w:val="18"/>
        </w:rPr>
        <w:t>privind</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Codul</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amenajării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teritoriului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urbanismului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și</w:t>
      </w:r>
      <w:proofErr w:type="spellEnd"/>
      <w:r w:rsidRPr="006B435F">
        <w:rPr>
          <w:rFonts w:ascii="Times New Roman" w:hAnsi="Times New Roman"/>
          <w:sz w:val="18"/>
          <w:szCs w:val="18"/>
        </w:rPr>
        <w:t xml:space="preserve"> </w:t>
      </w:r>
      <w:proofErr w:type="spellStart"/>
      <w:r w:rsidRPr="006B435F">
        <w:rPr>
          <w:rFonts w:ascii="Times New Roman" w:hAnsi="Times New Roman"/>
          <w:sz w:val="18"/>
          <w:szCs w:val="18"/>
        </w:rPr>
        <w:t>construcțiilor</w:t>
      </w:r>
      <w:proofErr w:type="spellEnd"/>
      <w:r w:rsidRPr="006B435F">
        <w:rPr>
          <w:rFonts w:ascii="Times New Roman" w:hAnsi="Times New Roman"/>
          <w:sz w:val="18"/>
          <w:szCs w:val="18"/>
        </w:rPr>
        <w:t>,</w:t>
      </w:r>
      <w:r w:rsidRPr="006B435F">
        <w:rPr>
          <w:rFonts w:ascii="Times New Roman" w:hAnsi="Times New Roman"/>
          <w:sz w:val="18"/>
          <w:szCs w:val="18"/>
        </w:rPr>
        <w:br/>
        <w:t xml:space="preserve">solicit </w:t>
      </w:r>
      <w:proofErr w:type="spellStart"/>
      <w:r w:rsidRPr="006B435F">
        <w:rPr>
          <w:rFonts w:ascii="Times New Roman" w:hAnsi="Times New Roman"/>
          <w:sz w:val="18"/>
          <w:szCs w:val="18"/>
        </w:rPr>
        <w:t>emiterea</w:t>
      </w:r>
      <w:proofErr w:type="spellEnd"/>
      <w:r w:rsidRPr="006B435F">
        <w:rPr>
          <w:rFonts w:ascii="Times New Roman" w:hAnsi="Times New Roman"/>
          <w:sz w:val="18"/>
          <w:szCs w:val="18"/>
        </w:rPr>
        <w:br/>
      </w:r>
      <w:proofErr w:type="spellStart"/>
      <w:r w:rsidRPr="006B435F">
        <w:rPr>
          <w:rFonts w:ascii="Times New Roman" w:hAnsi="Times New Roman"/>
          <w:b/>
          <w:sz w:val="18"/>
          <w:szCs w:val="18"/>
        </w:rPr>
        <w:t>Autorizației</w:t>
      </w:r>
      <w:proofErr w:type="spellEnd"/>
      <w:r w:rsidRPr="006B435F">
        <w:rPr>
          <w:rFonts w:ascii="Times New Roman" w:hAnsi="Times New Roman"/>
          <w:b/>
          <w:sz w:val="18"/>
          <w:szCs w:val="18"/>
        </w:rPr>
        <w:t xml:space="preserve"> de ☐ </w:t>
      </w:r>
      <w:proofErr w:type="spellStart"/>
      <w:r w:rsidRPr="006B435F">
        <w:rPr>
          <w:rFonts w:ascii="Times New Roman" w:hAnsi="Times New Roman"/>
          <w:b/>
          <w:sz w:val="18"/>
          <w:szCs w:val="18"/>
        </w:rPr>
        <w:t>construire</w:t>
      </w:r>
      <w:proofErr w:type="spellEnd"/>
      <w:r w:rsidRPr="006B435F">
        <w:rPr>
          <w:rFonts w:ascii="Times New Roman" w:hAnsi="Times New Roman"/>
          <w:b/>
          <w:sz w:val="18"/>
          <w:szCs w:val="18"/>
        </w:rPr>
        <w:t xml:space="preserve"> / ☐ </w:t>
      </w:r>
      <w:proofErr w:type="spellStart"/>
      <w:r w:rsidRPr="006B435F">
        <w:rPr>
          <w:rFonts w:ascii="Times New Roman" w:hAnsi="Times New Roman"/>
          <w:b/>
          <w:sz w:val="18"/>
          <w:szCs w:val="18"/>
        </w:rPr>
        <w:t>desființare</w:t>
      </w:r>
      <w:proofErr w:type="spellEnd"/>
      <w:r w:rsidRPr="006B435F">
        <w:rPr>
          <w:rFonts w:ascii="Times New Roman" w:hAnsi="Times New Roman"/>
          <w:b/>
          <w:sz w:val="18"/>
          <w:szCs w:val="18"/>
        </w:rPr>
        <w:br/>
        <w:t xml:space="preserve">☐ </w:t>
      </w:r>
      <w:proofErr w:type="spellStart"/>
      <w:r w:rsidRPr="006B435F">
        <w:rPr>
          <w:rFonts w:ascii="Times New Roman" w:hAnsi="Times New Roman"/>
          <w:b/>
          <w:sz w:val="18"/>
          <w:szCs w:val="18"/>
        </w:rPr>
        <w:t>clădiri</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și</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amenajări</w:t>
      </w:r>
      <w:proofErr w:type="spellEnd"/>
      <w:r w:rsidRPr="006B435F">
        <w:rPr>
          <w:rFonts w:ascii="Times New Roman" w:hAnsi="Times New Roman"/>
          <w:b/>
          <w:sz w:val="18"/>
          <w:szCs w:val="18"/>
        </w:rPr>
        <w:t xml:space="preserve"> / ☐ </w:t>
      </w:r>
      <w:proofErr w:type="spellStart"/>
      <w:r w:rsidRPr="006B435F">
        <w:rPr>
          <w:rFonts w:ascii="Times New Roman" w:hAnsi="Times New Roman"/>
          <w:b/>
          <w:sz w:val="18"/>
          <w:szCs w:val="18"/>
        </w:rPr>
        <w:t>lucrări</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inginerești</w:t>
      </w:r>
      <w:proofErr w:type="spellEnd"/>
      <w:r w:rsidRPr="006B435F">
        <w:rPr>
          <w:rFonts w:ascii="Times New Roman" w:hAnsi="Times New Roman"/>
          <w:b/>
          <w:sz w:val="18"/>
          <w:szCs w:val="18"/>
        </w:rPr>
        <w:t xml:space="preserve"> / ☐ </w:t>
      </w:r>
      <w:proofErr w:type="spellStart"/>
      <w:r w:rsidRPr="006B435F">
        <w:rPr>
          <w:rFonts w:ascii="Times New Roman" w:hAnsi="Times New Roman"/>
          <w:b/>
          <w:sz w:val="18"/>
          <w:szCs w:val="18"/>
        </w:rPr>
        <w:t>construcții</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speciale</w:t>
      </w:r>
      <w:proofErr w:type="spellEnd"/>
      <w:r w:rsidRPr="006B435F">
        <w:rPr>
          <w:rFonts w:ascii="Times New Roman" w:hAnsi="Times New Roman"/>
          <w:b/>
          <w:sz w:val="18"/>
          <w:szCs w:val="18"/>
        </w:rPr>
        <w:br/>
      </w:r>
      <w:proofErr w:type="spellStart"/>
      <w:r w:rsidRPr="006B435F">
        <w:rPr>
          <w:rFonts w:ascii="Times New Roman" w:hAnsi="Times New Roman"/>
          <w:b/>
          <w:sz w:val="18"/>
          <w:szCs w:val="18"/>
        </w:rPr>
        <w:t>precum</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și</w:t>
      </w:r>
      <w:proofErr w:type="spellEnd"/>
      <w:r w:rsidRPr="006B435F">
        <w:rPr>
          <w:rFonts w:ascii="Times New Roman" w:hAnsi="Times New Roman"/>
          <w:b/>
          <w:sz w:val="18"/>
          <w:szCs w:val="18"/>
        </w:rPr>
        <w:t xml:space="preserve"> a ☐ </w:t>
      </w:r>
      <w:proofErr w:type="spellStart"/>
      <w:r w:rsidRPr="006B435F">
        <w:rPr>
          <w:rFonts w:ascii="Times New Roman" w:hAnsi="Times New Roman"/>
          <w:b/>
          <w:sz w:val="18"/>
          <w:szCs w:val="18"/>
        </w:rPr>
        <w:t>Autorizației</w:t>
      </w:r>
      <w:proofErr w:type="spellEnd"/>
      <w:r w:rsidRPr="006B435F">
        <w:rPr>
          <w:rFonts w:ascii="Times New Roman" w:hAnsi="Times New Roman"/>
          <w:b/>
          <w:sz w:val="18"/>
          <w:szCs w:val="18"/>
        </w:rPr>
        <w:t xml:space="preserve"> de </w:t>
      </w:r>
      <w:proofErr w:type="spellStart"/>
      <w:r w:rsidRPr="006B435F">
        <w:rPr>
          <w:rFonts w:ascii="Times New Roman" w:hAnsi="Times New Roman"/>
          <w:b/>
          <w:sz w:val="18"/>
          <w:szCs w:val="18"/>
        </w:rPr>
        <w:t>amenajare</w:t>
      </w:r>
      <w:proofErr w:type="spellEnd"/>
      <w:r w:rsidRPr="006B435F">
        <w:rPr>
          <w:rFonts w:ascii="Times New Roman" w:hAnsi="Times New Roman"/>
          <w:b/>
          <w:sz w:val="18"/>
          <w:szCs w:val="18"/>
        </w:rPr>
        <w:t xml:space="preserve"> a </w:t>
      </w:r>
      <w:proofErr w:type="spellStart"/>
      <w:r w:rsidRPr="006B435F">
        <w:rPr>
          <w:rFonts w:ascii="Times New Roman" w:hAnsi="Times New Roman"/>
          <w:b/>
          <w:sz w:val="18"/>
          <w:szCs w:val="18"/>
        </w:rPr>
        <w:t>organizării</w:t>
      </w:r>
      <w:proofErr w:type="spellEnd"/>
      <w:r w:rsidRPr="006B435F">
        <w:rPr>
          <w:rFonts w:ascii="Times New Roman" w:hAnsi="Times New Roman"/>
          <w:b/>
          <w:sz w:val="18"/>
          <w:szCs w:val="18"/>
        </w:rPr>
        <w:t xml:space="preserve"> </w:t>
      </w:r>
      <w:proofErr w:type="spellStart"/>
      <w:r w:rsidRPr="006B435F">
        <w:rPr>
          <w:rFonts w:ascii="Times New Roman" w:hAnsi="Times New Roman"/>
          <w:b/>
          <w:sz w:val="18"/>
          <w:szCs w:val="18"/>
        </w:rPr>
        <w:t>execuției</w:t>
      </w:r>
      <w:proofErr w:type="spellEnd"/>
    </w:p>
    <w:tbl>
      <w:tblPr>
        <w:tblW w:w="0" w:type="auto"/>
        <w:jc w:val="center"/>
        <w:tblLayout w:type="fixed"/>
        <w:tblLook w:val="04A0" w:firstRow="1" w:lastRow="0" w:firstColumn="1" w:lastColumn="0" w:noHBand="0" w:noVBand="1"/>
      </w:tblPr>
      <w:tblGrid>
        <w:gridCol w:w="10944"/>
      </w:tblGrid>
      <w:tr w:rsidR="006C782F" w:rsidRPr="006B435F">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5. ÎN SCOPUL REALIZĂRII OBIECTIVULUI / OBIECTULUI DE INVESTIȚII</w:t>
            </w:r>
          </w:p>
        </w:tc>
      </w:tr>
      <w:tr w:rsidR="006C782F" w:rsidRPr="006B435F">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10" w:line="240" w:lineRule="auto"/>
              <w:rPr>
                <w:sz w:val="18"/>
                <w:szCs w:val="18"/>
              </w:rPr>
            </w:pPr>
            <w:r w:rsidRPr="006B435F">
              <w:rPr>
                <w:rFonts w:ascii="Times New Roman" w:hAnsi="Times New Roman"/>
                <w:i/>
                <w:sz w:val="18"/>
                <w:szCs w:val="18"/>
              </w:rPr>
              <w:t xml:space="preserve">include </w:t>
            </w:r>
            <w:proofErr w:type="spellStart"/>
            <w:r w:rsidRPr="006B435F">
              <w:rPr>
                <w:rFonts w:ascii="Times New Roman" w:hAnsi="Times New Roman"/>
                <w:i/>
                <w:sz w:val="18"/>
                <w:szCs w:val="18"/>
              </w:rPr>
              <w:t>cel</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puțin</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funcțiunea</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principală</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și</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secundare</w:t>
            </w:r>
            <w:proofErr w:type="spellEnd"/>
          </w:p>
        </w:tc>
      </w:tr>
      <w:tr w:rsidR="006C782F" w:rsidRPr="006B435F">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before="80" w:after="40" w:line="240" w:lineRule="auto"/>
              <w:rPr>
                <w:sz w:val="18"/>
                <w:szCs w:val="18"/>
              </w:rPr>
            </w:pPr>
            <w:r w:rsidRPr="006B435F">
              <w:rPr>
                <w:rFonts w:ascii="Times New Roman" w:hAnsi="Times New Roman"/>
                <w:color w:val="B4B4B4"/>
                <w:sz w:val="18"/>
                <w:szCs w:val="18"/>
              </w:rPr>
              <w:t>___________________________________________________________________________________________________</w:t>
            </w:r>
          </w:p>
        </w:tc>
      </w:tr>
    </w:tbl>
    <w:p w:rsidR="006C782F" w:rsidRPr="006B435F" w:rsidRDefault="006C782F">
      <w:pPr>
        <w:spacing w:before="20" w:after="0"/>
        <w:rPr>
          <w:sz w:val="18"/>
          <w:szCs w:val="18"/>
        </w:rPr>
      </w:pPr>
    </w:p>
    <w:tbl>
      <w:tblPr>
        <w:tblW w:w="0" w:type="auto"/>
        <w:jc w:val="center"/>
        <w:tblLayout w:type="fixed"/>
        <w:tblLook w:val="04A0" w:firstRow="1" w:lastRow="0" w:firstColumn="1" w:lastColumn="0" w:noHBand="0" w:noVBand="1"/>
      </w:tblPr>
      <w:tblGrid>
        <w:gridCol w:w="3648"/>
        <w:gridCol w:w="912"/>
        <w:gridCol w:w="912"/>
        <w:gridCol w:w="912"/>
        <w:gridCol w:w="912"/>
        <w:gridCol w:w="1824"/>
        <w:gridCol w:w="1824"/>
      </w:tblGrid>
      <w:tr w:rsidR="006C782F" w:rsidRPr="006B435F">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rsidR="006C782F" w:rsidRPr="006B435F" w:rsidRDefault="00903D73">
            <w:pPr>
              <w:spacing w:before="10" w:after="10" w:line="240" w:lineRule="auto"/>
              <w:rPr>
                <w:sz w:val="18"/>
                <w:szCs w:val="18"/>
              </w:rPr>
            </w:pPr>
            <w:r w:rsidRPr="006B435F">
              <w:rPr>
                <w:rFonts w:ascii="Times New Roman" w:hAnsi="Times New Roman"/>
                <w:b/>
                <w:sz w:val="18"/>
                <w:szCs w:val="18"/>
              </w:rPr>
              <w:t>6. IMOBIL / IMOBILE</w:t>
            </w:r>
          </w:p>
        </w:tc>
      </w:tr>
      <w:tr w:rsidR="006C782F" w:rsidRPr="006B435F">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10" w:line="240" w:lineRule="auto"/>
              <w:rPr>
                <w:sz w:val="18"/>
                <w:szCs w:val="18"/>
              </w:rPr>
            </w:pPr>
            <w:proofErr w:type="spellStart"/>
            <w:r w:rsidRPr="006B435F">
              <w:rPr>
                <w:rFonts w:ascii="Times New Roman" w:hAnsi="Times New Roman"/>
                <w:i/>
                <w:sz w:val="18"/>
                <w:szCs w:val="18"/>
              </w:rPr>
              <w:t>Pentru</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fiecare</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imobil</w:t>
            </w:r>
            <w:proofErr w:type="spellEnd"/>
            <w:r w:rsidRPr="006B435F">
              <w:rPr>
                <w:rFonts w:ascii="Times New Roman" w:hAnsi="Times New Roman"/>
                <w:i/>
                <w:sz w:val="18"/>
                <w:szCs w:val="18"/>
              </w:rPr>
              <w:t xml:space="preserve"> se </w:t>
            </w:r>
            <w:proofErr w:type="spellStart"/>
            <w:r w:rsidRPr="006B435F">
              <w:rPr>
                <w:rFonts w:ascii="Times New Roman" w:hAnsi="Times New Roman"/>
                <w:i/>
                <w:sz w:val="18"/>
                <w:szCs w:val="18"/>
              </w:rPr>
              <w:t>completează</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obligatoriu</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câte</w:t>
            </w:r>
            <w:proofErr w:type="spellEnd"/>
            <w:r w:rsidRPr="006B435F">
              <w:rPr>
                <w:rFonts w:ascii="Times New Roman" w:hAnsi="Times New Roman"/>
                <w:i/>
                <w:sz w:val="18"/>
                <w:szCs w:val="18"/>
              </w:rPr>
              <w:t xml:space="preserve"> o </w:t>
            </w:r>
            <w:proofErr w:type="spellStart"/>
            <w:r w:rsidRPr="006B435F">
              <w:rPr>
                <w:rFonts w:ascii="Times New Roman" w:hAnsi="Times New Roman"/>
                <w:i/>
                <w:sz w:val="18"/>
                <w:szCs w:val="18"/>
              </w:rPr>
              <w:t>anexă</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tehnică</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celelalte</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imobile</w:t>
            </w:r>
            <w:proofErr w:type="spellEnd"/>
            <w:r w:rsidRPr="006B435F">
              <w:rPr>
                <w:rFonts w:ascii="Times New Roman" w:hAnsi="Times New Roman"/>
                <w:i/>
                <w:sz w:val="18"/>
                <w:szCs w:val="18"/>
              </w:rPr>
              <w:t xml:space="preserve"> se </w:t>
            </w:r>
            <w:proofErr w:type="spellStart"/>
            <w:r w:rsidRPr="006B435F">
              <w:rPr>
                <w:rFonts w:ascii="Times New Roman" w:hAnsi="Times New Roman"/>
                <w:i/>
                <w:sz w:val="18"/>
                <w:szCs w:val="18"/>
              </w:rPr>
              <w:t>înscriu</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în</w:t>
            </w:r>
            <w:proofErr w:type="spellEnd"/>
            <w:r w:rsidRPr="006B435F">
              <w:rPr>
                <w:rFonts w:ascii="Times New Roman" w:hAnsi="Times New Roman"/>
                <w:i/>
                <w:sz w:val="18"/>
                <w:szCs w:val="18"/>
              </w:rPr>
              <w:t xml:space="preserve"> </w:t>
            </w:r>
            <w:proofErr w:type="spellStart"/>
            <w:r w:rsidRPr="006B435F">
              <w:rPr>
                <w:rFonts w:ascii="Times New Roman" w:hAnsi="Times New Roman"/>
                <w:i/>
                <w:sz w:val="18"/>
                <w:szCs w:val="18"/>
              </w:rPr>
              <w:t>anexa</w:t>
            </w:r>
            <w:proofErr w:type="spellEnd"/>
            <w:r w:rsidRPr="006B435F">
              <w:rPr>
                <w:rFonts w:ascii="Times New Roman" w:hAnsi="Times New Roman"/>
                <w:i/>
                <w:sz w:val="18"/>
                <w:szCs w:val="18"/>
              </w:rPr>
              <w:t xml:space="preserve"> de </w:t>
            </w:r>
            <w:proofErr w:type="spellStart"/>
            <w:r w:rsidRPr="006B435F">
              <w:rPr>
                <w:rFonts w:ascii="Times New Roman" w:hAnsi="Times New Roman"/>
                <w:i/>
                <w:sz w:val="18"/>
                <w:szCs w:val="18"/>
              </w:rPr>
              <w:t>imobile</w:t>
            </w:r>
            <w:proofErr w:type="spellEnd"/>
            <w:r w:rsidRPr="006B435F">
              <w:rPr>
                <w:rFonts w:ascii="Times New Roman" w:hAnsi="Times New Roman"/>
                <w:i/>
                <w:sz w:val="18"/>
                <w:szCs w:val="18"/>
              </w:rPr>
              <w:t>.</w:t>
            </w:r>
            <w:r w:rsidRPr="006B435F">
              <w:rPr>
                <w:rFonts w:ascii="Times New Roman" w:hAnsi="Times New Roman"/>
                <w:i/>
                <w:sz w:val="18"/>
                <w:szCs w:val="18"/>
              </w:rPr>
              <w:br/>
            </w:r>
            <w:proofErr w:type="spellStart"/>
            <w:r w:rsidRPr="006B435F">
              <w:rPr>
                <w:rFonts w:ascii="Times New Roman" w:hAnsi="Times New Roman"/>
                <w:i/>
                <w:sz w:val="18"/>
                <w:szCs w:val="18"/>
              </w:rPr>
              <w:t>Imobil</w:t>
            </w:r>
            <w:proofErr w:type="spellEnd"/>
            <w:r w:rsidRPr="006B435F">
              <w:rPr>
                <w:rFonts w:ascii="Times New Roman" w:hAnsi="Times New Roman"/>
                <w:i/>
                <w:sz w:val="18"/>
                <w:szCs w:val="18"/>
              </w:rPr>
              <w:t xml:space="preserve"> 1</w:t>
            </w:r>
          </w:p>
        </w:tc>
      </w:tr>
      <w:tr w:rsidR="006C782F" w:rsidRPr="006B435F">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 xml:space="preserve">Tip </w:t>
            </w:r>
            <w:proofErr w:type="spellStart"/>
            <w:r w:rsidRPr="006B435F">
              <w:rPr>
                <w:rFonts w:ascii="Times New Roman" w:hAnsi="Times New Roman"/>
                <w:b/>
                <w:color w:val="004682"/>
                <w:sz w:val="18"/>
                <w:szCs w:val="18"/>
              </w:rPr>
              <w:t>imobil</w:t>
            </w:r>
            <w:proofErr w:type="spellEnd"/>
            <w:r w:rsidRPr="006B435F">
              <w:rPr>
                <w:rFonts w:ascii="Times New Roman" w:hAnsi="Times New Roman"/>
                <w:b/>
                <w:color w:val="004682"/>
                <w:sz w:val="18"/>
                <w:szCs w:val="18"/>
              </w:rPr>
              <w:br/>
              <w:t xml:space="preserve">☐ </w:t>
            </w:r>
            <w:proofErr w:type="spellStart"/>
            <w:r w:rsidRPr="006B435F">
              <w:rPr>
                <w:rFonts w:ascii="Times New Roman" w:hAnsi="Times New Roman"/>
                <w:b/>
                <w:color w:val="004682"/>
                <w:sz w:val="18"/>
                <w:szCs w:val="18"/>
              </w:rPr>
              <w:t>teren</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Număr</w:t>
            </w:r>
            <w:proofErr w:type="spellEnd"/>
            <w:r w:rsidRPr="006B435F">
              <w:rPr>
                <w:rFonts w:ascii="Times New Roman" w:hAnsi="Times New Roman"/>
                <w:b/>
                <w:color w:val="004682"/>
                <w:sz w:val="18"/>
                <w:szCs w:val="18"/>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 xml:space="preserve">Carte </w:t>
            </w:r>
            <w:proofErr w:type="spellStart"/>
            <w:r w:rsidRPr="006B435F">
              <w:rPr>
                <w:rFonts w:ascii="Times New Roman" w:hAnsi="Times New Roman"/>
                <w:b/>
                <w:color w:val="004682"/>
                <w:sz w:val="18"/>
                <w:szCs w:val="18"/>
              </w:rPr>
              <w:t>funciară</w:t>
            </w:r>
            <w:proofErr w:type="spellEnd"/>
            <w:r w:rsidRPr="006B435F">
              <w:rPr>
                <w:rFonts w:ascii="Times New Roman" w:hAnsi="Times New Roman"/>
                <w:b/>
                <w:color w:val="004682"/>
                <w:sz w:val="18"/>
                <w:szCs w:val="18"/>
              </w:rPr>
              <w:t xml:space="preserve"> </w:t>
            </w:r>
            <w:proofErr w:type="spellStart"/>
            <w:r w:rsidRPr="006B435F">
              <w:rPr>
                <w:rFonts w:ascii="Times New Roman" w:hAnsi="Times New Roman"/>
                <w:b/>
                <w:color w:val="004682"/>
                <w:sz w:val="18"/>
                <w:szCs w:val="18"/>
              </w:rPr>
              <w:t>nr</w:t>
            </w:r>
            <w:proofErr w:type="spellEnd"/>
            <w:r w:rsidRPr="006B435F">
              <w:rPr>
                <w:rFonts w:ascii="Times New Roman" w:hAnsi="Times New Roman"/>
                <w:b/>
                <w:color w:val="004682"/>
                <w:sz w:val="18"/>
                <w:szCs w:val="18"/>
              </w:rPr>
              <w:t>.</w:t>
            </w:r>
          </w:p>
        </w:tc>
      </w:tr>
      <w:tr w:rsidR="006C782F" w:rsidRPr="006B435F">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Municipiul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orașul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proofErr w:type="spellStart"/>
            <w:r w:rsidRPr="006B435F">
              <w:rPr>
                <w:rFonts w:ascii="Times New Roman" w:hAnsi="Times New Roman"/>
                <w:b/>
                <w:color w:val="004682"/>
                <w:sz w:val="18"/>
                <w:szCs w:val="18"/>
              </w:rPr>
              <w:t>Satul</w:t>
            </w:r>
            <w:proofErr w:type="spellEnd"/>
            <w:r w:rsidRPr="006B435F">
              <w:rPr>
                <w:rFonts w:ascii="Times New Roman" w:hAnsi="Times New Roman"/>
                <w:b/>
                <w:color w:val="004682"/>
                <w:sz w:val="18"/>
                <w:szCs w:val="18"/>
              </w:rPr>
              <w:t xml:space="preserve"> / </w:t>
            </w:r>
            <w:proofErr w:type="spellStart"/>
            <w:r w:rsidRPr="006B435F">
              <w:rPr>
                <w:rFonts w:ascii="Times New Roman" w:hAnsi="Times New Roman"/>
                <w:b/>
                <w:color w:val="004682"/>
                <w:sz w:val="18"/>
                <w:szCs w:val="18"/>
              </w:rPr>
              <w:t>sectorul</w:t>
            </w:r>
            <w:proofErr w:type="spellEnd"/>
          </w:p>
        </w:tc>
      </w:tr>
      <w:tr w:rsidR="006C782F" w:rsidRPr="006B435F">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Strada</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Nr.</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Sc.</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Et.</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Ap.</w:t>
            </w:r>
          </w:p>
        </w:tc>
        <w:tc>
          <w:tcPr>
            <w:tcW w:w="182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sz w:val="18"/>
                <w:szCs w:val="18"/>
              </w:rPr>
            </w:pPr>
            <w:r w:rsidRPr="006B435F">
              <w:rPr>
                <w:rFonts w:ascii="Times New Roman" w:hAnsi="Times New Roman"/>
                <w:b/>
                <w:color w:val="004682"/>
                <w:sz w:val="18"/>
                <w:szCs w:val="18"/>
              </w:rPr>
              <w:t xml:space="preserve">Cod </w:t>
            </w:r>
            <w:proofErr w:type="spellStart"/>
            <w:r w:rsidRPr="006B435F">
              <w:rPr>
                <w:rFonts w:ascii="Times New Roman" w:hAnsi="Times New Roman"/>
                <w:b/>
                <w:color w:val="004682"/>
                <w:sz w:val="18"/>
                <w:szCs w:val="18"/>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rsidR="006C782F" w:rsidRPr="006B435F" w:rsidRDefault="00903D73">
            <w:pPr>
              <w:spacing w:after="0" w:line="240" w:lineRule="auto"/>
              <w:rPr>
                <w:rFonts w:ascii="Times New Roman" w:hAnsi="Times New Roman"/>
                <w:b/>
                <w:color w:val="004682"/>
                <w:sz w:val="18"/>
                <w:szCs w:val="18"/>
              </w:rPr>
            </w:pPr>
            <w:proofErr w:type="spellStart"/>
            <w:r w:rsidRPr="006B435F">
              <w:rPr>
                <w:rFonts w:ascii="Times New Roman" w:hAnsi="Times New Roman"/>
                <w:b/>
                <w:color w:val="004682"/>
                <w:sz w:val="18"/>
                <w:szCs w:val="18"/>
              </w:rPr>
              <w:t>Țara</w:t>
            </w:r>
            <w:proofErr w:type="spellEnd"/>
          </w:p>
          <w:p w:rsidR="00C326C3" w:rsidRPr="006B435F" w:rsidRDefault="00C326C3">
            <w:pPr>
              <w:spacing w:after="0" w:line="240" w:lineRule="auto"/>
              <w:rPr>
                <w:sz w:val="18"/>
                <w:szCs w:val="18"/>
              </w:rPr>
            </w:pPr>
          </w:p>
        </w:tc>
      </w:tr>
    </w:tbl>
    <w:p w:rsidR="00D8598E" w:rsidRDefault="00D8598E">
      <w:pPr>
        <w:spacing w:after="0" w:line="240" w:lineRule="auto"/>
        <w:jc w:val="center"/>
        <w:rPr>
          <w:rFonts w:ascii="Times New Roman" w:hAnsi="Times New Roman"/>
          <w:b/>
          <w:sz w:val="18"/>
          <w:szCs w:val="18"/>
        </w:rPr>
      </w:pPr>
    </w:p>
    <w:p w:rsidR="00203E66" w:rsidRDefault="00203E66">
      <w:pPr>
        <w:spacing w:after="0" w:line="240" w:lineRule="auto"/>
        <w:jc w:val="center"/>
        <w:rPr>
          <w:rFonts w:ascii="Times New Roman" w:hAnsi="Times New Roman"/>
          <w:b/>
          <w:sz w:val="18"/>
          <w:szCs w:val="18"/>
        </w:rPr>
      </w:pPr>
    </w:p>
    <w:p w:rsidR="00203E66" w:rsidRDefault="00203E66">
      <w:pPr>
        <w:spacing w:after="0" w:line="240" w:lineRule="auto"/>
        <w:jc w:val="center"/>
        <w:rPr>
          <w:rFonts w:ascii="Times New Roman" w:hAnsi="Times New Roman"/>
          <w:b/>
          <w:sz w:val="18"/>
          <w:szCs w:val="18"/>
        </w:rPr>
      </w:pPr>
    </w:p>
    <w:p w:rsidR="00203E66" w:rsidRDefault="00203E66">
      <w:pPr>
        <w:spacing w:after="0" w:line="240" w:lineRule="auto"/>
        <w:jc w:val="center"/>
        <w:rPr>
          <w:rFonts w:ascii="Times New Roman" w:hAnsi="Times New Roman"/>
          <w:b/>
          <w:sz w:val="18"/>
          <w:szCs w:val="18"/>
        </w:rPr>
      </w:pPr>
    </w:p>
    <w:p w:rsidR="00203E66" w:rsidRDefault="00203E66">
      <w:pPr>
        <w:spacing w:after="0" w:line="240" w:lineRule="auto"/>
        <w:jc w:val="center"/>
        <w:rPr>
          <w:rFonts w:ascii="Times New Roman" w:hAnsi="Times New Roman"/>
          <w:b/>
          <w:sz w:val="18"/>
          <w:szCs w:val="18"/>
        </w:rPr>
      </w:pPr>
    </w:p>
    <w:p w:rsidR="00203E66" w:rsidRDefault="00203E66">
      <w:pPr>
        <w:spacing w:after="0" w:line="240" w:lineRule="auto"/>
        <w:jc w:val="center"/>
        <w:rPr>
          <w:rFonts w:ascii="Times New Roman" w:hAnsi="Times New Roman"/>
          <w:b/>
          <w:sz w:val="18"/>
          <w:szCs w:val="18"/>
        </w:rPr>
      </w:pPr>
    </w:p>
    <w:p w:rsidR="00203E66" w:rsidRPr="006B435F" w:rsidRDefault="00203E66">
      <w:pPr>
        <w:spacing w:after="0" w:line="240" w:lineRule="auto"/>
        <w:jc w:val="center"/>
        <w:rPr>
          <w:rFonts w:ascii="Times New Roman" w:hAnsi="Times New Roman"/>
          <w:b/>
          <w:sz w:val="18"/>
          <w:szCs w:val="18"/>
        </w:rPr>
      </w:pPr>
    </w:p>
    <w:tbl>
      <w:tblPr>
        <w:tblW w:w="10915" w:type="dxa"/>
        <w:tblInd w:w="-137"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2729"/>
        <w:gridCol w:w="1558"/>
        <w:gridCol w:w="780"/>
        <w:gridCol w:w="1558"/>
        <w:gridCol w:w="778"/>
        <w:gridCol w:w="781"/>
        <w:gridCol w:w="2731"/>
      </w:tblGrid>
      <w:tr w:rsidR="00D8598E" w:rsidRPr="006B435F" w:rsidTr="006B435F">
        <w:trPr>
          <w:trHeight w:val="200"/>
        </w:trPr>
        <w:tc>
          <w:tcPr>
            <w:tcW w:w="10915" w:type="dxa"/>
            <w:gridSpan w:val="7"/>
            <w:shd w:val="clear" w:color="auto" w:fill="F4F4F4"/>
          </w:tcPr>
          <w:p w:rsidR="00D8598E" w:rsidRPr="006B435F" w:rsidRDefault="00D8598E" w:rsidP="006B435F">
            <w:pPr>
              <w:pStyle w:val="TableParagraph"/>
              <w:spacing w:before="4" w:line="177" w:lineRule="exact"/>
              <w:ind w:left="142"/>
              <w:rPr>
                <w:b/>
                <w:sz w:val="18"/>
                <w:szCs w:val="18"/>
              </w:rPr>
            </w:pPr>
            <w:r w:rsidRPr="006B435F">
              <w:rPr>
                <w:b/>
                <w:sz w:val="18"/>
                <w:szCs w:val="18"/>
              </w:rPr>
              <w:t>7.</w:t>
            </w:r>
            <w:r w:rsidRPr="006B435F">
              <w:rPr>
                <w:b/>
                <w:spacing w:val="5"/>
                <w:sz w:val="18"/>
                <w:szCs w:val="18"/>
              </w:rPr>
              <w:t xml:space="preserve"> </w:t>
            </w:r>
            <w:r w:rsidRPr="006B435F">
              <w:rPr>
                <w:b/>
                <w:sz w:val="18"/>
                <w:szCs w:val="18"/>
              </w:rPr>
              <w:t>PROIECTUL</w:t>
            </w:r>
            <w:r w:rsidRPr="006B435F">
              <w:rPr>
                <w:b/>
                <w:spacing w:val="8"/>
                <w:sz w:val="18"/>
                <w:szCs w:val="18"/>
              </w:rPr>
              <w:t xml:space="preserve"> </w:t>
            </w:r>
            <w:r w:rsidRPr="006B435F">
              <w:rPr>
                <w:b/>
                <w:sz w:val="18"/>
                <w:szCs w:val="18"/>
              </w:rPr>
              <w:t>ATAȘAT</w:t>
            </w:r>
            <w:r w:rsidRPr="006B435F">
              <w:rPr>
                <w:b/>
                <w:spacing w:val="7"/>
                <w:sz w:val="18"/>
                <w:szCs w:val="18"/>
              </w:rPr>
              <w:t xml:space="preserve"> </w:t>
            </w:r>
            <w:r w:rsidRPr="006B435F">
              <w:rPr>
                <w:b/>
                <w:sz w:val="18"/>
                <w:szCs w:val="18"/>
              </w:rPr>
              <w:t>ȘI</w:t>
            </w:r>
            <w:r w:rsidRPr="006B435F">
              <w:rPr>
                <w:b/>
                <w:spacing w:val="9"/>
                <w:sz w:val="18"/>
                <w:szCs w:val="18"/>
              </w:rPr>
              <w:t xml:space="preserve"> </w:t>
            </w:r>
            <w:r w:rsidRPr="006B435F">
              <w:rPr>
                <w:b/>
                <w:sz w:val="18"/>
                <w:szCs w:val="18"/>
              </w:rPr>
              <w:t>ECHIPA</w:t>
            </w:r>
            <w:r w:rsidRPr="006B435F">
              <w:rPr>
                <w:b/>
                <w:spacing w:val="8"/>
                <w:sz w:val="18"/>
                <w:szCs w:val="18"/>
              </w:rPr>
              <w:t xml:space="preserve"> </w:t>
            </w:r>
            <w:r w:rsidRPr="006B435F">
              <w:rPr>
                <w:b/>
                <w:sz w:val="18"/>
                <w:szCs w:val="18"/>
              </w:rPr>
              <w:t>DE</w:t>
            </w:r>
            <w:r w:rsidRPr="006B435F">
              <w:rPr>
                <w:b/>
                <w:spacing w:val="7"/>
                <w:sz w:val="18"/>
                <w:szCs w:val="18"/>
              </w:rPr>
              <w:t xml:space="preserve"> </w:t>
            </w:r>
            <w:r w:rsidRPr="006B435F">
              <w:rPr>
                <w:b/>
                <w:spacing w:val="-2"/>
                <w:sz w:val="18"/>
                <w:szCs w:val="18"/>
              </w:rPr>
              <w:t>PROIECTARE</w:t>
            </w:r>
          </w:p>
        </w:tc>
      </w:tr>
      <w:tr w:rsidR="00D8598E" w:rsidRPr="006B435F" w:rsidTr="006B435F">
        <w:trPr>
          <w:trHeight w:val="412"/>
        </w:trPr>
        <w:tc>
          <w:tcPr>
            <w:tcW w:w="10915" w:type="dxa"/>
            <w:gridSpan w:val="7"/>
          </w:tcPr>
          <w:p w:rsidR="00D8598E" w:rsidRPr="006B435F" w:rsidRDefault="00D8598E" w:rsidP="00D8598E">
            <w:pPr>
              <w:pStyle w:val="TableParagraph"/>
              <w:numPr>
                <w:ilvl w:val="0"/>
                <w:numId w:val="10"/>
              </w:numPr>
              <w:tabs>
                <w:tab w:val="left" w:pos="314"/>
              </w:tabs>
              <w:ind w:left="314" w:hanging="172"/>
              <w:rPr>
                <w:sz w:val="18"/>
                <w:szCs w:val="18"/>
              </w:rPr>
            </w:pPr>
            <w:r w:rsidRPr="006B435F">
              <w:rPr>
                <w:w w:val="105"/>
                <w:sz w:val="18"/>
                <w:szCs w:val="18"/>
              </w:rPr>
              <w:t>Proiect</w:t>
            </w:r>
            <w:r w:rsidRPr="006B435F">
              <w:rPr>
                <w:spacing w:val="-7"/>
                <w:w w:val="105"/>
                <w:sz w:val="18"/>
                <w:szCs w:val="18"/>
              </w:rPr>
              <w:t xml:space="preserve"> </w:t>
            </w:r>
            <w:r w:rsidRPr="006B435F">
              <w:rPr>
                <w:w w:val="105"/>
                <w:sz w:val="18"/>
                <w:szCs w:val="18"/>
              </w:rPr>
              <w:t>pentru</w:t>
            </w:r>
            <w:r w:rsidRPr="006B435F">
              <w:rPr>
                <w:spacing w:val="-7"/>
                <w:w w:val="105"/>
                <w:sz w:val="18"/>
                <w:szCs w:val="18"/>
              </w:rPr>
              <w:t xml:space="preserve"> </w:t>
            </w:r>
            <w:r w:rsidRPr="006B435F">
              <w:rPr>
                <w:w w:val="105"/>
                <w:sz w:val="18"/>
                <w:szCs w:val="18"/>
              </w:rPr>
              <w:t>autorizarea</w:t>
            </w:r>
            <w:r w:rsidRPr="006B435F">
              <w:rPr>
                <w:spacing w:val="-6"/>
                <w:w w:val="105"/>
                <w:sz w:val="18"/>
                <w:szCs w:val="18"/>
              </w:rPr>
              <w:t xml:space="preserve"> </w:t>
            </w:r>
            <w:r w:rsidRPr="006B435F">
              <w:rPr>
                <w:w w:val="105"/>
                <w:sz w:val="18"/>
                <w:szCs w:val="18"/>
              </w:rPr>
              <w:t>construirii</w:t>
            </w:r>
            <w:r w:rsidRPr="006B435F">
              <w:rPr>
                <w:spacing w:val="43"/>
                <w:w w:val="105"/>
                <w:sz w:val="18"/>
                <w:szCs w:val="18"/>
              </w:rPr>
              <w:t xml:space="preserve">  </w:t>
            </w:r>
            <w:r w:rsidRPr="006B435F">
              <w:rPr>
                <w:rFonts w:ascii="Segoe UI Symbol" w:hAnsi="Segoe UI Symbol"/>
                <w:w w:val="105"/>
                <w:sz w:val="18"/>
                <w:szCs w:val="18"/>
              </w:rPr>
              <w:t>☐</w:t>
            </w:r>
            <w:r w:rsidRPr="006B435F">
              <w:rPr>
                <w:spacing w:val="-8"/>
                <w:w w:val="105"/>
                <w:sz w:val="18"/>
                <w:szCs w:val="18"/>
              </w:rPr>
              <w:t xml:space="preserve"> </w:t>
            </w:r>
            <w:r w:rsidRPr="006B435F">
              <w:rPr>
                <w:w w:val="105"/>
                <w:sz w:val="18"/>
                <w:szCs w:val="18"/>
              </w:rPr>
              <w:t>Proiect</w:t>
            </w:r>
            <w:r w:rsidRPr="006B435F">
              <w:rPr>
                <w:spacing w:val="-7"/>
                <w:w w:val="105"/>
                <w:sz w:val="18"/>
                <w:szCs w:val="18"/>
              </w:rPr>
              <w:t xml:space="preserve"> </w:t>
            </w:r>
            <w:r w:rsidRPr="006B435F">
              <w:rPr>
                <w:w w:val="105"/>
                <w:sz w:val="18"/>
                <w:szCs w:val="18"/>
              </w:rPr>
              <w:t>pentru</w:t>
            </w:r>
            <w:r w:rsidRPr="006B435F">
              <w:rPr>
                <w:spacing w:val="-7"/>
                <w:w w:val="105"/>
                <w:sz w:val="18"/>
                <w:szCs w:val="18"/>
              </w:rPr>
              <w:t xml:space="preserve"> </w:t>
            </w:r>
            <w:r w:rsidRPr="006B435F">
              <w:rPr>
                <w:w w:val="105"/>
                <w:sz w:val="18"/>
                <w:szCs w:val="18"/>
              </w:rPr>
              <w:t>autorizarea</w:t>
            </w:r>
            <w:r w:rsidRPr="006B435F">
              <w:rPr>
                <w:spacing w:val="-5"/>
                <w:w w:val="105"/>
                <w:sz w:val="18"/>
                <w:szCs w:val="18"/>
              </w:rPr>
              <w:t xml:space="preserve"> </w:t>
            </w:r>
            <w:r w:rsidRPr="006B435F">
              <w:rPr>
                <w:w w:val="105"/>
                <w:sz w:val="18"/>
                <w:szCs w:val="18"/>
              </w:rPr>
              <w:t>desființării</w:t>
            </w:r>
            <w:r w:rsidRPr="006B435F">
              <w:rPr>
                <w:spacing w:val="43"/>
                <w:w w:val="105"/>
                <w:sz w:val="18"/>
                <w:szCs w:val="18"/>
              </w:rPr>
              <w:t xml:space="preserve">  </w:t>
            </w:r>
            <w:r w:rsidRPr="006B435F">
              <w:rPr>
                <w:rFonts w:ascii="Segoe UI Symbol" w:hAnsi="Segoe UI Symbol"/>
                <w:w w:val="105"/>
                <w:sz w:val="18"/>
                <w:szCs w:val="18"/>
              </w:rPr>
              <w:t>☐</w:t>
            </w:r>
            <w:r w:rsidRPr="006B435F">
              <w:rPr>
                <w:spacing w:val="-9"/>
                <w:w w:val="105"/>
                <w:sz w:val="18"/>
                <w:szCs w:val="18"/>
              </w:rPr>
              <w:t xml:space="preserve"> </w:t>
            </w:r>
            <w:r w:rsidRPr="006B435F">
              <w:rPr>
                <w:w w:val="105"/>
                <w:sz w:val="18"/>
                <w:szCs w:val="18"/>
              </w:rPr>
              <w:t>Proiect</w:t>
            </w:r>
            <w:r w:rsidRPr="006B435F">
              <w:rPr>
                <w:spacing w:val="-7"/>
                <w:w w:val="105"/>
                <w:sz w:val="18"/>
                <w:szCs w:val="18"/>
              </w:rPr>
              <w:t xml:space="preserve"> </w:t>
            </w:r>
            <w:r w:rsidRPr="006B435F">
              <w:rPr>
                <w:w w:val="105"/>
                <w:sz w:val="18"/>
                <w:szCs w:val="18"/>
              </w:rPr>
              <w:t>pentru</w:t>
            </w:r>
            <w:r w:rsidRPr="006B435F">
              <w:rPr>
                <w:spacing w:val="-7"/>
                <w:w w:val="105"/>
                <w:sz w:val="18"/>
                <w:szCs w:val="18"/>
              </w:rPr>
              <w:t xml:space="preserve"> </w:t>
            </w:r>
            <w:r w:rsidRPr="006B435F">
              <w:rPr>
                <w:w w:val="105"/>
                <w:sz w:val="18"/>
                <w:szCs w:val="18"/>
              </w:rPr>
              <w:t>intervenții</w:t>
            </w:r>
            <w:r w:rsidRPr="006B435F">
              <w:rPr>
                <w:spacing w:val="-6"/>
                <w:w w:val="105"/>
                <w:sz w:val="18"/>
                <w:szCs w:val="18"/>
              </w:rPr>
              <w:t xml:space="preserve"> </w:t>
            </w:r>
            <w:r w:rsidRPr="006B435F">
              <w:rPr>
                <w:w w:val="105"/>
                <w:sz w:val="18"/>
                <w:szCs w:val="18"/>
              </w:rPr>
              <w:t>asupra</w:t>
            </w:r>
            <w:r w:rsidRPr="006B435F">
              <w:rPr>
                <w:spacing w:val="-7"/>
                <w:w w:val="105"/>
                <w:sz w:val="18"/>
                <w:szCs w:val="18"/>
              </w:rPr>
              <w:t xml:space="preserve"> </w:t>
            </w:r>
            <w:r w:rsidRPr="006B435F">
              <w:rPr>
                <w:w w:val="105"/>
                <w:sz w:val="18"/>
                <w:szCs w:val="18"/>
              </w:rPr>
              <w:t>clădirilor</w:t>
            </w:r>
            <w:r w:rsidRPr="006B435F">
              <w:rPr>
                <w:spacing w:val="-6"/>
                <w:w w:val="105"/>
                <w:sz w:val="18"/>
                <w:szCs w:val="18"/>
              </w:rPr>
              <w:t xml:space="preserve"> </w:t>
            </w:r>
            <w:r w:rsidRPr="006B435F">
              <w:rPr>
                <w:spacing w:val="-2"/>
                <w:w w:val="105"/>
                <w:sz w:val="18"/>
                <w:szCs w:val="18"/>
              </w:rPr>
              <w:t>existente</w:t>
            </w:r>
          </w:p>
          <w:p w:rsidR="00D8598E" w:rsidRPr="006B435F" w:rsidRDefault="00D8598E" w:rsidP="00D8598E">
            <w:pPr>
              <w:pStyle w:val="TableParagraph"/>
              <w:numPr>
                <w:ilvl w:val="0"/>
                <w:numId w:val="10"/>
              </w:numPr>
              <w:tabs>
                <w:tab w:val="left" w:pos="314"/>
              </w:tabs>
              <w:spacing w:before="7" w:line="181" w:lineRule="exact"/>
              <w:ind w:left="314" w:hanging="172"/>
              <w:rPr>
                <w:sz w:val="18"/>
                <w:szCs w:val="18"/>
              </w:rPr>
            </w:pPr>
            <w:r w:rsidRPr="006B435F">
              <w:rPr>
                <w:sz w:val="18"/>
                <w:szCs w:val="18"/>
              </w:rPr>
              <w:t>Proiect</w:t>
            </w:r>
            <w:r w:rsidRPr="006B435F">
              <w:rPr>
                <w:spacing w:val="15"/>
                <w:sz w:val="18"/>
                <w:szCs w:val="18"/>
              </w:rPr>
              <w:t xml:space="preserve"> </w:t>
            </w:r>
            <w:r w:rsidRPr="006B435F">
              <w:rPr>
                <w:sz w:val="18"/>
                <w:szCs w:val="18"/>
              </w:rPr>
              <w:t>pentru</w:t>
            </w:r>
            <w:r w:rsidRPr="006B435F">
              <w:rPr>
                <w:spacing w:val="17"/>
                <w:sz w:val="18"/>
                <w:szCs w:val="18"/>
              </w:rPr>
              <w:t xml:space="preserve"> </w:t>
            </w:r>
            <w:r w:rsidRPr="006B435F">
              <w:rPr>
                <w:sz w:val="18"/>
                <w:szCs w:val="18"/>
              </w:rPr>
              <w:t>autorizarea</w:t>
            </w:r>
            <w:r w:rsidRPr="006B435F">
              <w:rPr>
                <w:spacing w:val="16"/>
                <w:sz w:val="18"/>
                <w:szCs w:val="18"/>
              </w:rPr>
              <w:t xml:space="preserve"> </w:t>
            </w:r>
            <w:r w:rsidRPr="006B435F">
              <w:rPr>
                <w:spacing w:val="-2"/>
                <w:sz w:val="18"/>
                <w:szCs w:val="18"/>
              </w:rPr>
              <w:t>amenajării</w:t>
            </w:r>
          </w:p>
        </w:tc>
      </w:tr>
      <w:tr w:rsidR="00D8598E" w:rsidRPr="006B435F" w:rsidTr="006B435F">
        <w:trPr>
          <w:trHeight w:val="493"/>
        </w:trPr>
        <w:tc>
          <w:tcPr>
            <w:tcW w:w="4287" w:type="dxa"/>
            <w:gridSpan w:val="2"/>
          </w:tcPr>
          <w:p w:rsidR="00D8598E" w:rsidRPr="006B435F" w:rsidRDefault="00D8598E" w:rsidP="006B435F">
            <w:pPr>
              <w:pStyle w:val="TableParagraph"/>
              <w:rPr>
                <w:b/>
                <w:sz w:val="18"/>
                <w:szCs w:val="18"/>
              </w:rPr>
            </w:pPr>
            <w:r w:rsidRPr="006B435F">
              <w:rPr>
                <w:b/>
                <w:color w:val="0D5F78"/>
                <w:w w:val="105"/>
                <w:sz w:val="18"/>
                <w:szCs w:val="18"/>
              </w:rPr>
              <w:t>Nr.</w:t>
            </w:r>
            <w:r w:rsidRPr="006B435F">
              <w:rPr>
                <w:b/>
                <w:color w:val="0D5F78"/>
                <w:spacing w:val="-6"/>
                <w:w w:val="105"/>
                <w:sz w:val="18"/>
                <w:szCs w:val="18"/>
              </w:rPr>
              <w:t xml:space="preserve"> </w:t>
            </w:r>
            <w:r w:rsidRPr="006B435F">
              <w:rPr>
                <w:b/>
                <w:color w:val="0D5F78"/>
                <w:w w:val="105"/>
                <w:sz w:val="18"/>
                <w:szCs w:val="18"/>
              </w:rPr>
              <w:t>/</w:t>
            </w:r>
            <w:r w:rsidRPr="006B435F">
              <w:rPr>
                <w:b/>
                <w:color w:val="0D5F78"/>
                <w:spacing w:val="-6"/>
                <w:w w:val="105"/>
                <w:sz w:val="18"/>
                <w:szCs w:val="18"/>
              </w:rPr>
              <w:t xml:space="preserve"> </w:t>
            </w:r>
            <w:r w:rsidRPr="006B435F">
              <w:rPr>
                <w:b/>
                <w:color w:val="0D5F78"/>
                <w:w w:val="105"/>
                <w:sz w:val="18"/>
                <w:szCs w:val="18"/>
              </w:rPr>
              <w:t>data</w:t>
            </w:r>
            <w:r w:rsidRPr="006B435F">
              <w:rPr>
                <w:b/>
                <w:color w:val="0D5F78"/>
                <w:spacing w:val="-6"/>
                <w:w w:val="105"/>
                <w:sz w:val="18"/>
                <w:szCs w:val="18"/>
              </w:rPr>
              <w:t xml:space="preserve"> </w:t>
            </w:r>
            <w:r w:rsidRPr="006B435F">
              <w:rPr>
                <w:b/>
                <w:color w:val="0D5F78"/>
                <w:spacing w:val="-2"/>
                <w:w w:val="105"/>
                <w:sz w:val="18"/>
                <w:szCs w:val="18"/>
              </w:rPr>
              <w:t>proiectului</w:t>
            </w:r>
          </w:p>
        </w:tc>
        <w:tc>
          <w:tcPr>
            <w:tcW w:w="6628" w:type="dxa"/>
            <w:gridSpan w:val="5"/>
          </w:tcPr>
          <w:p w:rsidR="00D8598E" w:rsidRPr="006B435F" w:rsidRDefault="00D8598E" w:rsidP="006B435F">
            <w:pPr>
              <w:pStyle w:val="TableParagraph"/>
              <w:rPr>
                <w:b/>
                <w:sz w:val="18"/>
                <w:szCs w:val="18"/>
              </w:rPr>
            </w:pPr>
            <w:r w:rsidRPr="006B435F">
              <w:rPr>
                <w:b/>
                <w:color w:val="0D5F78"/>
                <w:sz w:val="18"/>
                <w:szCs w:val="18"/>
              </w:rPr>
              <w:t>Elaborator</w:t>
            </w:r>
            <w:r w:rsidRPr="006B435F">
              <w:rPr>
                <w:b/>
                <w:color w:val="0D5F78"/>
                <w:spacing w:val="8"/>
                <w:sz w:val="18"/>
                <w:szCs w:val="18"/>
              </w:rPr>
              <w:t xml:space="preserve"> </w:t>
            </w:r>
            <w:r w:rsidRPr="006B435F">
              <w:rPr>
                <w:b/>
                <w:color w:val="0D5F78"/>
                <w:sz w:val="18"/>
                <w:szCs w:val="18"/>
              </w:rPr>
              <w:t>(denumire</w:t>
            </w:r>
            <w:r w:rsidRPr="006B435F">
              <w:rPr>
                <w:b/>
                <w:color w:val="0D5F78"/>
                <w:spacing w:val="9"/>
                <w:sz w:val="18"/>
                <w:szCs w:val="18"/>
              </w:rPr>
              <w:t xml:space="preserve"> </w:t>
            </w:r>
            <w:r w:rsidRPr="006B435F">
              <w:rPr>
                <w:b/>
                <w:color w:val="0D5F78"/>
                <w:sz w:val="18"/>
                <w:szCs w:val="18"/>
              </w:rPr>
              <w:t>+</w:t>
            </w:r>
            <w:r w:rsidRPr="006B435F">
              <w:rPr>
                <w:b/>
                <w:color w:val="0D5F78"/>
                <w:spacing w:val="9"/>
                <w:sz w:val="18"/>
                <w:szCs w:val="18"/>
              </w:rPr>
              <w:t xml:space="preserve"> </w:t>
            </w:r>
            <w:r w:rsidRPr="006B435F">
              <w:rPr>
                <w:b/>
                <w:color w:val="0D5F78"/>
                <w:spacing w:val="-2"/>
                <w:sz w:val="18"/>
                <w:szCs w:val="18"/>
              </w:rPr>
              <w:t>sediu)</w:t>
            </w:r>
          </w:p>
        </w:tc>
      </w:tr>
      <w:tr w:rsidR="00D8598E" w:rsidRPr="006B435F" w:rsidTr="006B435F">
        <w:trPr>
          <w:trHeight w:val="502"/>
        </w:trPr>
        <w:tc>
          <w:tcPr>
            <w:tcW w:w="5067" w:type="dxa"/>
            <w:gridSpan w:val="3"/>
          </w:tcPr>
          <w:p w:rsidR="00D8598E" w:rsidRPr="006B435F" w:rsidRDefault="00D8598E" w:rsidP="006B435F">
            <w:pPr>
              <w:pStyle w:val="TableParagraph"/>
              <w:spacing w:line="249" w:lineRule="auto"/>
              <w:ind w:right="103"/>
              <w:rPr>
                <w:b/>
                <w:sz w:val="18"/>
                <w:szCs w:val="18"/>
              </w:rPr>
            </w:pPr>
            <w:r w:rsidRPr="006B435F">
              <w:rPr>
                <w:b/>
                <w:color w:val="0D5F78"/>
                <w:w w:val="105"/>
                <w:sz w:val="18"/>
                <w:szCs w:val="18"/>
              </w:rPr>
              <w:t>Proiectant</w:t>
            </w:r>
            <w:r w:rsidRPr="006B435F">
              <w:rPr>
                <w:b/>
                <w:color w:val="0D5F78"/>
                <w:spacing w:val="-10"/>
                <w:w w:val="105"/>
                <w:sz w:val="18"/>
                <w:szCs w:val="18"/>
              </w:rPr>
              <w:t xml:space="preserve"> </w:t>
            </w:r>
            <w:r w:rsidRPr="006B435F">
              <w:rPr>
                <w:b/>
                <w:color w:val="0D5F78"/>
                <w:w w:val="105"/>
                <w:sz w:val="18"/>
                <w:szCs w:val="18"/>
              </w:rPr>
              <w:t>autor</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arhitect</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arhitect</w:t>
            </w:r>
            <w:r w:rsidRPr="006B435F">
              <w:rPr>
                <w:b/>
                <w:color w:val="0D5F78"/>
                <w:spacing w:val="-10"/>
                <w:w w:val="105"/>
                <w:sz w:val="18"/>
                <w:szCs w:val="18"/>
              </w:rPr>
              <w:t xml:space="preserve"> </w:t>
            </w:r>
            <w:r w:rsidRPr="006B435F">
              <w:rPr>
                <w:b/>
                <w:color w:val="0D5F78"/>
                <w:w w:val="105"/>
                <w:sz w:val="18"/>
                <w:szCs w:val="18"/>
              </w:rPr>
              <w:t>conductor</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arhitect</w:t>
            </w:r>
            <w:r w:rsidRPr="006B435F">
              <w:rPr>
                <w:b/>
                <w:color w:val="0D5F78"/>
                <w:spacing w:val="40"/>
                <w:w w:val="105"/>
                <w:sz w:val="18"/>
                <w:szCs w:val="18"/>
              </w:rPr>
              <w:t xml:space="preserve"> </w:t>
            </w:r>
            <w:r w:rsidRPr="006B435F">
              <w:rPr>
                <w:b/>
                <w:color w:val="0D5F78"/>
                <w:w w:val="105"/>
                <w:sz w:val="18"/>
                <w:szCs w:val="18"/>
              </w:rPr>
              <w:t>de</w:t>
            </w:r>
            <w:r w:rsidRPr="006B435F">
              <w:rPr>
                <w:b/>
                <w:color w:val="0D5F78"/>
                <w:spacing w:val="-5"/>
                <w:w w:val="105"/>
                <w:sz w:val="18"/>
                <w:szCs w:val="18"/>
              </w:rPr>
              <w:t xml:space="preserve"> </w:t>
            </w:r>
            <w:r w:rsidRPr="006B435F">
              <w:rPr>
                <w:b/>
                <w:color w:val="0D5F78"/>
                <w:w w:val="105"/>
                <w:sz w:val="18"/>
                <w:szCs w:val="18"/>
              </w:rPr>
              <w:t>interior</w:t>
            </w:r>
          </w:p>
        </w:tc>
        <w:tc>
          <w:tcPr>
            <w:tcW w:w="1558" w:type="dxa"/>
          </w:tcPr>
          <w:p w:rsidR="00D8598E" w:rsidRPr="006B435F" w:rsidRDefault="00D8598E" w:rsidP="006B435F">
            <w:pPr>
              <w:pStyle w:val="TableParagraph"/>
              <w:rPr>
                <w:b/>
                <w:sz w:val="18"/>
                <w:szCs w:val="18"/>
              </w:rPr>
            </w:pPr>
            <w:r w:rsidRPr="006B435F">
              <w:rPr>
                <w:b/>
                <w:color w:val="0D5F78"/>
                <w:w w:val="105"/>
                <w:sz w:val="18"/>
                <w:szCs w:val="18"/>
              </w:rPr>
              <w:t>Nr.</w:t>
            </w:r>
            <w:r w:rsidRPr="006B435F">
              <w:rPr>
                <w:b/>
                <w:color w:val="0D5F78"/>
                <w:spacing w:val="-7"/>
                <w:w w:val="105"/>
                <w:sz w:val="18"/>
                <w:szCs w:val="18"/>
              </w:rPr>
              <w:t xml:space="preserve"> </w:t>
            </w:r>
            <w:r w:rsidRPr="006B435F">
              <w:rPr>
                <w:b/>
                <w:color w:val="0D5F78"/>
                <w:spacing w:val="-5"/>
                <w:w w:val="105"/>
                <w:sz w:val="18"/>
                <w:szCs w:val="18"/>
              </w:rPr>
              <w:t>TNA</w:t>
            </w:r>
          </w:p>
        </w:tc>
        <w:tc>
          <w:tcPr>
            <w:tcW w:w="4290" w:type="dxa"/>
            <w:gridSpan w:val="3"/>
          </w:tcPr>
          <w:p w:rsidR="00D8598E" w:rsidRPr="006B435F" w:rsidRDefault="00D8598E" w:rsidP="006B435F">
            <w:pPr>
              <w:pStyle w:val="TableParagraph"/>
              <w:ind w:left="105"/>
              <w:rPr>
                <w:b/>
                <w:sz w:val="18"/>
                <w:szCs w:val="18"/>
              </w:rPr>
            </w:pPr>
            <w:r w:rsidRPr="006B435F">
              <w:rPr>
                <w:b/>
                <w:color w:val="0D5F78"/>
                <w:spacing w:val="-2"/>
                <w:w w:val="105"/>
                <w:sz w:val="18"/>
                <w:szCs w:val="18"/>
              </w:rPr>
              <w:t>Ingineri,</w:t>
            </w:r>
            <w:r w:rsidRPr="006B435F">
              <w:rPr>
                <w:b/>
                <w:color w:val="0D5F78"/>
                <w:spacing w:val="-1"/>
                <w:w w:val="105"/>
                <w:sz w:val="18"/>
                <w:szCs w:val="18"/>
              </w:rPr>
              <w:t xml:space="preserve"> </w:t>
            </w:r>
            <w:r w:rsidRPr="006B435F">
              <w:rPr>
                <w:b/>
                <w:color w:val="0D5F78"/>
                <w:spacing w:val="-2"/>
                <w:w w:val="105"/>
                <w:sz w:val="18"/>
                <w:szCs w:val="18"/>
              </w:rPr>
              <w:t>pe</w:t>
            </w:r>
            <w:r w:rsidRPr="006B435F">
              <w:rPr>
                <w:b/>
                <w:color w:val="0D5F78"/>
                <w:w w:val="105"/>
                <w:sz w:val="18"/>
                <w:szCs w:val="18"/>
              </w:rPr>
              <w:t xml:space="preserve"> </w:t>
            </w:r>
            <w:r w:rsidRPr="006B435F">
              <w:rPr>
                <w:b/>
                <w:color w:val="0D5F78"/>
                <w:spacing w:val="-2"/>
                <w:w w:val="105"/>
                <w:sz w:val="18"/>
                <w:szCs w:val="18"/>
              </w:rPr>
              <w:t>specialități</w:t>
            </w:r>
          </w:p>
        </w:tc>
      </w:tr>
      <w:tr w:rsidR="00D8598E" w:rsidRPr="006B435F" w:rsidTr="006B435F">
        <w:trPr>
          <w:trHeight w:val="201"/>
        </w:trPr>
        <w:tc>
          <w:tcPr>
            <w:tcW w:w="10915" w:type="dxa"/>
            <w:gridSpan w:val="7"/>
            <w:shd w:val="clear" w:color="auto" w:fill="F4F4F4"/>
          </w:tcPr>
          <w:p w:rsidR="00D8598E" w:rsidRPr="006B435F" w:rsidRDefault="00D8598E" w:rsidP="006B435F">
            <w:pPr>
              <w:pStyle w:val="TableParagraph"/>
              <w:spacing w:line="176" w:lineRule="exact"/>
              <w:ind w:left="142"/>
              <w:rPr>
                <w:b/>
                <w:sz w:val="18"/>
                <w:szCs w:val="18"/>
              </w:rPr>
            </w:pPr>
            <w:r w:rsidRPr="006B435F">
              <w:rPr>
                <w:b/>
                <w:sz w:val="18"/>
                <w:szCs w:val="18"/>
              </w:rPr>
              <w:t>8.</w:t>
            </w:r>
            <w:r w:rsidRPr="006B435F">
              <w:rPr>
                <w:b/>
                <w:spacing w:val="8"/>
                <w:sz w:val="18"/>
                <w:szCs w:val="18"/>
              </w:rPr>
              <w:t xml:space="preserve"> </w:t>
            </w:r>
            <w:r w:rsidRPr="006B435F">
              <w:rPr>
                <w:b/>
                <w:sz w:val="18"/>
                <w:szCs w:val="18"/>
              </w:rPr>
              <w:t>CLASA</w:t>
            </w:r>
            <w:r w:rsidRPr="006B435F">
              <w:rPr>
                <w:b/>
                <w:spacing w:val="11"/>
                <w:sz w:val="18"/>
                <w:szCs w:val="18"/>
              </w:rPr>
              <w:t xml:space="preserve"> </w:t>
            </w:r>
            <w:r w:rsidRPr="006B435F">
              <w:rPr>
                <w:b/>
                <w:sz w:val="18"/>
                <w:szCs w:val="18"/>
              </w:rPr>
              <w:t>DE</w:t>
            </w:r>
            <w:r w:rsidRPr="006B435F">
              <w:rPr>
                <w:b/>
                <w:spacing w:val="10"/>
                <w:sz w:val="18"/>
                <w:szCs w:val="18"/>
              </w:rPr>
              <w:t xml:space="preserve"> </w:t>
            </w:r>
            <w:r w:rsidRPr="006B435F">
              <w:rPr>
                <w:b/>
                <w:sz w:val="18"/>
                <w:szCs w:val="18"/>
              </w:rPr>
              <w:t>CONSECINȚE</w:t>
            </w:r>
            <w:r w:rsidRPr="006B435F">
              <w:rPr>
                <w:b/>
                <w:spacing w:val="5"/>
                <w:sz w:val="18"/>
                <w:szCs w:val="18"/>
              </w:rPr>
              <w:t xml:space="preserve"> </w:t>
            </w:r>
            <w:r w:rsidRPr="006B435F">
              <w:rPr>
                <w:b/>
                <w:sz w:val="18"/>
                <w:szCs w:val="18"/>
              </w:rPr>
              <w:t>/</w:t>
            </w:r>
            <w:r w:rsidRPr="006B435F">
              <w:rPr>
                <w:b/>
                <w:spacing w:val="8"/>
                <w:sz w:val="18"/>
                <w:szCs w:val="18"/>
              </w:rPr>
              <w:t xml:space="preserve"> </w:t>
            </w:r>
            <w:r w:rsidRPr="006B435F">
              <w:rPr>
                <w:b/>
                <w:sz w:val="18"/>
                <w:szCs w:val="18"/>
              </w:rPr>
              <w:t>VERIFICAREA</w:t>
            </w:r>
            <w:r w:rsidRPr="006B435F">
              <w:rPr>
                <w:b/>
                <w:spacing w:val="11"/>
                <w:sz w:val="18"/>
                <w:szCs w:val="18"/>
              </w:rPr>
              <w:t xml:space="preserve"> </w:t>
            </w:r>
            <w:r w:rsidRPr="006B435F">
              <w:rPr>
                <w:b/>
                <w:spacing w:val="-2"/>
                <w:sz w:val="18"/>
                <w:szCs w:val="18"/>
              </w:rPr>
              <w:t>TEHNICĂ</w:t>
            </w:r>
          </w:p>
        </w:tc>
      </w:tr>
      <w:tr w:rsidR="00D8598E" w:rsidRPr="006B435F" w:rsidTr="006B435F">
        <w:trPr>
          <w:trHeight w:val="206"/>
        </w:trPr>
        <w:tc>
          <w:tcPr>
            <w:tcW w:w="10915" w:type="dxa"/>
            <w:gridSpan w:val="7"/>
          </w:tcPr>
          <w:p w:rsidR="00D8598E" w:rsidRPr="006B435F" w:rsidRDefault="00D8598E" w:rsidP="00D8598E">
            <w:pPr>
              <w:pStyle w:val="TableParagraph"/>
              <w:numPr>
                <w:ilvl w:val="0"/>
                <w:numId w:val="11"/>
              </w:numPr>
              <w:tabs>
                <w:tab w:val="left" w:pos="314"/>
              </w:tabs>
              <w:spacing w:before="6" w:line="180" w:lineRule="exact"/>
              <w:ind w:left="314" w:hanging="172"/>
              <w:rPr>
                <w:sz w:val="18"/>
                <w:szCs w:val="18"/>
              </w:rPr>
            </w:pPr>
            <w:r w:rsidRPr="006B435F">
              <w:rPr>
                <w:w w:val="105"/>
                <w:sz w:val="18"/>
                <w:szCs w:val="18"/>
              </w:rPr>
              <w:t>CC</w:t>
            </w:r>
            <w:r w:rsidRPr="006B435F">
              <w:rPr>
                <w:spacing w:val="-3"/>
                <w:w w:val="105"/>
                <w:sz w:val="18"/>
                <w:szCs w:val="18"/>
              </w:rPr>
              <w:t xml:space="preserve"> </w:t>
            </w:r>
            <w:r w:rsidRPr="006B435F">
              <w:rPr>
                <w:w w:val="105"/>
                <w:sz w:val="18"/>
                <w:szCs w:val="18"/>
              </w:rPr>
              <w:t>1</w:t>
            </w:r>
            <w:r w:rsidRPr="006B435F">
              <w:rPr>
                <w:spacing w:val="-3"/>
                <w:w w:val="105"/>
                <w:sz w:val="18"/>
                <w:szCs w:val="18"/>
              </w:rPr>
              <w:t xml:space="preserve"> </w:t>
            </w:r>
            <w:r w:rsidRPr="006B435F">
              <w:rPr>
                <w:w w:val="105"/>
                <w:sz w:val="18"/>
                <w:szCs w:val="18"/>
              </w:rPr>
              <w:t>/</w:t>
            </w:r>
            <w:r w:rsidRPr="006B435F">
              <w:rPr>
                <w:spacing w:val="-3"/>
                <w:w w:val="105"/>
                <w:sz w:val="18"/>
                <w:szCs w:val="18"/>
              </w:rPr>
              <w:t xml:space="preserve"> </w:t>
            </w:r>
            <w:r w:rsidRPr="006B435F">
              <w:rPr>
                <w:w w:val="105"/>
                <w:sz w:val="18"/>
                <w:szCs w:val="18"/>
              </w:rPr>
              <w:t>NVP</w:t>
            </w:r>
            <w:r w:rsidRPr="006B435F">
              <w:rPr>
                <w:spacing w:val="-3"/>
                <w:w w:val="105"/>
                <w:sz w:val="18"/>
                <w:szCs w:val="18"/>
              </w:rPr>
              <w:t xml:space="preserve"> </w:t>
            </w:r>
            <w:r w:rsidRPr="006B435F">
              <w:rPr>
                <w:w w:val="105"/>
                <w:sz w:val="18"/>
                <w:szCs w:val="18"/>
              </w:rPr>
              <w:t>1</w:t>
            </w:r>
            <w:r w:rsidRPr="006B435F">
              <w:rPr>
                <w:spacing w:val="53"/>
                <w:w w:val="105"/>
                <w:sz w:val="18"/>
                <w:szCs w:val="18"/>
              </w:rPr>
              <w:t xml:space="preserve">  </w:t>
            </w:r>
            <w:r w:rsidRPr="006B435F">
              <w:rPr>
                <w:rFonts w:ascii="Segoe UI Symbol" w:hAnsi="Segoe UI Symbol"/>
                <w:w w:val="105"/>
                <w:sz w:val="18"/>
                <w:szCs w:val="18"/>
              </w:rPr>
              <w:t>☐</w:t>
            </w:r>
            <w:r w:rsidRPr="006B435F">
              <w:rPr>
                <w:spacing w:val="-5"/>
                <w:w w:val="105"/>
                <w:sz w:val="18"/>
                <w:szCs w:val="18"/>
              </w:rPr>
              <w:t xml:space="preserve"> </w:t>
            </w:r>
            <w:r w:rsidRPr="006B435F">
              <w:rPr>
                <w:w w:val="105"/>
                <w:sz w:val="18"/>
                <w:szCs w:val="18"/>
              </w:rPr>
              <w:t>CC</w:t>
            </w:r>
            <w:r w:rsidRPr="006B435F">
              <w:rPr>
                <w:spacing w:val="-3"/>
                <w:w w:val="105"/>
                <w:sz w:val="18"/>
                <w:szCs w:val="18"/>
              </w:rPr>
              <w:t xml:space="preserve"> </w:t>
            </w:r>
            <w:r w:rsidRPr="006B435F">
              <w:rPr>
                <w:w w:val="105"/>
                <w:sz w:val="18"/>
                <w:szCs w:val="18"/>
              </w:rPr>
              <w:t>2</w:t>
            </w:r>
            <w:r w:rsidRPr="006B435F">
              <w:rPr>
                <w:spacing w:val="-3"/>
                <w:w w:val="105"/>
                <w:sz w:val="18"/>
                <w:szCs w:val="18"/>
              </w:rPr>
              <w:t xml:space="preserve"> </w:t>
            </w:r>
            <w:r w:rsidRPr="006B435F">
              <w:rPr>
                <w:w w:val="105"/>
                <w:sz w:val="18"/>
                <w:szCs w:val="18"/>
              </w:rPr>
              <w:t>/</w:t>
            </w:r>
            <w:r w:rsidRPr="006B435F">
              <w:rPr>
                <w:spacing w:val="-2"/>
                <w:w w:val="105"/>
                <w:sz w:val="18"/>
                <w:szCs w:val="18"/>
              </w:rPr>
              <w:t xml:space="preserve"> </w:t>
            </w:r>
            <w:r w:rsidRPr="006B435F">
              <w:rPr>
                <w:w w:val="105"/>
                <w:sz w:val="18"/>
                <w:szCs w:val="18"/>
              </w:rPr>
              <w:t>NVP</w:t>
            </w:r>
            <w:r w:rsidRPr="006B435F">
              <w:rPr>
                <w:spacing w:val="-2"/>
                <w:w w:val="105"/>
                <w:sz w:val="18"/>
                <w:szCs w:val="18"/>
              </w:rPr>
              <w:t xml:space="preserve"> </w:t>
            </w:r>
            <w:r w:rsidRPr="006B435F">
              <w:rPr>
                <w:w w:val="105"/>
                <w:sz w:val="18"/>
                <w:szCs w:val="18"/>
              </w:rPr>
              <w:t>2</w:t>
            </w:r>
            <w:r w:rsidRPr="006B435F">
              <w:rPr>
                <w:spacing w:val="53"/>
                <w:w w:val="105"/>
                <w:sz w:val="18"/>
                <w:szCs w:val="18"/>
              </w:rPr>
              <w:t xml:space="preserve">  </w:t>
            </w:r>
            <w:r w:rsidRPr="006B435F">
              <w:rPr>
                <w:rFonts w:ascii="Segoe UI Symbol" w:hAnsi="Segoe UI Symbol"/>
                <w:w w:val="105"/>
                <w:sz w:val="18"/>
                <w:szCs w:val="18"/>
              </w:rPr>
              <w:t>☐</w:t>
            </w:r>
            <w:r w:rsidRPr="006B435F">
              <w:rPr>
                <w:spacing w:val="-6"/>
                <w:w w:val="105"/>
                <w:sz w:val="18"/>
                <w:szCs w:val="18"/>
              </w:rPr>
              <w:t xml:space="preserve"> </w:t>
            </w:r>
            <w:r w:rsidRPr="006B435F">
              <w:rPr>
                <w:w w:val="105"/>
                <w:sz w:val="18"/>
                <w:szCs w:val="18"/>
              </w:rPr>
              <w:t>CC</w:t>
            </w:r>
            <w:r w:rsidRPr="006B435F">
              <w:rPr>
                <w:spacing w:val="-3"/>
                <w:w w:val="105"/>
                <w:sz w:val="18"/>
                <w:szCs w:val="18"/>
              </w:rPr>
              <w:t xml:space="preserve"> </w:t>
            </w:r>
            <w:r w:rsidRPr="006B435F">
              <w:rPr>
                <w:w w:val="105"/>
                <w:sz w:val="18"/>
                <w:szCs w:val="18"/>
              </w:rPr>
              <w:t>3</w:t>
            </w:r>
            <w:r w:rsidRPr="006B435F">
              <w:rPr>
                <w:spacing w:val="-3"/>
                <w:w w:val="105"/>
                <w:sz w:val="18"/>
                <w:szCs w:val="18"/>
              </w:rPr>
              <w:t xml:space="preserve"> </w:t>
            </w:r>
            <w:r w:rsidRPr="006B435F">
              <w:rPr>
                <w:w w:val="105"/>
                <w:sz w:val="18"/>
                <w:szCs w:val="18"/>
              </w:rPr>
              <w:t>/</w:t>
            </w:r>
            <w:r w:rsidRPr="006B435F">
              <w:rPr>
                <w:spacing w:val="-2"/>
                <w:w w:val="105"/>
                <w:sz w:val="18"/>
                <w:szCs w:val="18"/>
              </w:rPr>
              <w:t xml:space="preserve"> </w:t>
            </w:r>
            <w:r w:rsidRPr="006B435F">
              <w:rPr>
                <w:w w:val="105"/>
                <w:sz w:val="18"/>
                <w:szCs w:val="18"/>
              </w:rPr>
              <w:t>NVP</w:t>
            </w:r>
            <w:r w:rsidRPr="006B435F">
              <w:rPr>
                <w:spacing w:val="-3"/>
                <w:w w:val="105"/>
                <w:sz w:val="18"/>
                <w:szCs w:val="18"/>
              </w:rPr>
              <w:t xml:space="preserve"> </w:t>
            </w:r>
            <w:r w:rsidRPr="006B435F">
              <w:rPr>
                <w:w w:val="105"/>
                <w:sz w:val="18"/>
                <w:szCs w:val="18"/>
              </w:rPr>
              <w:t>3</w:t>
            </w:r>
            <w:r w:rsidRPr="006B435F">
              <w:rPr>
                <w:spacing w:val="53"/>
                <w:w w:val="105"/>
                <w:sz w:val="18"/>
                <w:szCs w:val="18"/>
              </w:rPr>
              <w:t xml:space="preserve">  </w:t>
            </w:r>
            <w:r w:rsidRPr="006B435F">
              <w:rPr>
                <w:rFonts w:ascii="Segoe UI Symbol" w:hAnsi="Segoe UI Symbol"/>
                <w:w w:val="105"/>
                <w:sz w:val="18"/>
                <w:szCs w:val="18"/>
              </w:rPr>
              <w:t>☐</w:t>
            </w:r>
            <w:r w:rsidRPr="006B435F">
              <w:rPr>
                <w:spacing w:val="-6"/>
                <w:w w:val="105"/>
                <w:sz w:val="18"/>
                <w:szCs w:val="18"/>
              </w:rPr>
              <w:t xml:space="preserve"> </w:t>
            </w:r>
            <w:r w:rsidRPr="006B435F">
              <w:rPr>
                <w:w w:val="105"/>
                <w:sz w:val="18"/>
                <w:szCs w:val="18"/>
              </w:rPr>
              <w:t>CC</w:t>
            </w:r>
            <w:r w:rsidRPr="006B435F">
              <w:rPr>
                <w:spacing w:val="-2"/>
                <w:w w:val="105"/>
                <w:sz w:val="18"/>
                <w:szCs w:val="18"/>
              </w:rPr>
              <w:t xml:space="preserve"> </w:t>
            </w:r>
            <w:r w:rsidRPr="006B435F">
              <w:rPr>
                <w:w w:val="105"/>
                <w:sz w:val="18"/>
                <w:szCs w:val="18"/>
              </w:rPr>
              <w:t>4</w:t>
            </w:r>
            <w:r w:rsidRPr="006B435F">
              <w:rPr>
                <w:spacing w:val="-2"/>
                <w:w w:val="105"/>
                <w:sz w:val="18"/>
                <w:szCs w:val="18"/>
              </w:rPr>
              <w:t xml:space="preserve"> </w:t>
            </w:r>
            <w:r w:rsidRPr="006B435F">
              <w:rPr>
                <w:w w:val="105"/>
                <w:sz w:val="18"/>
                <w:szCs w:val="18"/>
              </w:rPr>
              <w:t>/</w:t>
            </w:r>
            <w:r w:rsidRPr="006B435F">
              <w:rPr>
                <w:spacing w:val="-3"/>
                <w:w w:val="105"/>
                <w:sz w:val="18"/>
                <w:szCs w:val="18"/>
              </w:rPr>
              <w:t xml:space="preserve"> </w:t>
            </w:r>
            <w:r w:rsidRPr="006B435F">
              <w:rPr>
                <w:w w:val="105"/>
                <w:sz w:val="18"/>
                <w:szCs w:val="18"/>
              </w:rPr>
              <w:t>NVP</w:t>
            </w:r>
            <w:r w:rsidRPr="006B435F">
              <w:rPr>
                <w:spacing w:val="-3"/>
                <w:w w:val="105"/>
                <w:sz w:val="18"/>
                <w:szCs w:val="18"/>
              </w:rPr>
              <w:t xml:space="preserve"> </w:t>
            </w:r>
            <w:r w:rsidRPr="006B435F">
              <w:rPr>
                <w:spacing w:val="-10"/>
                <w:w w:val="105"/>
                <w:sz w:val="18"/>
                <w:szCs w:val="18"/>
              </w:rPr>
              <w:t>4</w:t>
            </w:r>
          </w:p>
        </w:tc>
      </w:tr>
      <w:tr w:rsidR="00D8598E" w:rsidRPr="006B435F" w:rsidTr="006B435F">
        <w:trPr>
          <w:trHeight w:val="494"/>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rezistență</w:t>
            </w:r>
            <w:r w:rsidRPr="006B435F">
              <w:rPr>
                <w:b/>
                <w:color w:val="0D5F78"/>
                <w:spacing w:val="-9"/>
                <w:w w:val="105"/>
                <w:sz w:val="18"/>
                <w:szCs w:val="18"/>
              </w:rPr>
              <w:t xml:space="preserve"> </w:t>
            </w:r>
            <w:r w:rsidRPr="006B435F">
              <w:rPr>
                <w:b/>
                <w:color w:val="0D5F78"/>
                <w:w w:val="105"/>
                <w:sz w:val="18"/>
                <w:szCs w:val="18"/>
              </w:rPr>
              <w:t>mecanică</w:t>
            </w:r>
            <w:r w:rsidRPr="006B435F">
              <w:rPr>
                <w:b/>
                <w:color w:val="0D5F78"/>
                <w:spacing w:val="-8"/>
                <w:w w:val="105"/>
                <w:sz w:val="18"/>
                <w:szCs w:val="18"/>
              </w:rPr>
              <w:t xml:space="preserve"> </w:t>
            </w:r>
            <w:r w:rsidRPr="006B435F">
              <w:rPr>
                <w:b/>
                <w:color w:val="0D5F78"/>
                <w:w w:val="105"/>
                <w:sz w:val="18"/>
                <w:szCs w:val="18"/>
              </w:rPr>
              <w:t>și</w:t>
            </w:r>
            <w:r w:rsidRPr="006B435F">
              <w:rPr>
                <w:b/>
                <w:color w:val="0D5F78"/>
                <w:spacing w:val="-8"/>
                <w:w w:val="105"/>
                <w:sz w:val="18"/>
                <w:szCs w:val="18"/>
              </w:rPr>
              <w:t xml:space="preserve"> </w:t>
            </w:r>
            <w:r w:rsidRPr="006B435F">
              <w:rPr>
                <w:b/>
                <w:color w:val="0D5F78"/>
                <w:w w:val="105"/>
                <w:sz w:val="18"/>
                <w:szCs w:val="18"/>
              </w:rPr>
              <w:t>stabilitate</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nume</w:t>
            </w:r>
            <w:r w:rsidRPr="006B435F">
              <w:rPr>
                <w:b/>
                <w:color w:val="0D5F78"/>
                <w:spacing w:val="-8"/>
                <w:w w:val="105"/>
                <w:sz w:val="18"/>
                <w:szCs w:val="18"/>
              </w:rPr>
              <w:t xml:space="preserve"> </w:t>
            </w:r>
            <w:r w:rsidRPr="006B435F">
              <w:rPr>
                <w:b/>
                <w:color w:val="0D5F78"/>
                <w:w w:val="105"/>
                <w:sz w:val="18"/>
                <w:szCs w:val="18"/>
              </w:rPr>
              <w:t>și</w:t>
            </w:r>
            <w:r w:rsidRPr="006B435F">
              <w:rPr>
                <w:b/>
                <w:color w:val="0D5F78"/>
                <w:spacing w:val="-9"/>
                <w:w w:val="105"/>
                <w:sz w:val="18"/>
                <w:szCs w:val="18"/>
              </w:rPr>
              <w:t xml:space="preserve"> </w:t>
            </w:r>
            <w:r w:rsidRPr="006B435F">
              <w:rPr>
                <w:b/>
                <w:color w:val="0D5F78"/>
                <w:w w:val="105"/>
                <w:sz w:val="18"/>
                <w:szCs w:val="18"/>
              </w:rPr>
              <w:t>prenume</w:t>
            </w:r>
            <w:r w:rsidRPr="006B435F">
              <w:rPr>
                <w:b/>
                <w:color w:val="0D5F78"/>
                <w:spacing w:val="-8"/>
                <w:w w:val="105"/>
                <w:sz w:val="18"/>
                <w:szCs w:val="18"/>
              </w:rPr>
              <w:t xml:space="preserve"> </w:t>
            </w:r>
            <w:r w:rsidRPr="006B435F">
              <w:rPr>
                <w:b/>
                <w:color w:val="0D5F78"/>
                <w:w w:val="105"/>
                <w:sz w:val="18"/>
                <w:szCs w:val="18"/>
              </w:rPr>
              <w:t>verificator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495"/>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securitate</w:t>
            </w:r>
            <w:r w:rsidRPr="006B435F">
              <w:rPr>
                <w:b/>
                <w:color w:val="0D5F78"/>
                <w:spacing w:val="-8"/>
                <w:w w:val="105"/>
                <w:sz w:val="18"/>
                <w:szCs w:val="18"/>
              </w:rPr>
              <w:t xml:space="preserve"> </w:t>
            </w:r>
            <w:r w:rsidRPr="006B435F">
              <w:rPr>
                <w:b/>
                <w:color w:val="0D5F78"/>
                <w:w w:val="105"/>
                <w:sz w:val="18"/>
                <w:szCs w:val="18"/>
              </w:rPr>
              <w:t>la</w:t>
            </w:r>
            <w:r w:rsidRPr="006B435F">
              <w:rPr>
                <w:b/>
                <w:color w:val="0D5F78"/>
                <w:spacing w:val="-7"/>
                <w:w w:val="105"/>
                <w:sz w:val="18"/>
                <w:szCs w:val="18"/>
              </w:rPr>
              <w:t xml:space="preserve"> </w:t>
            </w:r>
            <w:r w:rsidRPr="006B435F">
              <w:rPr>
                <w:b/>
                <w:color w:val="0D5F78"/>
                <w:w w:val="105"/>
                <w:sz w:val="18"/>
                <w:szCs w:val="18"/>
              </w:rPr>
              <w:t>incendiu</w:t>
            </w:r>
            <w:r w:rsidRPr="006B435F">
              <w:rPr>
                <w:b/>
                <w:color w:val="0D5F78"/>
                <w:spacing w:val="-7"/>
                <w:w w:val="105"/>
                <w:sz w:val="18"/>
                <w:szCs w:val="18"/>
              </w:rPr>
              <w:t xml:space="preserve"> </w:t>
            </w:r>
            <w:r w:rsidRPr="006B435F">
              <w:rPr>
                <w:b/>
                <w:color w:val="0D5F78"/>
                <w:w w:val="105"/>
                <w:sz w:val="18"/>
                <w:szCs w:val="18"/>
              </w:rPr>
              <w:t>—</w:t>
            </w:r>
            <w:r w:rsidRPr="006B435F">
              <w:rPr>
                <w:b/>
                <w:color w:val="0D5F78"/>
                <w:spacing w:val="-7"/>
                <w:w w:val="105"/>
                <w:sz w:val="18"/>
                <w:szCs w:val="18"/>
              </w:rPr>
              <w:t xml:space="preserve"> </w:t>
            </w:r>
            <w:r w:rsidRPr="006B435F">
              <w:rPr>
                <w:b/>
                <w:color w:val="0D5F78"/>
                <w:w w:val="105"/>
                <w:sz w:val="18"/>
                <w:szCs w:val="18"/>
              </w:rPr>
              <w:t>nume</w:t>
            </w:r>
            <w:r w:rsidRPr="006B435F">
              <w:rPr>
                <w:b/>
                <w:color w:val="0D5F78"/>
                <w:spacing w:val="-7"/>
                <w:w w:val="105"/>
                <w:sz w:val="18"/>
                <w:szCs w:val="18"/>
              </w:rPr>
              <w:t xml:space="preserve"> </w:t>
            </w:r>
            <w:r w:rsidRPr="006B435F">
              <w:rPr>
                <w:b/>
                <w:color w:val="0D5F78"/>
                <w:w w:val="105"/>
                <w:sz w:val="18"/>
                <w:szCs w:val="18"/>
              </w:rPr>
              <w:t>și</w:t>
            </w:r>
            <w:r w:rsidRPr="006B435F">
              <w:rPr>
                <w:b/>
                <w:color w:val="0D5F78"/>
                <w:spacing w:val="-8"/>
                <w:w w:val="105"/>
                <w:sz w:val="18"/>
                <w:szCs w:val="18"/>
              </w:rPr>
              <w:t xml:space="preserve"> </w:t>
            </w:r>
            <w:r w:rsidRPr="006B435F">
              <w:rPr>
                <w:b/>
                <w:color w:val="0D5F78"/>
                <w:w w:val="105"/>
                <w:sz w:val="18"/>
                <w:szCs w:val="18"/>
              </w:rPr>
              <w:t>prenume</w:t>
            </w:r>
            <w:r w:rsidRPr="006B435F">
              <w:rPr>
                <w:b/>
                <w:color w:val="0D5F78"/>
                <w:spacing w:val="-8"/>
                <w:w w:val="105"/>
                <w:sz w:val="18"/>
                <w:szCs w:val="18"/>
              </w:rPr>
              <w:t xml:space="preserve"> </w:t>
            </w:r>
            <w:r w:rsidRPr="006B435F">
              <w:rPr>
                <w:b/>
                <w:color w:val="0D5F78"/>
                <w:w w:val="105"/>
                <w:sz w:val="18"/>
                <w:szCs w:val="18"/>
              </w:rPr>
              <w:t>verificator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nr.</w:t>
            </w:r>
            <w:r w:rsidRPr="006B435F">
              <w:rPr>
                <w:b/>
                <w:color w:val="0D5F78"/>
                <w:spacing w:val="-7"/>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494"/>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igienă,</w:t>
            </w:r>
            <w:r w:rsidRPr="006B435F">
              <w:rPr>
                <w:b/>
                <w:color w:val="0D5F78"/>
                <w:spacing w:val="-8"/>
                <w:w w:val="105"/>
                <w:sz w:val="18"/>
                <w:szCs w:val="18"/>
              </w:rPr>
              <w:t xml:space="preserve"> </w:t>
            </w:r>
            <w:r w:rsidRPr="006B435F">
              <w:rPr>
                <w:b/>
                <w:color w:val="0D5F78"/>
                <w:w w:val="105"/>
                <w:sz w:val="18"/>
                <w:szCs w:val="18"/>
              </w:rPr>
              <w:t>sănătate</w:t>
            </w:r>
            <w:r w:rsidRPr="006B435F">
              <w:rPr>
                <w:b/>
                <w:color w:val="0D5F78"/>
                <w:spacing w:val="-8"/>
                <w:w w:val="105"/>
                <w:sz w:val="18"/>
                <w:szCs w:val="18"/>
              </w:rPr>
              <w:t xml:space="preserve"> </w:t>
            </w:r>
            <w:r w:rsidRPr="006B435F">
              <w:rPr>
                <w:b/>
                <w:color w:val="0D5F78"/>
                <w:w w:val="105"/>
                <w:sz w:val="18"/>
                <w:szCs w:val="18"/>
              </w:rPr>
              <w:t>și</w:t>
            </w:r>
            <w:r w:rsidRPr="006B435F">
              <w:rPr>
                <w:b/>
                <w:color w:val="0D5F78"/>
                <w:spacing w:val="-9"/>
                <w:w w:val="105"/>
                <w:sz w:val="18"/>
                <w:szCs w:val="18"/>
              </w:rPr>
              <w:t xml:space="preserve"> </w:t>
            </w:r>
            <w:r w:rsidRPr="006B435F">
              <w:rPr>
                <w:b/>
                <w:color w:val="0D5F78"/>
                <w:w w:val="105"/>
                <w:sz w:val="18"/>
                <w:szCs w:val="18"/>
              </w:rPr>
              <w:t>mediu</w:t>
            </w:r>
            <w:r w:rsidRPr="006B435F">
              <w:rPr>
                <w:b/>
                <w:color w:val="0D5F78"/>
                <w:spacing w:val="-8"/>
                <w:w w:val="105"/>
                <w:sz w:val="18"/>
                <w:szCs w:val="18"/>
              </w:rPr>
              <w:t xml:space="preserve"> </w:t>
            </w:r>
            <w:r w:rsidRPr="006B435F">
              <w:rPr>
                <w:b/>
                <w:color w:val="0D5F78"/>
                <w:w w:val="105"/>
                <w:sz w:val="18"/>
                <w:szCs w:val="18"/>
              </w:rPr>
              <w:t>înconjurător</w:t>
            </w:r>
            <w:r w:rsidRPr="006B435F">
              <w:rPr>
                <w:b/>
                <w:color w:val="0D5F78"/>
                <w:spacing w:val="-7"/>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nume</w:t>
            </w:r>
            <w:r w:rsidRPr="006B435F">
              <w:rPr>
                <w:b/>
                <w:color w:val="0D5F78"/>
                <w:spacing w:val="-9"/>
                <w:w w:val="105"/>
                <w:sz w:val="18"/>
                <w:szCs w:val="18"/>
              </w:rPr>
              <w:t xml:space="preserve"> </w:t>
            </w:r>
            <w:r w:rsidRPr="006B435F">
              <w:rPr>
                <w:b/>
                <w:color w:val="0D5F78"/>
                <w:w w:val="105"/>
                <w:sz w:val="18"/>
                <w:szCs w:val="18"/>
              </w:rPr>
              <w:t>și</w:t>
            </w:r>
            <w:r w:rsidRPr="006B435F">
              <w:rPr>
                <w:b/>
                <w:color w:val="0D5F78"/>
                <w:spacing w:val="-7"/>
                <w:w w:val="105"/>
                <w:sz w:val="18"/>
                <w:szCs w:val="18"/>
              </w:rPr>
              <w:t xml:space="preserve"> </w:t>
            </w:r>
            <w:r w:rsidRPr="006B435F">
              <w:rPr>
                <w:b/>
                <w:color w:val="0D5F78"/>
                <w:w w:val="105"/>
                <w:sz w:val="18"/>
                <w:szCs w:val="18"/>
              </w:rPr>
              <w:t>prenume</w:t>
            </w:r>
            <w:r w:rsidRPr="006B435F">
              <w:rPr>
                <w:b/>
                <w:color w:val="0D5F78"/>
                <w:spacing w:val="-8"/>
                <w:w w:val="105"/>
                <w:sz w:val="18"/>
                <w:szCs w:val="18"/>
              </w:rPr>
              <w:t xml:space="preserve"> </w:t>
            </w:r>
            <w:r w:rsidRPr="006B435F">
              <w:rPr>
                <w:b/>
                <w:color w:val="0D5F78"/>
                <w:w w:val="105"/>
                <w:sz w:val="18"/>
                <w:szCs w:val="18"/>
              </w:rPr>
              <w:t>verificator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9"/>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494"/>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siguranță</w:t>
            </w:r>
            <w:r w:rsidRPr="006B435F">
              <w:rPr>
                <w:b/>
                <w:color w:val="0D5F78"/>
                <w:spacing w:val="-9"/>
                <w:w w:val="105"/>
                <w:sz w:val="18"/>
                <w:szCs w:val="18"/>
              </w:rPr>
              <w:t xml:space="preserve"> </w:t>
            </w:r>
            <w:r w:rsidRPr="006B435F">
              <w:rPr>
                <w:b/>
                <w:color w:val="0D5F78"/>
                <w:w w:val="105"/>
                <w:sz w:val="18"/>
                <w:szCs w:val="18"/>
              </w:rPr>
              <w:t>și</w:t>
            </w:r>
            <w:r w:rsidRPr="006B435F">
              <w:rPr>
                <w:b/>
                <w:color w:val="0D5F78"/>
                <w:spacing w:val="-8"/>
                <w:w w:val="105"/>
                <w:sz w:val="18"/>
                <w:szCs w:val="18"/>
              </w:rPr>
              <w:t xml:space="preserve"> </w:t>
            </w:r>
            <w:r w:rsidRPr="006B435F">
              <w:rPr>
                <w:b/>
                <w:color w:val="0D5F78"/>
                <w:w w:val="105"/>
                <w:sz w:val="18"/>
                <w:szCs w:val="18"/>
              </w:rPr>
              <w:t>accesibilitate</w:t>
            </w:r>
            <w:r w:rsidRPr="006B435F">
              <w:rPr>
                <w:b/>
                <w:color w:val="0D5F78"/>
                <w:spacing w:val="-9"/>
                <w:w w:val="105"/>
                <w:sz w:val="18"/>
                <w:szCs w:val="18"/>
              </w:rPr>
              <w:t xml:space="preserve"> </w:t>
            </w:r>
            <w:r w:rsidRPr="006B435F">
              <w:rPr>
                <w:b/>
                <w:color w:val="0D5F78"/>
                <w:w w:val="105"/>
                <w:sz w:val="18"/>
                <w:szCs w:val="18"/>
              </w:rPr>
              <w:t>în</w:t>
            </w:r>
            <w:r w:rsidRPr="006B435F">
              <w:rPr>
                <w:b/>
                <w:color w:val="0D5F78"/>
                <w:spacing w:val="-8"/>
                <w:w w:val="105"/>
                <w:sz w:val="18"/>
                <w:szCs w:val="18"/>
              </w:rPr>
              <w:t xml:space="preserve"> </w:t>
            </w:r>
            <w:r w:rsidRPr="006B435F">
              <w:rPr>
                <w:b/>
                <w:color w:val="0D5F78"/>
                <w:w w:val="105"/>
                <w:sz w:val="18"/>
                <w:szCs w:val="18"/>
              </w:rPr>
              <w:t>exploatare</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nume</w:t>
            </w:r>
            <w:r w:rsidRPr="006B435F">
              <w:rPr>
                <w:b/>
                <w:color w:val="0D5F78"/>
                <w:spacing w:val="-8"/>
                <w:w w:val="105"/>
                <w:sz w:val="18"/>
                <w:szCs w:val="18"/>
              </w:rPr>
              <w:t xml:space="preserve"> </w:t>
            </w:r>
            <w:r w:rsidRPr="006B435F">
              <w:rPr>
                <w:b/>
                <w:color w:val="0D5F78"/>
                <w:w w:val="105"/>
                <w:sz w:val="18"/>
                <w:szCs w:val="18"/>
              </w:rPr>
              <w:t>și</w:t>
            </w:r>
            <w:r w:rsidRPr="006B435F">
              <w:rPr>
                <w:b/>
                <w:color w:val="0D5F78"/>
                <w:spacing w:val="-9"/>
                <w:w w:val="105"/>
                <w:sz w:val="18"/>
                <w:szCs w:val="18"/>
              </w:rPr>
              <w:t xml:space="preserve"> </w:t>
            </w:r>
            <w:r w:rsidRPr="006B435F">
              <w:rPr>
                <w:b/>
                <w:color w:val="0D5F78"/>
                <w:w w:val="105"/>
                <w:sz w:val="18"/>
                <w:szCs w:val="18"/>
              </w:rPr>
              <w:t>prenume</w:t>
            </w:r>
            <w:r w:rsidRPr="006B435F">
              <w:rPr>
                <w:b/>
                <w:color w:val="0D5F78"/>
                <w:spacing w:val="-8"/>
                <w:w w:val="105"/>
                <w:sz w:val="18"/>
                <w:szCs w:val="18"/>
              </w:rPr>
              <w:t xml:space="preserve"> </w:t>
            </w:r>
            <w:r w:rsidRPr="006B435F">
              <w:rPr>
                <w:b/>
                <w:color w:val="0D5F78"/>
                <w:w w:val="105"/>
                <w:sz w:val="18"/>
                <w:szCs w:val="18"/>
              </w:rPr>
              <w:t>verificator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495"/>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protecție</w:t>
            </w:r>
            <w:r w:rsidRPr="006B435F">
              <w:rPr>
                <w:b/>
                <w:color w:val="0D5F78"/>
                <w:spacing w:val="-10"/>
                <w:w w:val="105"/>
                <w:sz w:val="18"/>
                <w:szCs w:val="18"/>
              </w:rPr>
              <w:t xml:space="preserve"> </w:t>
            </w:r>
            <w:r w:rsidRPr="006B435F">
              <w:rPr>
                <w:b/>
                <w:color w:val="0D5F78"/>
                <w:w w:val="105"/>
                <w:sz w:val="18"/>
                <w:szCs w:val="18"/>
              </w:rPr>
              <w:t>împotriva</w:t>
            </w:r>
            <w:r w:rsidRPr="006B435F">
              <w:rPr>
                <w:b/>
                <w:color w:val="0D5F78"/>
                <w:spacing w:val="-9"/>
                <w:w w:val="105"/>
                <w:sz w:val="18"/>
                <w:szCs w:val="18"/>
              </w:rPr>
              <w:t xml:space="preserve"> </w:t>
            </w:r>
            <w:r w:rsidRPr="006B435F">
              <w:rPr>
                <w:b/>
                <w:color w:val="0D5F78"/>
                <w:w w:val="105"/>
                <w:sz w:val="18"/>
                <w:szCs w:val="18"/>
              </w:rPr>
              <w:t>zgomotului</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nume</w:t>
            </w:r>
            <w:r w:rsidRPr="006B435F">
              <w:rPr>
                <w:b/>
                <w:color w:val="0D5F78"/>
                <w:spacing w:val="-8"/>
                <w:w w:val="105"/>
                <w:sz w:val="18"/>
                <w:szCs w:val="18"/>
              </w:rPr>
              <w:t xml:space="preserve"> </w:t>
            </w:r>
            <w:r w:rsidRPr="006B435F">
              <w:rPr>
                <w:b/>
                <w:color w:val="0D5F78"/>
                <w:w w:val="105"/>
                <w:sz w:val="18"/>
                <w:szCs w:val="18"/>
              </w:rPr>
              <w:t>și</w:t>
            </w:r>
            <w:r w:rsidRPr="006B435F">
              <w:rPr>
                <w:b/>
                <w:color w:val="0D5F78"/>
                <w:spacing w:val="-9"/>
                <w:w w:val="105"/>
                <w:sz w:val="18"/>
                <w:szCs w:val="18"/>
              </w:rPr>
              <w:t xml:space="preserve"> </w:t>
            </w:r>
            <w:r w:rsidRPr="006B435F">
              <w:rPr>
                <w:b/>
                <w:color w:val="0D5F78"/>
                <w:w w:val="105"/>
                <w:sz w:val="18"/>
                <w:szCs w:val="18"/>
              </w:rPr>
              <w:t>prenume</w:t>
            </w:r>
            <w:r w:rsidRPr="006B435F">
              <w:rPr>
                <w:b/>
                <w:color w:val="0D5F78"/>
                <w:spacing w:val="-9"/>
                <w:w w:val="105"/>
                <w:sz w:val="18"/>
                <w:szCs w:val="18"/>
              </w:rPr>
              <w:t xml:space="preserve"> </w:t>
            </w:r>
            <w:r w:rsidRPr="006B435F">
              <w:rPr>
                <w:b/>
                <w:color w:val="0D5F78"/>
                <w:w w:val="105"/>
                <w:sz w:val="18"/>
                <w:szCs w:val="18"/>
              </w:rPr>
              <w:t>verificator</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9"/>
                <w:w w:val="105"/>
                <w:sz w:val="18"/>
                <w:szCs w:val="18"/>
              </w:rPr>
              <w:t xml:space="preserve"> </w:t>
            </w:r>
            <w:r w:rsidRPr="006B435F">
              <w:rPr>
                <w:b/>
                <w:color w:val="0D5F78"/>
                <w:w w:val="105"/>
                <w:sz w:val="18"/>
                <w:szCs w:val="18"/>
              </w:rPr>
              <w:t>nr.</w:t>
            </w:r>
            <w:r w:rsidRPr="006B435F">
              <w:rPr>
                <w:b/>
                <w:color w:val="0D5F78"/>
                <w:spacing w:val="-9"/>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493"/>
        </w:trPr>
        <w:tc>
          <w:tcPr>
            <w:tcW w:w="6625" w:type="dxa"/>
            <w:gridSpan w:val="4"/>
          </w:tcPr>
          <w:p w:rsidR="00D8598E" w:rsidRPr="006B435F" w:rsidRDefault="00D8598E" w:rsidP="006B435F">
            <w:pPr>
              <w:pStyle w:val="TableParagraph"/>
              <w:rPr>
                <w:b/>
                <w:sz w:val="18"/>
                <w:szCs w:val="18"/>
              </w:rPr>
            </w:pPr>
            <w:r w:rsidRPr="006B435F">
              <w:rPr>
                <w:b/>
                <w:color w:val="0D5F78"/>
                <w:w w:val="105"/>
                <w:sz w:val="18"/>
                <w:szCs w:val="18"/>
              </w:rPr>
              <w:t>economie</w:t>
            </w:r>
            <w:r w:rsidRPr="006B435F">
              <w:rPr>
                <w:b/>
                <w:color w:val="0D5F78"/>
                <w:spacing w:val="-8"/>
                <w:w w:val="105"/>
                <w:sz w:val="18"/>
                <w:szCs w:val="18"/>
              </w:rPr>
              <w:t xml:space="preserve"> </w:t>
            </w:r>
            <w:r w:rsidRPr="006B435F">
              <w:rPr>
                <w:b/>
                <w:color w:val="0D5F78"/>
                <w:w w:val="105"/>
                <w:sz w:val="18"/>
                <w:szCs w:val="18"/>
              </w:rPr>
              <w:t>de</w:t>
            </w:r>
            <w:r w:rsidRPr="006B435F">
              <w:rPr>
                <w:b/>
                <w:color w:val="0D5F78"/>
                <w:spacing w:val="-7"/>
                <w:w w:val="105"/>
                <w:sz w:val="18"/>
                <w:szCs w:val="18"/>
              </w:rPr>
              <w:t xml:space="preserve"> </w:t>
            </w:r>
            <w:r w:rsidRPr="006B435F">
              <w:rPr>
                <w:b/>
                <w:color w:val="0D5F78"/>
                <w:w w:val="105"/>
                <w:sz w:val="18"/>
                <w:szCs w:val="18"/>
              </w:rPr>
              <w:t>energie</w:t>
            </w:r>
            <w:r w:rsidRPr="006B435F">
              <w:rPr>
                <w:b/>
                <w:color w:val="0D5F78"/>
                <w:spacing w:val="-7"/>
                <w:w w:val="105"/>
                <w:sz w:val="18"/>
                <w:szCs w:val="18"/>
              </w:rPr>
              <w:t xml:space="preserve"> </w:t>
            </w:r>
            <w:r w:rsidRPr="006B435F">
              <w:rPr>
                <w:b/>
                <w:color w:val="0D5F78"/>
                <w:w w:val="105"/>
                <w:sz w:val="18"/>
                <w:szCs w:val="18"/>
              </w:rPr>
              <w:t>și</w:t>
            </w:r>
            <w:r w:rsidRPr="006B435F">
              <w:rPr>
                <w:b/>
                <w:color w:val="0D5F78"/>
                <w:spacing w:val="-7"/>
                <w:w w:val="105"/>
                <w:sz w:val="18"/>
                <w:szCs w:val="18"/>
              </w:rPr>
              <w:t xml:space="preserve"> </w:t>
            </w:r>
            <w:r w:rsidRPr="006B435F">
              <w:rPr>
                <w:b/>
                <w:color w:val="0D5F78"/>
                <w:w w:val="105"/>
                <w:sz w:val="18"/>
                <w:szCs w:val="18"/>
              </w:rPr>
              <w:t>izolare</w:t>
            </w:r>
            <w:r w:rsidRPr="006B435F">
              <w:rPr>
                <w:b/>
                <w:color w:val="0D5F78"/>
                <w:spacing w:val="-7"/>
                <w:w w:val="105"/>
                <w:sz w:val="18"/>
                <w:szCs w:val="18"/>
              </w:rPr>
              <w:t xml:space="preserve"> </w:t>
            </w:r>
            <w:r w:rsidRPr="006B435F">
              <w:rPr>
                <w:b/>
                <w:color w:val="0D5F78"/>
                <w:w w:val="105"/>
                <w:sz w:val="18"/>
                <w:szCs w:val="18"/>
              </w:rPr>
              <w:t>termică</w:t>
            </w:r>
            <w:r w:rsidRPr="006B435F">
              <w:rPr>
                <w:b/>
                <w:color w:val="0D5F78"/>
                <w:spacing w:val="-9"/>
                <w:w w:val="105"/>
                <w:sz w:val="18"/>
                <w:szCs w:val="18"/>
              </w:rPr>
              <w:t xml:space="preserve"> </w:t>
            </w:r>
            <w:r w:rsidRPr="006B435F">
              <w:rPr>
                <w:b/>
                <w:color w:val="0D5F78"/>
                <w:w w:val="105"/>
                <w:sz w:val="18"/>
                <w:szCs w:val="18"/>
              </w:rPr>
              <w:t>—</w:t>
            </w:r>
            <w:r w:rsidRPr="006B435F">
              <w:rPr>
                <w:b/>
                <w:color w:val="0D5F78"/>
                <w:spacing w:val="-7"/>
                <w:w w:val="105"/>
                <w:sz w:val="18"/>
                <w:szCs w:val="18"/>
              </w:rPr>
              <w:t xml:space="preserve"> </w:t>
            </w:r>
            <w:r w:rsidRPr="006B435F">
              <w:rPr>
                <w:b/>
                <w:color w:val="0D5F78"/>
                <w:w w:val="105"/>
                <w:sz w:val="18"/>
                <w:szCs w:val="18"/>
              </w:rPr>
              <w:t>nume</w:t>
            </w:r>
            <w:r w:rsidRPr="006B435F">
              <w:rPr>
                <w:b/>
                <w:color w:val="0D5F78"/>
                <w:spacing w:val="-7"/>
                <w:w w:val="105"/>
                <w:sz w:val="18"/>
                <w:szCs w:val="18"/>
              </w:rPr>
              <w:t xml:space="preserve"> </w:t>
            </w:r>
            <w:r w:rsidRPr="006B435F">
              <w:rPr>
                <w:b/>
                <w:color w:val="0D5F78"/>
                <w:w w:val="105"/>
                <w:sz w:val="18"/>
                <w:szCs w:val="18"/>
              </w:rPr>
              <w:t>și</w:t>
            </w:r>
            <w:r w:rsidRPr="006B435F">
              <w:rPr>
                <w:b/>
                <w:color w:val="0D5F78"/>
                <w:spacing w:val="-8"/>
                <w:w w:val="105"/>
                <w:sz w:val="18"/>
                <w:szCs w:val="18"/>
              </w:rPr>
              <w:t xml:space="preserve"> </w:t>
            </w:r>
            <w:r w:rsidRPr="006B435F">
              <w:rPr>
                <w:b/>
                <w:color w:val="0D5F78"/>
                <w:w w:val="105"/>
                <w:sz w:val="18"/>
                <w:szCs w:val="18"/>
              </w:rPr>
              <w:t>prenume</w:t>
            </w:r>
            <w:r w:rsidRPr="006B435F">
              <w:rPr>
                <w:b/>
                <w:color w:val="0D5F78"/>
                <w:spacing w:val="-7"/>
                <w:w w:val="105"/>
                <w:sz w:val="18"/>
                <w:szCs w:val="18"/>
              </w:rPr>
              <w:t xml:space="preserve"> </w:t>
            </w:r>
            <w:r w:rsidRPr="006B435F">
              <w:rPr>
                <w:b/>
                <w:color w:val="0D5F78"/>
                <w:w w:val="105"/>
                <w:sz w:val="18"/>
                <w:szCs w:val="18"/>
              </w:rPr>
              <w:t>verificator</w:t>
            </w:r>
            <w:r w:rsidRPr="006B435F">
              <w:rPr>
                <w:b/>
                <w:color w:val="0D5F78"/>
                <w:spacing w:val="-7"/>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7"/>
                <w:w w:val="105"/>
                <w:sz w:val="18"/>
                <w:szCs w:val="18"/>
              </w:rPr>
              <w:t xml:space="preserve"> </w:t>
            </w:r>
            <w:r w:rsidRPr="006B435F">
              <w:rPr>
                <w:b/>
                <w:color w:val="0D5F78"/>
                <w:spacing w:val="-2"/>
                <w:w w:val="105"/>
                <w:sz w:val="18"/>
                <w:szCs w:val="18"/>
              </w:rPr>
              <w:t>atestat</w:t>
            </w:r>
          </w:p>
        </w:tc>
        <w:tc>
          <w:tcPr>
            <w:tcW w:w="4290" w:type="dxa"/>
            <w:gridSpan w:val="3"/>
          </w:tcPr>
          <w:p w:rsidR="00D8598E" w:rsidRPr="006B435F" w:rsidRDefault="00D8598E" w:rsidP="006B435F">
            <w:pPr>
              <w:pStyle w:val="TableParagraph"/>
              <w:rPr>
                <w:b/>
                <w:sz w:val="18"/>
                <w:szCs w:val="18"/>
              </w:rPr>
            </w:pPr>
            <w:r w:rsidRPr="006B435F">
              <w:rPr>
                <w:b/>
                <w:color w:val="0D5F78"/>
                <w:w w:val="105"/>
                <w:sz w:val="18"/>
                <w:szCs w:val="18"/>
              </w:rPr>
              <w:t>Referat</w:t>
            </w:r>
            <w:r w:rsidRPr="006B435F">
              <w:rPr>
                <w:b/>
                <w:color w:val="0D5F78"/>
                <w:spacing w:val="-8"/>
                <w:w w:val="105"/>
                <w:sz w:val="18"/>
                <w:szCs w:val="18"/>
              </w:rPr>
              <w:t xml:space="preserve"> </w:t>
            </w:r>
            <w:r w:rsidRPr="006B435F">
              <w:rPr>
                <w:b/>
                <w:color w:val="0D5F78"/>
                <w:w w:val="105"/>
                <w:sz w:val="18"/>
                <w:szCs w:val="18"/>
              </w:rPr>
              <w:t>nr.</w:t>
            </w:r>
            <w:r w:rsidRPr="006B435F">
              <w:rPr>
                <w:b/>
                <w:color w:val="0D5F78"/>
                <w:spacing w:val="-8"/>
                <w:w w:val="105"/>
                <w:sz w:val="18"/>
                <w:szCs w:val="18"/>
              </w:rPr>
              <w:t xml:space="preserve"> </w:t>
            </w:r>
            <w:r w:rsidRPr="006B435F">
              <w:rPr>
                <w:b/>
                <w:color w:val="0D5F78"/>
                <w:w w:val="105"/>
                <w:sz w:val="18"/>
                <w:szCs w:val="18"/>
              </w:rPr>
              <w:t>/</w:t>
            </w:r>
            <w:r w:rsidRPr="006B435F">
              <w:rPr>
                <w:b/>
                <w:color w:val="0D5F78"/>
                <w:spacing w:val="-8"/>
                <w:w w:val="105"/>
                <w:sz w:val="18"/>
                <w:szCs w:val="18"/>
              </w:rPr>
              <w:t xml:space="preserve"> </w:t>
            </w:r>
            <w:r w:rsidRPr="006B435F">
              <w:rPr>
                <w:b/>
                <w:color w:val="0D5F78"/>
                <w:spacing w:val="-4"/>
                <w:w w:val="105"/>
                <w:sz w:val="18"/>
                <w:szCs w:val="18"/>
              </w:rPr>
              <w:t>data</w:t>
            </w:r>
          </w:p>
        </w:tc>
      </w:tr>
      <w:tr w:rsidR="00D8598E" w:rsidRPr="006B435F" w:rsidTr="006B435F">
        <w:trPr>
          <w:trHeight w:val="200"/>
        </w:trPr>
        <w:tc>
          <w:tcPr>
            <w:tcW w:w="10915" w:type="dxa"/>
            <w:gridSpan w:val="7"/>
            <w:shd w:val="clear" w:color="auto" w:fill="F4F4F4"/>
          </w:tcPr>
          <w:p w:rsidR="00D8598E" w:rsidRPr="006B435F" w:rsidRDefault="00D8598E" w:rsidP="006B435F">
            <w:pPr>
              <w:pStyle w:val="TableParagraph"/>
              <w:spacing w:before="4" w:line="177" w:lineRule="exact"/>
              <w:ind w:left="142"/>
              <w:rPr>
                <w:b/>
                <w:sz w:val="18"/>
                <w:szCs w:val="18"/>
              </w:rPr>
            </w:pPr>
            <w:r w:rsidRPr="006B435F">
              <w:rPr>
                <w:b/>
                <w:sz w:val="18"/>
                <w:szCs w:val="18"/>
              </w:rPr>
              <w:t>9.</w:t>
            </w:r>
            <w:r w:rsidRPr="006B435F">
              <w:rPr>
                <w:b/>
                <w:spacing w:val="4"/>
                <w:sz w:val="18"/>
                <w:szCs w:val="18"/>
              </w:rPr>
              <w:t xml:space="preserve"> </w:t>
            </w:r>
            <w:r w:rsidRPr="006B435F">
              <w:rPr>
                <w:b/>
                <w:sz w:val="18"/>
                <w:szCs w:val="18"/>
              </w:rPr>
              <w:t>VALORI</w:t>
            </w:r>
            <w:r w:rsidRPr="006B435F">
              <w:rPr>
                <w:b/>
                <w:spacing w:val="6"/>
                <w:sz w:val="18"/>
                <w:szCs w:val="18"/>
              </w:rPr>
              <w:t xml:space="preserve"> </w:t>
            </w:r>
            <w:r w:rsidRPr="006B435F">
              <w:rPr>
                <w:b/>
                <w:sz w:val="18"/>
                <w:szCs w:val="18"/>
              </w:rPr>
              <w:t>ȘI</w:t>
            </w:r>
            <w:r w:rsidRPr="006B435F">
              <w:rPr>
                <w:b/>
                <w:spacing w:val="6"/>
                <w:sz w:val="18"/>
                <w:szCs w:val="18"/>
              </w:rPr>
              <w:t xml:space="preserve"> </w:t>
            </w:r>
            <w:r w:rsidRPr="006B435F">
              <w:rPr>
                <w:b/>
                <w:spacing w:val="-2"/>
                <w:sz w:val="18"/>
                <w:szCs w:val="18"/>
              </w:rPr>
              <w:t>DURATĂ</w:t>
            </w:r>
          </w:p>
        </w:tc>
      </w:tr>
      <w:tr w:rsidR="00D8598E" w:rsidRPr="006B435F" w:rsidTr="006B435F">
        <w:trPr>
          <w:trHeight w:val="494"/>
        </w:trPr>
        <w:tc>
          <w:tcPr>
            <w:tcW w:w="5067" w:type="dxa"/>
            <w:gridSpan w:val="3"/>
          </w:tcPr>
          <w:p w:rsidR="00D8598E" w:rsidRPr="006B435F" w:rsidRDefault="00D8598E" w:rsidP="006B435F">
            <w:pPr>
              <w:pStyle w:val="TableParagraph"/>
              <w:rPr>
                <w:b/>
                <w:sz w:val="18"/>
                <w:szCs w:val="18"/>
              </w:rPr>
            </w:pPr>
            <w:r w:rsidRPr="006B435F">
              <w:rPr>
                <w:b/>
                <w:color w:val="0D5F78"/>
                <w:sz w:val="18"/>
                <w:szCs w:val="18"/>
              </w:rPr>
              <w:t>Valoarea</w:t>
            </w:r>
            <w:r w:rsidRPr="006B435F">
              <w:rPr>
                <w:b/>
                <w:color w:val="0D5F78"/>
                <w:spacing w:val="14"/>
                <w:sz w:val="18"/>
                <w:szCs w:val="18"/>
              </w:rPr>
              <w:t xml:space="preserve"> </w:t>
            </w:r>
            <w:r w:rsidRPr="006B435F">
              <w:rPr>
                <w:b/>
                <w:color w:val="0D5F78"/>
                <w:sz w:val="18"/>
                <w:szCs w:val="18"/>
              </w:rPr>
              <w:t>lucrărilor</w:t>
            </w:r>
            <w:r w:rsidRPr="006B435F">
              <w:rPr>
                <w:b/>
                <w:color w:val="0D5F78"/>
                <w:spacing w:val="14"/>
                <w:sz w:val="18"/>
                <w:szCs w:val="18"/>
              </w:rPr>
              <w:t xml:space="preserve"> </w:t>
            </w:r>
            <w:r w:rsidRPr="006B435F">
              <w:rPr>
                <w:b/>
                <w:color w:val="0D5F78"/>
                <w:sz w:val="18"/>
                <w:szCs w:val="18"/>
              </w:rPr>
              <w:t>supuse</w:t>
            </w:r>
            <w:r w:rsidRPr="006B435F">
              <w:rPr>
                <w:b/>
                <w:color w:val="0D5F78"/>
                <w:spacing w:val="14"/>
                <w:sz w:val="18"/>
                <w:szCs w:val="18"/>
              </w:rPr>
              <w:t xml:space="preserve"> </w:t>
            </w:r>
            <w:r w:rsidRPr="006B435F">
              <w:rPr>
                <w:b/>
                <w:color w:val="0D5F78"/>
                <w:sz w:val="18"/>
                <w:szCs w:val="18"/>
              </w:rPr>
              <w:t>autorizării</w:t>
            </w:r>
            <w:r w:rsidRPr="006B435F">
              <w:rPr>
                <w:b/>
                <w:color w:val="0D5F78"/>
                <w:spacing w:val="15"/>
                <w:sz w:val="18"/>
                <w:szCs w:val="18"/>
              </w:rPr>
              <w:t xml:space="preserve"> </w:t>
            </w:r>
            <w:r w:rsidRPr="006B435F">
              <w:rPr>
                <w:b/>
                <w:color w:val="0D5F78"/>
                <w:spacing w:val="-4"/>
                <w:sz w:val="18"/>
                <w:szCs w:val="18"/>
              </w:rPr>
              <w:t>(lei)</w:t>
            </w:r>
          </w:p>
        </w:tc>
        <w:tc>
          <w:tcPr>
            <w:tcW w:w="3117" w:type="dxa"/>
            <w:gridSpan w:val="3"/>
          </w:tcPr>
          <w:p w:rsidR="00D8598E" w:rsidRPr="006B435F" w:rsidRDefault="00D8598E" w:rsidP="006B435F">
            <w:pPr>
              <w:pStyle w:val="TableParagraph"/>
              <w:ind w:left="103"/>
              <w:rPr>
                <w:b/>
                <w:sz w:val="18"/>
                <w:szCs w:val="18"/>
              </w:rPr>
            </w:pPr>
            <w:r w:rsidRPr="006B435F">
              <w:rPr>
                <w:b/>
                <w:color w:val="0D5F78"/>
                <w:sz w:val="18"/>
                <w:szCs w:val="18"/>
              </w:rPr>
              <w:t>Valoarea</w:t>
            </w:r>
            <w:r w:rsidRPr="006B435F">
              <w:rPr>
                <w:b/>
                <w:color w:val="0D5F78"/>
                <w:spacing w:val="18"/>
                <w:sz w:val="18"/>
                <w:szCs w:val="18"/>
              </w:rPr>
              <w:t xml:space="preserve"> </w:t>
            </w:r>
            <w:r w:rsidRPr="006B435F">
              <w:rPr>
                <w:b/>
                <w:color w:val="0D5F78"/>
                <w:sz w:val="18"/>
                <w:szCs w:val="18"/>
              </w:rPr>
              <w:t>obiectivului</w:t>
            </w:r>
            <w:r w:rsidRPr="006B435F">
              <w:rPr>
                <w:b/>
                <w:color w:val="0D5F78"/>
                <w:spacing w:val="18"/>
                <w:sz w:val="18"/>
                <w:szCs w:val="18"/>
              </w:rPr>
              <w:t xml:space="preserve"> </w:t>
            </w:r>
            <w:r w:rsidRPr="006B435F">
              <w:rPr>
                <w:b/>
                <w:color w:val="0D5F78"/>
                <w:spacing w:val="-4"/>
                <w:sz w:val="18"/>
                <w:szCs w:val="18"/>
              </w:rPr>
              <w:t>(lei)</w:t>
            </w:r>
          </w:p>
        </w:tc>
        <w:tc>
          <w:tcPr>
            <w:tcW w:w="2731" w:type="dxa"/>
          </w:tcPr>
          <w:p w:rsidR="00D8598E" w:rsidRPr="006B435F" w:rsidRDefault="00D8598E" w:rsidP="006B435F">
            <w:pPr>
              <w:pStyle w:val="TableParagraph"/>
              <w:ind w:left="102"/>
              <w:rPr>
                <w:b/>
                <w:sz w:val="18"/>
                <w:szCs w:val="18"/>
              </w:rPr>
            </w:pPr>
            <w:r w:rsidRPr="006B435F">
              <w:rPr>
                <w:b/>
                <w:color w:val="0D5F78"/>
                <w:w w:val="105"/>
                <w:sz w:val="18"/>
                <w:szCs w:val="18"/>
              </w:rPr>
              <w:t>Durata</w:t>
            </w:r>
            <w:r w:rsidRPr="006B435F">
              <w:rPr>
                <w:b/>
                <w:color w:val="0D5F78"/>
                <w:spacing w:val="-9"/>
                <w:w w:val="105"/>
                <w:sz w:val="18"/>
                <w:szCs w:val="18"/>
              </w:rPr>
              <w:t xml:space="preserve"> </w:t>
            </w:r>
            <w:r w:rsidRPr="006B435F">
              <w:rPr>
                <w:b/>
                <w:color w:val="0D5F78"/>
                <w:w w:val="105"/>
                <w:sz w:val="18"/>
                <w:szCs w:val="18"/>
              </w:rPr>
              <w:t>estimată</w:t>
            </w:r>
            <w:r w:rsidRPr="006B435F">
              <w:rPr>
                <w:b/>
                <w:color w:val="0D5F78"/>
                <w:spacing w:val="-9"/>
                <w:w w:val="105"/>
                <w:sz w:val="18"/>
                <w:szCs w:val="18"/>
              </w:rPr>
              <w:t xml:space="preserve"> </w:t>
            </w:r>
            <w:r w:rsidRPr="006B435F">
              <w:rPr>
                <w:b/>
                <w:color w:val="0D5F78"/>
                <w:w w:val="105"/>
                <w:sz w:val="18"/>
                <w:szCs w:val="18"/>
              </w:rPr>
              <w:t>de</w:t>
            </w:r>
            <w:r w:rsidRPr="006B435F">
              <w:rPr>
                <w:b/>
                <w:color w:val="0D5F78"/>
                <w:spacing w:val="-9"/>
                <w:w w:val="105"/>
                <w:sz w:val="18"/>
                <w:szCs w:val="18"/>
              </w:rPr>
              <w:t xml:space="preserve"> </w:t>
            </w:r>
            <w:r w:rsidRPr="006B435F">
              <w:rPr>
                <w:b/>
                <w:color w:val="0D5F78"/>
                <w:w w:val="105"/>
                <w:sz w:val="18"/>
                <w:szCs w:val="18"/>
              </w:rPr>
              <w:t>execuție</w:t>
            </w:r>
            <w:r w:rsidRPr="006B435F">
              <w:rPr>
                <w:b/>
                <w:color w:val="0D5F78"/>
                <w:spacing w:val="-10"/>
                <w:w w:val="105"/>
                <w:sz w:val="18"/>
                <w:szCs w:val="18"/>
              </w:rPr>
              <w:t xml:space="preserve"> </w:t>
            </w:r>
            <w:r w:rsidRPr="006B435F">
              <w:rPr>
                <w:b/>
                <w:color w:val="0D5F78"/>
                <w:spacing w:val="-2"/>
                <w:w w:val="105"/>
                <w:sz w:val="18"/>
                <w:szCs w:val="18"/>
              </w:rPr>
              <w:t>(luni)</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0"/>
        </w:trPr>
        <w:tc>
          <w:tcPr>
            <w:tcW w:w="10915" w:type="dxa"/>
            <w:gridSpan w:val="7"/>
            <w:tcBorders>
              <w:top w:val="single" w:sz="4" w:space="0" w:color="767676"/>
              <w:left w:val="single" w:sz="4" w:space="0" w:color="767676"/>
              <w:bottom w:val="single" w:sz="4" w:space="0" w:color="767676"/>
              <w:right w:val="single" w:sz="4" w:space="0" w:color="767676"/>
            </w:tcBorders>
            <w:shd w:val="clear" w:color="auto" w:fill="F4F4F4"/>
          </w:tcPr>
          <w:p w:rsidR="00D8598E" w:rsidRPr="006B435F" w:rsidRDefault="00D8598E" w:rsidP="006B435F">
            <w:pPr>
              <w:pStyle w:val="TableParagraph"/>
              <w:spacing w:before="4" w:line="177" w:lineRule="exact"/>
              <w:ind w:left="142"/>
              <w:rPr>
                <w:b/>
                <w:sz w:val="18"/>
                <w:szCs w:val="18"/>
              </w:rPr>
            </w:pPr>
            <w:r w:rsidRPr="006B435F">
              <w:rPr>
                <w:b/>
                <w:sz w:val="18"/>
                <w:szCs w:val="18"/>
              </w:rPr>
              <w:t>10.</w:t>
            </w:r>
            <w:r w:rsidRPr="006B435F">
              <w:rPr>
                <w:b/>
                <w:spacing w:val="6"/>
                <w:sz w:val="18"/>
                <w:szCs w:val="18"/>
              </w:rPr>
              <w:t xml:space="preserve"> </w:t>
            </w:r>
            <w:r w:rsidRPr="006B435F">
              <w:rPr>
                <w:b/>
                <w:sz w:val="18"/>
                <w:szCs w:val="18"/>
              </w:rPr>
              <w:t>ANEXEZ</w:t>
            </w:r>
            <w:r w:rsidRPr="006B435F">
              <w:rPr>
                <w:b/>
                <w:spacing w:val="9"/>
                <w:sz w:val="18"/>
                <w:szCs w:val="18"/>
              </w:rPr>
              <w:t xml:space="preserve"> </w:t>
            </w:r>
            <w:r w:rsidRPr="006B435F">
              <w:rPr>
                <w:b/>
                <w:sz w:val="18"/>
                <w:szCs w:val="18"/>
              </w:rPr>
              <w:t>LA</w:t>
            </w:r>
            <w:r w:rsidRPr="006B435F">
              <w:rPr>
                <w:b/>
                <w:spacing w:val="10"/>
                <w:sz w:val="18"/>
                <w:szCs w:val="18"/>
              </w:rPr>
              <w:t xml:space="preserve"> </w:t>
            </w:r>
            <w:r w:rsidRPr="006B435F">
              <w:rPr>
                <w:b/>
                <w:sz w:val="18"/>
                <w:szCs w:val="18"/>
              </w:rPr>
              <w:t>PREZENTA</w:t>
            </w:r>
            <w:r w:rsidRPr="006B435F">
              <w:rPr>
                <w:b/>
                <w:spacing w:val="9"/>
                <w:sz w:val="18"/>
                <w:szCs w:val="18"/>
              </w:rPr>
              <w:t xml:space="preserve"> </w:t>
            </w:r>
            <w:r w:rsidRPr="006B435F">
              <w:rPr>
                <w:b/>
                <w:spacing w:val="-2"/>
                <w:sz w:val="18"/>
                <w:szCs w:val="18"/>
              </w:rPr>
              <w:t>CERERE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Borders>
              <w:top w:val="single" w:sz="4" w:space="0" w:color="767676"/>
              <w:left w:val="single" w:sz="4" w:space="0" w:color="767676"/>
              <w:bottom w:val="single" w:sz="4" w:space="0" w:color="767676"/>
              <w:right w:val="single" w:sz="4" w:space="0" w:color="767676"/>
            </w:tcBorders>
          </w:tcPr>
          <w:p w:rsidR="00D8598E" w:rsidRPr="006B435F" w:rsidRDefault="00D8598E" w:rsidP="00D8598E">
            <w:pPr>
              <w:pStyle w:val="TableParagraph"/>
              <w:numPr>
                <w:ilvl w:val="0"/>
                <w:numId w:val="28"/>
              </w:numPr>
              <w:tabs>
                <w:tab w:val="left" w:pos="276"/>
              </w:tabs>
              <w:spacing w:line="181" w:lineRule="exact"/>
              <w:ind w:hanging="172"/>
              <w:rPr>
                <w:sz w:val="18"/>
                <w:szCs w:val="18"/>
              </w:rPr>
            </w:pPr>
            <w:r w:rsidRPr="006B435F">
              <w:rPr>
                <w:w w:val="105"/>
                <w:sz w:val="18"/>
                <w:szCs w:val="18"/>
              </w:rPr>
              <w:t>a)</w:t>
            </w:r>
            <w:r w:rsidRPr="006B435F">
              <w:rPr>
                <w:spacing w:val="-7"/>
                <w:w w:val="105"/>
                <w:sz w:val="18"/>
                <w:szCs w:val="18"/>
              </w:rPr>
              <w:t xml:space="preserve"> </w:t>
            </w:r>
            <w:r w:rsidRPr="006B435F">
              <w:rPr>
                <w:w w:val="105"/>
                <w:sz w:val="18"/>
                <w:szCs w:val="18"/>
              </w:rPr>
              <w:t>extras</w:t>
            </w:r>
            <w:r w:rsidRPr="006B435F">
              <w:rPr>
                <w:spacing w:val="-6"/>
                <w:w w:val="105"/>
                <w:sz w:val="18"/>
                <w:szCs w:val="18"/>
              </w:rPr>
              <w:t xml:space="preserve"> </w:t>
            </w:r>
            <w:r w:rsidRPr="006B435F">
              <w:rPr>
                <w:w w:val="105"/>
                <w:sz w:val="18"/>
                <w:szCs w:val="18"/>
              </w:rPr>
              <w:t>de</w:t>
            </w:r>
            <w:r w:rsidRPr="006B435F">
              <w:rPr>
                <w:spacing w:val="-6"/>
                <w:w w:val="105"/>
                <w:sz w:val="18"/>
                <w:szCs w:val="18"/>
              </w:rPr>
              <w:t xml:space="preserve"> </w:t>
            </w:r>
            <w:r w:rsidRPr="006B435F">
              <w:rPr>
                <w:w w:val="105"/>
                <w:sz w:val="18"/>
                <w:szCs w:val="18"/>
              </w:rPr>
              <w:t>plan</w:t>
            </w:r>
            <w:r w:rsidRPr="006B435F">
              <w:rPr>
                <w:spacing w:val="-7"/>
                <w:w w:val="105"/>
                <w:sz w:val="18"/>
                <w:szCs w:val="18"/>
              </w:rPr>
              <w:t xml:space="preserve"> </w:t>
            </w:r>
            <w:r w:rsidRPr="006B435F">
              <w:rPr>
                <w:w w:val="105"/>
                <w:sz w:val="18"/>
                <w:szCs w:val="18"/>
              </w:rPr>
              <w:t>cadastral</w:t>
            </w:r>
            <w:r w:rsidRPr="006B435F">
              <w:rPr>
                <w:spacing w:val="-6"/>
                <w:w w:val="105"/>
                <w:sz w:val="18"/>
                <w:szCs w:val="18"/>
              </w:rPr>
              <w:t xml:space="preserve"> </w:t>
            </w:r>
            <w:r w:rsidRPr="006B435F">
              <w:rPr>
                <w:w w:val="105"/>
                <w:sz w:val="18"/>
                <w:szCs w:val="18"/>
              </w:rPr>
              <w:t>actualizat</w:t>
            </w:r>
            <w:r w:rsidRPr="006B435F">
              <w:rPr>
                <w:spacing w:val="-5"/>
                <w:w w:val="105"/>
                <w:sz w:val="18"/>
                <w:szCs w:val="18"/>
              </w:rPr>
              <w:t xml:space="preserve"> </w:t>
            </w:r>
            <w:r w:rsidRPr="006B435F">
              <w:rPr>
                <w:w w:val="105"/>
                <w:sz w:val="18"/>
                <w:szCs w:val="18"/>
              </w:rPr>
              <w:t>și</w:t>
            </w:r>
            <w:r w:rsidRPr="006B435F">
              <w:rPr>
                <w:spacing w:val="-7"/>
                <w:w w:val="105"/>
                <w:sz w:val="18"/>
                <w:szCs w:val="18"/>
              </w:rPr>
              <w:t xml:space="preserve"> </w:t>
            </w:r>
            <w:r w:rsidRPr="006B435F">
              <w:rPr>
                <w:w w:val="105"/>
                <w:sz w:val="18"/>
                <w:szCs w:val="18"/>
              </w:rPr>
              <w:t>extras</w:t>
            </w:r>
            <w:r w:rsidRPr="006B435F">
              <w:rPr>
                <w:spacing w:val="-6"/>
                <w:w w:val="105"/>
                <w:sz w:val="18"/>
                <w:szCs w:val="18"/>
              </w:rPr>
              <w:t xml:space="preserve"> </w:t>
            </w:r>
            <w:r w:rsidRPr="006B435F">
              <w:rPr>
                <w:w w:val="105"/>
                <w:sz w:val="18"/>
                <w:szCs w:val="18"/>
              </w:rPr>
              <w:t>de</w:t>
            </w:r>
            <w:r w:rsidRPr="006B435F">
              <w:rPr>
                <w:spacing w:val="-5"/>
                <w:w w:val="105"/>
                <w:sz w:val="18"/>
                <w:szCs w:val="18"/>
              </w:rPr>
              <w:t xml:space="preserve"> </w:t>
            </w:r>
            <w:r w:rsidRPr="006B435F">
              <w:rPr>
                <w:w w:val="105"/>
                <w:sz w:val="18"/>
                <w:szCs w:val="18"/>
              </w:rPr>
              <w:t>carte</w:t>
            </w:r>
            <w:r w:rsidRPr="006B435F">
              <w:rPr>
                <w:spacing w:val="-6"/>
                <w:w w:val="105"/>
                <w:sz w:val="18"/>
                <w:szCs w:val="18"/>
              </w:rPr>
              <w:t xml:space="preserve"> </w:t>
            </w:r>
            <w:r w:rsidRPr="006B435F">
              <w:rPr>
                <w:w w:val="105"/>
                <w:sz w:val="18"/>
                <w:szCs w:val="18"/>
              </w:rPr>
              <w:t>funciară</w:t>
            </w:r>
            <w:r w:rsidRPr="006B435F">
              <w:rPr>
                <w:spacing w:val="-5"/>
                <w:w w:val="105"/>
                <w:sz w:val="18"/>
                <w:szCs w:val="18"/>
              </w:rPr>
              <w:t xml:space="preserve"> </w:t>
            </w:r>
            <w:r w:rsidRPr="006B435F">
              <w:rPr>
                <w:w w:val="105"/>
                <w:sz w:val="18"/>
                <w:szCs w:val="18"/>
              </w:rPr>
              <w:t>actualizat,</w:t>
            </w:r>
            <w:r w:rsidRPr="006B435F">
              <w:rPr>
                <w:spacing w:val="-7"/>
                <w:w w:val="105"/>
                <w:sz w:val="18"/>
                <w:szCs w:val="18"/>
              </w:rPr>
              <w:t xml:space="preserve"> </w:t>
            </w:r>
            <w:r w:rsidRPr="006B435F">
              <w:rPr>
                <w:w w:val="105"/>
                <w:sz w:val="18"/>
                <w:szCs w:val="18"/>
              </w:rPr>
              <w:t>nu</w:t>
            </w:r>
            <w:r w:rsidRPr="006B435F">
              <w:rPr>
                <w:spacing w:val="-6"/>
                <w:w w:val="105"/>
                <w:sz w:val="18"/>
                <w:szCs w:val="18"/>
              </w:rPr>
              <w:t xml:space="preserve"> </w:t>
            </w:r>
            <w:r w:rsidRPr="006B435F">
              <w:rPr>
                <w:w w:val="105"/>
                <w:sz w:val="18"/>
                <w:szCs w:val="18"/>
              </w:rPr>
              <w:t>mai</w:t>
            </w:r>
            <w:r w:rsidRPr="006B435F">
              <w:rPr>
                <w:spacing w:val="-5"/>
                <w:w w:val="105"/>
                <w:sz w:val="18"/>
                <w:szCs w:val="18"/>
              </w:rPr>
              <w:t xml:space="preserve"> </w:t>
            </w:r>
            <w:r w:rsidRPr="006B435F">
              <w:rPr>
                <w:w w:val="105"/>
                <w:sz w:val="18"/>
                <w:szCs w:val="18"/>
              </w:rPr>
              <w:t>vechi</w:t>
            </w:r>
            <w:r w:rsidRPr="006B435F">
              <w:rPr>
                <w:spacing w:val="-7"/>
                <w:w w:val="105"/>
                <w:sz w:val="18"/>
                <w:szCs w:val="18"/>
              </w:rPr>
              <w:t xml:space="preserve"> </w:t>
            </w:r>
            <w:r w:rsidRPr="006B435F">
              <w:rPr>
                <w:w w:val="105"/>
                <w:sz w:val="18"/>
                <w:szCs w:val="18"/>
              </w:rPr>
              <w:t>de</w:t>
            </w:r>
            <w:r w:rsidRPr="006B435F">
              <w:rPr>
                <w:spacing w:val="-6"/>
                <w:w w:val="105"/>
                <w:sz w:val="18"/>
                <w:szCs w:val="18"/>
              </w:rPr>
              <w:t xml:space="preserve"> </w:t>
            </w:r>
            <w:r w:rsidRPr="006B435F">
              <w:rPr>
                <w:w w:val="105"/>
                <w:sz w:val="18"/>
                <w:szCs w:val="18"/>
              </w:rPr>
              <w:t>30</w:t>
            </w:r>
            <w:r w:rsidRPr="006B435F">
              <w:rPr>
                <w:spacing w:val="-6"/>
                <w:w w:val="105"/>
                <w:sz w:val="18"/>
                <w:szCs w:val="18"/>
              </w:rPr>
              <w:t xml:space="preserve"> </w:t>
            </w:r>
            <w:r w:rsidRPr="006B435F">
              <w:rPr>
                <w:w w:val="105"/>
                <w:sz w:val="18"/>
                <w:szCs w:val="18"/>
              </w:rPr>
              <w:t>de</w:t>
            </w:r>
            <w:r w:rsidRPr="006B435F">
              <w:rPr>
                <w:spacing w:val="-6"/>
                <w:w w:val="105"/>
                <w:sz w:val="18"/>
                <w:szCs w:val="18"/>
              </w:rPr>
              <w:t xml:space="preserve"> </w:t>
            </w:r>
            <w:r w:rsidRPr="006B435F">
              <w:rPr>
                <w:spacing w:val="-4"/>
                <w:w w:val="105"/>
                <w:sz w:val="18"/>
                <w:szCs w:val="18"/>
              </w:rPr>
              <w:t>zile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5"/>
        </w:trPr>
        <w:tc>
          <w:tcPr>
            <w:tcW w:w="10915" w:type="dxa"/>
            <w:gridSpan w:val="7"/>
            <w:tcBorders>
              <w:top w:val="single" w:sz="4" w:space="0" w:color="767676"/>
              <w:left w:val="single" w:sz="4" w:space="0" w:color="767676"/>
              <w:bottom w:val="single" w:sz="4" w:space="0" w:color="767676"/>
              <w:right w:val="single" w:sz="4" w:space="0" w:color="767676"/>
            </w:tcBorders>
          </w:tcPr>
          <w:p w:rsidR="00D8598E" w:rsidRPr="006B435F" w:rsidRDefault="00D8598E" w:rsidP="00D8598E">
            <w:pPr>
              <w:pStyle w:val="TableParagraph"/>
              <w:numPr>
                <w:ilvl w:val="0"/>
                <w:numId w:val="27"/>
              </w:numPr>
              <w:tabs>
                <w:tab w:val="left" w:pos="276"/>
              </w:tabs>
              <w:spacing w:line="180" w:lineRule="exact"/>
              <w:ind w:hanging="172"/>
              <w:rPr>
                <w:sz w:val="18"/>
                <w:szCs w:val="18"/>
              </w:rPr>
            </w:pPr>
            <w:r w:rsidRPr="006B435F">
              <w:rPr>
                <w:w w:val="105"/>
                <w:sz w:val="18"/>
                <w:szCs w:val="18"/>
              </w:rPr>
              <w:t>b)</w:t>
            </w:r>
            <w:r w:rsidRPr="006B435F">
              <w:rPr>
                <w:spacing w:val="-8"/>
                <w:w w:val="105"/>
                <w:sz w:val="18"/>
                <w:szCs w:val="18"/>
              </w:rPr>
              <w:t xml:space="preserve"> </w:t>
            </w:r>
            <w:r w:rsidRPr="006B435F">
              <w:rPr>
                <w:w w:val="105"/>
                <w:sz w:val="18"/>
                <w:szCs w:val="18"/>
              </w:rPr>
              <w:t>actele</w:t>
            </w:r>
            <w:r w:rsidRPr="006B435F">
              <w:rPr>
                <w:spacing w:val="-7"/>
                <w:w w:val="105"/>
                <w:sz w:val="18"/>
                <w:szCs w:val="18"/>
              </w:rPr>
              <w:t xml:space="preserve"> </w:t>
            </w:r>
            <w:r w:rsidRPr="006B435F">
              <w:rPr>
                <w:w w:val="105"/>
                <w:sz w:val="18"/>
                <w:szCs w:val="18"/>
              </w:rPr>
              <w:t>care</w:t>
            </w:r>
            <w:r w:rsidRPr="006B435F">
              <w:rPr>
                <w:spacing w:val="-8"/>
                <w:w w:val="105"/>
                <w:sz w:val="18"/>
                <w:szCs w:val="18"/>
              </w:rPr>
              <w:t xml:space="preserve"> </w:t>
            </w:r>
            <w:r w:rsidRPr="006B435F">
              <w:rPr>
                <w:w w:val="105"/>
                <w:sz w:val="18"/>
                <w:szCs w:val="18"/>
              </w:rPr>
              <w:t>atestă</w:t>
            </w:r>
            <w:r w:rsidRPr="006B435F">
              <w:rPr>
                <w:spacing w:val="-7"/>
                <w:w w:val="105"/>
                <w:sz w:val="18"/>
                <w:szCs w:val="18"/>
              </w:rPr>
              <w:t xml:space="preserve"> </w:t>
            </w:r>
            <w:r w:rsidRPr="006B435F">
              <w:rPr>
                <w:w w:val="105"/>
                <w:sz w:val="18"/>
                <w:szCs w:val="18"/>
              </w:rPr>
              <w:t>dreptul</w:t>
            </w:r>
            <w:r w:rsidRPr="006B435F">
              <w:rPr>
                <w:spacing w:val="-7"/>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baza</w:t>
            </w:r>
            <w:r w:rsidRPr="006B435F">
              <w:rPr>
                <w:spacing w:val="-6"/>
                <w:w w:val="105"/>
                <w:sz w:val="18"/>
                <w:szCs w:val="18"/>
              </w:rPr>
              <w:t xml:space="preserve"> </w:t>
            </w:r>
            <w:r w:rsidRPr="006B435F">
              <w:rPr>
                <w:w w:val="105"/>
                <w:sz w:val="18"/>
                <w:szCs w:val="18"/>
              </w:rPr>
              <w:t>căruia</w:t>
            </w:r>
            <w:r w:rsidRPr="006B435F">
              <w:rPr>
                <w:spacing w:val="-7"/>
                <w:w w:val="105"/>
                <w:sz w:val="18"/>
                <w:szCs w:val="18"/>
              </w:rPr>
              <w:t xml:space="preserve"> </w:t>
            </w:r>
            <w:r w:rsidRPr="006B435F">
              <w:rPr>
                <w:w w:val="105"/>
                <w:sz w:val="18"/>
                <w:szCs w:val="18"/>
              </w:rPr>
              <w:t>titularul</w:t>
            </w:r>
            <w:r w:rsidRPr="006B435F">
              <w:rPr>
                <w:spacing w:val="-7"/>
                <w:w w:val="105"/>
                <w:sz w:val="18"/>
                <w:szCs w:val="18"/>
              </w:rPr>
              <w:t xml:space="preserve"> </w:t>
            </w:r>
            <w:r w:rsidRPr="006B435F">
              <w:rPr>
                <w:w w:val="105"/>
                <w:sz w:val="18"/>
                <w:szCs w:val="18"/>
              </w:rPr>
              <w:t>poate</w:t>
            </w:r>
            <w:r w:rsidRPr="006B435F">
              <w:rPr>
                <w:spacing w:val="-8"/>
                <w:w w:val="105"/>
                <w:sz w:val="18"/>
                <w:szCs w:val="18"/>
              </w:rPr>
              <w:t xml:space="preserve"> </w:t>
            </w:r>
            <w:r w:rsidRPr="006B435F">
              <w:rPr>
                <w:w w:val="105"/>
                <w:sz w:val="18"/>
                <w:szCs w:val="18"/>
              </w:rPr>
              <w:t>solicita</w:t>
            </w:r>
            <w:r w:rsidRPr="006B435F">
              <w:rPr>
                <w:spacing w:val="-7"/>
                <w:w w:val="105"/>
                <w:sz w:val="18"/>
                <w:szCs w:val="18"/>
              </w:rPr>
              <w:t xml:space="preserve"> </w:t>
            </w:r>
            <w:r w:rsidRPr="006B435F">
              <w:rPr>
                <w:w w:val="105"/>
                <w:sz w:val="18"/>
                <w:szCs w:val="18"/>
              </w:rPr>
              <w:t>emiterea</w:t>
            </w:r>
            <w:r w:rsidRPr="006B435F">
              <w:rPr>
                <w:spacing w:val="-7"/>
                <w:w w:val="105"/>
                <w:sz w:val="18"/>
                <w:szCs w:val="18"/>
              </w:rPr>
              <w:t xml:space="preserve"> </w:t>
            </w:r>
            <w:r w:rsidRPr="006B435F">
              <w:rPr>
                <w:w w:val="105"/>
                <w:sz w:val="18"/>
                <w:szCs w:val="18"/>
              </w:rPr>
              <w:t>autorizației,</w:t>
            </w:r>
            <w:r w:rsidRPr="006B435F">
              <w:rPr>
                <w:spacing w:val="-8"/>
                <w:w w:val="105"/>
                <w:sz w:val="18"/>
                <w:szCs w:val="18"/>
              </w:rPr>
              <w:t xml:space="preserve"> </w:t>
            </w:r>
            <w:r w:rsidRPr="006B435F">
              <w:rPr>
                <w:w w:val="105"/>
                <w:sz w:val="18"/>
                <w:szCs w:val="18"/>
              </w:rPr>
              <w:t>dacă</w:t>
            </w:r>
            <w:r w:rsidRPr="006B435F">
              <w:rPr>
                <w:spacing w:val="-7"/>
                <w:w w:val="105"/>
                <w:sz w:val="18"/>
                <w:szCs w:val="18"/>
              </w:rPr>
              <w:t xml:space="preserve"> </w:t>
            </w:r>
            <w:r w:rsidRPr="006B435F">
              <w:rPr>
                <w:w w:val="105"/>
                <w:sz w:val="18"/>
                <w:szCs w:val="18"/>
              </w:rPr>
              <w:t>este</w:t>
            </w:r>
            <w:r w:rsidRPr="006B435F">
              <w:rPr>
                <w:spacing w:val="-8"/>
                <w:w w:val="105"/>
                <w:sz w:val="18"/>
                <w:szCs w:val="18"/>
              </w:rPr>
              <w:t xml:space="preserve"> </w:t>
            </w:r>
            <w:r w:rsidRPr="006B435F">
              <w:rPr>
                <w:w w:val="105"/>
                <w:sz w:val="18"/>
                <w:szCs w:val="18"/>
              </w:rPr>
              <w:t>cazul</w:t>
            </w:r>
            <w:r w:rsidRPr="006B435F">
              <w:rPr>
                <w:spacing w:val="-7"/>
                <w:w w:val="105"/>
                <w:sz w:val="18"/>
                <w:szCs w:val="18"/>
              </w:rPr>
              <w:t xml:space="preserve"> </w:t>
            </w:r>
            <w:r w:rsidRPr="006B435F">
              <w:rPr>
                <w:w w:val="105"/>
                <w:sz w:val="18"/>
                <w:szCs w:val="18"/>
              </w:rPr>
              <w:t>(copie</w:t>
            </w:r>
            <w:r w:rsidRPr="006B435F">
              <w:rPr>
                <w:spacing w:val="-7"/>
                <w:w w:val="105"/>
                <w:sz w:val="18"/>
                <w:szCs w:val="18"/>
              </w:rPr>
              <w:t xml:space="preserve"> </w:t>
            </w:r>
            <w:r w:rsidRPr="006B435F">
              <w:rPr>
                <w:w w:val="105"/>
                <w:sz w:val="18"/>
                <w:szCs w:val="18"/>
              </w:rPr>
              <w:t>conform</w:t>
            </w:r>
            <w:r w:rsidRPr="006B435F">
              <w:rPr>
                <w:spacing w:val="-8"/>
                <w:w w:val="105"/>
                <w:sz w:val="18"/>
                <w:szCs w:val="18"/>
              </w:rPr>
              <w:t xml:space="preserve"> </w:t>
            </w:r>
            <w:r w:rsidRPr="006B435F">
              <w:rPr>
                <w:w w:val="105"/>
                <w:sz w:val="18"/>
                <w:szCs w:val="18"/>
              </w:rPr>
              <w:t>cu</w:t>
            </w:r>
            <w:r w:rsidRPr="006B435F">
              <w:rPr>
                <w:spacing w:val="-6"/>
                <w:w w:val="105"/>
                <w:sz w:val="18"/>
                <w:szCs w:val="18"/>
              </w:rPr>
              <w:t xml:space="preserve"> </w:t>
            </w:r>
            <w:r w:rsidRPr="006B435F">
              <w:rPr>
                <w:spacing w:val="-2"/>
                <w:w w:val="105"/>
                <w:sz w:val="18"/>
                <w:szCs w:val="18"/>
              </w:rPr>
              <w:t>originalul)</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Borders>
              <w:top w:val="single" w:sz="4" w:space="0" w:color="767676"/>
              <w:left w:val="single" w:sz="4" w:space="0" w:color="767676"/>
              <w:bottom w:val="single" w:sz="4" w:space="0" w:color="767676"/>
              <w:right w:val="single" w:sz="4" w:space="0" w:color="767676"/>
            </w:tcBorders>
          </w:tcPr>
          <w:p w:rsidR="00D8598E" w:rsidRPr="006B435F" w:rsidRDefault="00D8598E" w:rsidP="00D8598E">
            <w:pPr>
              <w:pStyle w:val="TableParagraph"/>
              <w:numPr>
                <w:ilvl w:val="0"/>
                <w:numId w:val="26"/>
              </w:numPr>
              <w:tabs>
                <w:tab w:val="left" w:pos="276"/>
              </w:tabs>
              <w:spacing w:before="0" w:line="170" w:lineRule="atLeast"/>
              <w:ind w:right="297" w:firstLine="0"/>
              <w:rPr>
                <w:sz w:val="18"/>
                <w:szCs w:val="18"/>
              </w:rPr>
            </w:pPr>
            <w:r w:rsidRPr="006B435F">
              <w:rPr>
                <w:w w:val="105"/>
                <w:sz w:val="18"/>
                <w:szCs w:val="18"/>
              </w:rPr>
              <w:t>c)</w:t>
            </w:r>
            <w:r w:rsidRPr="006B435F">
              <w:rPr>
                <w:spacing w:val="-10"/>
                <w:w w:val="105"/>
                <w:sz w:val="18"/>
                <w:szCs w:val="18"/>
              </w:rPr>
              <w:t xml:space="preserve"> </w:t>
            </w:r>
            <w:r w:rsidRPr="006B435F">
              <w:rPr>
                <w:w w:val="105"/>
                <w:sz w:val="18"/>
                <w:szCs w:val="18"/>
              </w:rPr>
              <w:t>proiectul</w:t>
            </w:r>
            <w:r w:rsidRPr="006B435F">
              <w:rPr>
                <w:spacing w:val="-10"/>
                <w:w w:val="105"/>
                <w:sz w:val="18"/>
                <w:szCs w:val="18"/>
              </w:rPr>
              <w:t xml:space="preserve"> </w:t>
            </w:r>
            <w:r w:rsidRPr="006B435F">
              <w:rPr>
                <w:w w:val="105"/>
                <w:sz w:val="18"/>
                <w:szCs w:val="18"/>
              </w:rPr>
              <w:t>pentru</w:t>
            </w:r>
            <w:r w:rsidRPr="006B435F">
              <w:rPr>
                <w:spacing w:val="-9"/>
                <w:w w:val="105"/>
                <w:sz w:val="18"/>
                <w:szCs w:val="18"/>
              </w:rPr>
              <w:t xml:space="preserve"> </w:t>
            </w:r>
            <w:r w:rsidRPr="006B435F">
              <w:rPr>
                <w:w w:val="105"/>
                <w:sz w:val="18"/>
                <w:szCs w:val="18"/>
              </w:rPr>
              <w:t>autorizarea</w:t>
            </w:r>
            <w:r w:rsidRPr="006B435F">
              <w:rPr>
                <w:spacing w:val="-9"/>
                <w:w w:val="105"/>
                <w:sz w:val="18"/>
                <w:szCs w:val="18"/>
              </w:rPr>
              <w:t xml:space="preserve"> </w:t>
            </w:r>
            <w:r w:rsidRPr="006B435F">
              <w:rPr>
                <w:w w:val="105"/>
                <w:sz w:val="18"/>
                <w:szCs w:val="18"/>
              </w:rPr>
              <w:t>construirii</w:t>
            </w:r>
            <w:r w:rsidRPr="006B435F">
              <w:rPr>
                <w:spacing w:val="-10"/>
                <w:w w:val="105"/>
                <w:sz w:val="18"/>
                <w:szCs w:val="18"/>
              </w:rPr>
              <w:t xml:space="preserve"> </w:t>
            </w:r>
            <w:r w:rsidRPr="006B435F">
              <w:rPr>
                <w:w w:val="105"/>
                <w:sz w:val="18"/>
                <w:szCs w:val="18"/>
              </w:rPr>
              <w:t>/</w:t>
            </w:r>
            <w:r w:rsidRPr="006B435F">
              <w:rPr>
                <w:spacing w:val="-10"/>
                <w:w w:val="105"/>
                <w:sz w:val="18"/>
                <w:szCs w:val="18"/>
              </w:rPr>
              <w:t xml:space="preserve"> </w:t>
            </w:r>
            <w:r w:rsidRPr="006B435F">
              <w:rPr>
                <w:w w:val="105"/>
                <w:sz w:val="18"/>
                <w:szCs w:val="18"/>
              </w:rPr>
              <w:t>desființării</w:t>
            </w:r>
            <w:r w:rsidRPr="006B435F">
              <w:rPr>
                <w:spacing w:val="-9"/>
                <w:w w:val="105"/>
                <w:sz w:val="18"/>
                <w:szCs w:val="18"/>
              </w:rPr>
              <w:t xml:space="preserve"> </w:t>
            </w:r>
            <w:r w:rsidRPr="006B435F">
              <w:rPr>
                <w:w w:val="105"/>
                <w:sz w:val="18"/>
                <w:szCs w:val="18"/>
              </w:rPr>
              <w:t>/</w:t>
            </w:r>
            <w:r w:rsidRPr="006B435F">
              <w:rPr>
                <w:spacing w:val="-10"/>
                <w:w w:val="105"/>
                <w:sz w:val="18"/>
                <w:szCs w:val="18"/>
              </w:rPr>
              <w:t xml:space="preserve"> </w:t>
            </w:r>
            <w:r w:rsidRPr="006B435F">
              <w:rPr>
                <w:w w:val="105"/>
                <w:sz w:val="18"/>
                <w:szCs w:val="18"/>
              </w:rPr>
              <w:t>intervențiilor</w:t>
            </w:r>
            <w:r w:rsidRPr="006B435F">
              <w:rPr>
                <w:spacing w:val="-10"/>
                <w:w w:val="105"/>
                <w:sz w:val="18"/>
                <w:szCs w:val="18"/>
              </w:rPr>
              <w:t xml:space="preserve"> </w:t>
            </w:r>
            <w:r w:rsidRPr="006B435F">
              <w:rPr>
                <w:w w:val="105"/>
                <w:sz w:val="18"/>
                <w:szCs w:val="18"/>
              </w:rPr>
              <w:t>asupra</w:t>
            </w:r>
            <w:r w:rsidRPr="006B435F">
              <w:rPr>
                <w:spacing w:val="-9"/>
                <w:w w:val="105"/>
                <w:sz w:val="18"/>
                <w:szCs w:val="18"/>
              </w:rPr>
              <w:t xml:space="preserve"> </w:t>
            </w:r>
            <w:r w:rsidRPr="006B435F">
              <w:rPr>
                <w:w w:val="105"/>
                <w:sz w:val="18"/>
                <w:szCs w:val="18"/>
              </w:rPr>
              <w:t>construcțiilor</w:t>
            </w:r>
            <w:r w:rsidRPr="006B435F">
              <w:rPr>
                <w:spacing w:val="-10"/>
                <w:w w:val="105"/>
                <w:sz w:val="18"/>
                <w:szCs w:val="18"/>
              </w:rPr>
              <w:t xml:space="preserve"> </w:t>
            </w:r>
            <w:r w:rsidRPr="006B435F">
              <w:rPr>
                <w:w w:val="105"/>
                <w:sz w:val="18"/>
                <w:szCs w:val="18"/>
              </w:rPr>
              <w:t>existente</w:t>
            </w:r>
            <w:r w:rsidRPr="006B435F">
              <w:rPr>
                <w:spacing w:val="-10"/>
                <w:w w:val="105"/>
                <w:sz w:val="18"/>
                <w:szCs w:val="18"/>
              </w:rPr>
              <w:t xml:space="preserve"> </w:t>
            </w:r>
            <w:r w:rsidRPr="006B435F">
              <w:rPr>
                <w:w w:val="105"/>
                <w:sz w:val="18"/>
                <w:szCs w:val="18"/>
              </w:rPr>
              <w:t>/</w:t>
            </w:r>
            <w:r w:rsidRPr="006B435F">
              <w:rPr>
                <w:spacing w:val="-9"/>
                <w:w w:val="105"/>
                <w:sz w:val="18"/>
                <w:szCs w:val="18"/>
              </w:rPr>
              <w:t xml:space="preserve"> </w:t>
            </w:r>
            <w:r w:rsidRPr="006B435F">
              <w:rPr>
                <w:w w:val="105"/>
                <w:sz w:val="18"/>
                <w:szCs w:val="18"/>
              </w:rPr>
              <w:t>amenajării</w:t>
            </w:r>
            <w:r w:rsidRPr="006B435F">
              <w:rPr>
                <w:spacing w:val="-10"/>
                <w:w w:val="105"/>
                <w:sz w:val="18"/>
                <w:szCs w:val="18"/>
              </w:rPr>
              <w:t xml:space="preserve"> </w:t>
            </w:r>
            <w:r w:rsidRPr="006B435F">
              <w:rPr>
                <w:w w:val="105"/>
                <w:sz w:val="18"/>
                <w:szCs w:val="18"/>
              </w:rPr>
              <w:t>/</w:t>
            </w:r>
            <w:r w:rsidRPr="006B435F">
              <w:rPr>
                <w:spacing w:val="-10"/>
                <w:w w:val="105"/>
                <w:sz w:val="18"/>
                <w:szCs w:val="18"/>
              </w:rPr>
              <w:t xml:space="preserve"> </w:t>
            </w:r>
            <w:r w:rsidRPr="006B435F">
              <w:rPr>
                <w:w w:val="105"/>
                <w:sz w:val="18"/>
                <w:szCs w:val="18"/>
              </w:rPr>
              <w:t>organizării</w:t>
            </w:r>
            <w:r w:rsidRPr="006B435F">
              <w:rPr>
                <w:spacing w:val="-9"/>
                <w:w w:val="105"/>
                <w:sz w:val="18"/>
                <w:szCs w:val="18"/>
              </w:rPr>
              <w:t xml:space="preserve"> </w:t>
            </w:r>
            <w:r w:rsidRPr="006B435F">
              <w:rPr>
                <w:w w:val="105"/>
                <w:sz w:val="18"/>
                <w:szCs w:val="18"/>
              </w:rPr>
              <w:t>de</w:t>
            </w:r>
            <w:r w:rsidRPr="006B435F">
              <w:rPr>
                <w:spacing w:val="-10"/>
                <w:w w:val="105"/>
                <w:sz w:val="18"/>
                <w:szCs w:val="18"/>
              </w:rPr>
              <w:t xml:space="preserve"> </w:t>
            </w:r>
            <w:r w:rsidRPr="006B435F">
              <w:rPr>
                <w:w w:val="105"/>
                <w:sz w:val="18"/>
                <w:szCs w:val="18"/>
              </w:rPr>
              <w:t>șantier,</w:t>
            </w:r>
            <w:r w:rsidRPr="006B435F">
              <w:rPr>
                <w:spacing w:val="-10"/>
                <w:w w:val="105"/>
                <w:sz w:val="18"/>
                <w:szCs w:val="18"/>
              </w:rPr>
              <w:t xml:space="preserve"> </w:t>
            </w:r>
            <w:r w:rsidRPr="006B435F">
              <w:rPr>
                <w:w w:val="105"/>
                <w:sz w:val="18"/>
                <w:szCs w:val="18"/>
              </w:rPr>
              <w:t>după</w:t>
            </w:r>
            <w:r w:rsidRPr="006B435F">
              <w:rPr>
                <w:spacing w:val="40"/>
                <w:w w:val="105"/>
                <w:sz w:val="18"/>
                <w:szCs w:val="18"/>
              </w:rPr>
              <w:t xml:space="preserve"> </w:t>
            </w:r>
            <w:r w:rsidRPr="006B435F">
              <w:rPr>
                <w:w w:val="105"/>
                <w:sz w:val="18"/>
                <w:szCs w:val="18"/>
              </w:rPr>
              <w:t>caz</w:t>
            </w:r>
            <w:r w:rsidRPr="006B435F">
              <w:rPr>
                <w:spacing w:val="-1"/>
                <w:w w:val="105"/>
                <w:sz w:val="18"/>
                <w:szCs w:val="18"/>
              </w:rPr>
              <w:t xml:space="preserve"> </w:t>
            </w:r>
            <w:r w:rsidRPr="006B435F">
              <w:rPr>
                <w:w w:val="105"/>
                <w:sz w:val="18"/>
                <w:szCs w:val="18"/>
              </w:rPr>
              <w:t>(2</w:t>
            </w:r>
            <w:r w:rsidRPr="006B435F">
              <w:rPr>
                <w:spacing w:val="-1"/>
                <w:w w:val="105"/>
                <w:sz w:val="18"/>
                <w:szCs w:val="18"/>
              </w:rPr>
              <w:t xml:space="preserve"> </w:t>
            </w:r>
            <w:r w:rsidRPr="006B435F">
              <w:rPr>
                <w:w w:val="105"/>
                <w:sz w:val="18"/>
                <w:szCs w:val="18"/>
              </w:rPr>
              <w:t>exemplare</w:t>
            </w:r>
            <w:r w:rsidRPr="006B435F">
              <w:rPr>
                <w:spacing w:val="-1"/>
                <w:w w:val="105"/>
                <w:sz w:val="18"/>
                <w:szCs w:val="18"/>
              </w:rPr>
              <w:t xml:space="preserve"> </w:t>
            </w:r>
            <w:r w:rsidRPr="006B435F">
              <w:rPr>
                <w:w w:val="105"/>
                <w:sz w:val="18"/>
                <w:szCs w:val="18"/>
              </w:rPr>
              <w:t>originale sau</w:t>
            </w:r>
            <w:r w:rsidRPr="006B435F">
              <w:rPr>
                <w:spacing w:val="-1"/>
                <w:w w:val="105"/>
                <w:sz w:val="18"/>
                <w:szCs w:val="18"/>
              </w:rPr>
              <w:t xml:space="preserve"> </w:t>
            </w:r>
            <w:r w:rsidRPr="006B435F">
              <w:rPr>
                <w:w w:val="105"/>
                <w:sz w:val="18"/>
                <w:szCs w:val="18"/>
              </w:rPr>
              <w:t>1</w:t>
            </w:r>
            <w:r w:rsidRPr="006B435F">
              <w:rPr>
                <w:spacing w:val="-1"/>
                <w:w w:val="105"/>
                <w:sz w:val="18"/>
                <w:szCs w:val="18"/>
              </w:rPr>
              <w:t xml:space="preserve"> </w:t>
            </w:r>
            <w:r w:rsidRPr="006B435F">
              <w:rPr>
                <w:w w:val="105"/>
                <w:sz w:val="18"/>
                <w:szCs w:val="18"/>
              </w:rPr>
              <w:t>exemplar</w:t>
            </w:r>
            <w:r w:rsidRPr="006B435F">
              <w:rPr>
                <w:spacing w:val="-1"/>
                <w:w w:val="105"/>
                <w:sz w:val="18"/>
                <w:szCs w:val="18"/>
              </w:rPr>
              <w:t xml:space="preserve"> </w:t>
            </w:r>
            <w:r w:rsidRPr="006B435F">
              <w:rPr>
                <w:w w:val="105"/>
                <w:sz w:val="18"/>
                <w:szCs w:val="18"/>
              </w:rPr>
              <w:t>original, în</w:t>
            </w:r>
            <w:r w:rsidRPr="006B435F">
              <w:rPr>
                <w:spacing w:val="-1"/>
                <w:w w:val="105"/>
                <w:sz w:val="18"/>
                <w:szCs w:val="18"/>
              </w:rPr>
              <w:t xml:space="preserve"> </w:t>
            </w:r>
            <w:r w:rsidRPr="006B435F">
              <w:rPr>
                <w:w w:val="105"/>
                <w:sz w:val="18"/>
                <w:szCs w:val="18"/>
              </w:rPr>
              <w:t>format</w:t>
            </w:r>
            <w:r w:rsidRPr="006B435F">
              <w:rPr>
                <w:spacing w:val="-1"/>
                <w:w w:val="105"/>
                <w:sz w:val="18"/>
                <w:szCs w:val="18"/>
              </w:rPr>
              <w:t xml:space="preserve"> </w:t>
            </w:r>
            <w:r w:rsidRPr="006B435F">
              <w:rPr>
                <w:w w:val="105"/>
                <w:sz w:val="18"/>
                <w:szCs w:val="18"/>
              </w:rPr>
              <w:t>letric,</w:t>
            </w:r>
            <w:r w:rsidRPr="006B435F">
              <w:rPr>
                <w:spacing w:val="-1"/>
                <w:w w:val="105"/>
                <w:sz w:val="18"/>
                <w:szCs w:val="18"/>
              </w:rPr>
              <w:t xml:space="preserve"> </w:t>
            </w:r>
            <w:r w:rsidRPr="006B435F">
              <w:rPr>
                <w:w w:val="105"/>
                <w:sz w:val="18"/>
                <w:szCs w:val="18"/>
              </w:rPr>
              <w:t>acolo</w:t>
            </w:r>
            <w:r w:rsidRPr="006B435F">
              <w:rPr>
                <w:spacing w:val="-1"/>
                <w:w w:val="105"/>
                <w:sz w:val="18"/>
                <w:szCs w:val="18"/>
              </w:rPr>
              <w:t xml:space="preserve"> </w:t>
            </w:r>
            <w:r w:rsidRPr="006B435F">
              <w:rPr>
                <w:w w:val="105"/>
                <w:sz w:val="18"/>
                <w:szCs w:val="18"/>
              </w:rPr>
              <w:t>unde</w:t>
            </w:r>
            <w:r w:rsidRPr="006B435F">
              <w:rPr>
                <w:spacing w:val="-1"/>
                <w:w w:val="105"/>
                <w:sz w:val="18"/>
                <w:szCs w:val="18"/>
              </w:rPr>
              <w:t xml:space="preserve"> </w:t>
            </w:r>
            <w:r w:rsidRPr="006B435F">
              <w:rPr>
                <w:w w:val="105"/>
                <w:sz w:val="18"/>
                <w:szCs w:val="18"/>
              </w:rPr>
              <w:t>autoritatea</w:t>
            </w:r>
            <w:r w:rsidRPr="006B435F">
              <w:rPr>
                <w:spacing w:val="-1"/>
                <w:w w:val="105"/>
                <w:sz w:val="18"/>
                <w:szCs w:val="18"/>
              </w:rPr>
              <w:t xml:space="preserve"> </w:t>
            </w:r>
            <w:r w:rsidRPr="006B435F">
              <w:rPr>
                <w:w w:val="105"/>
                <w:sz w:val="18"/>
                <w:szCs w:val="18"/>
              </w:rPr>
              <w:t>are</w:t>
            </w:r>
            <w:r w:rsidRPr="006B435F">
              <w:rPr>
                <w:spacing w:val="-1"/>
                <w:w w:val="105"/>
                <w:sz w:val="18"/>
                <w:szCs w:val="18"/>
              </w:rPr>
              <w:t xml:space="preserve"> </w:t>
            </w:r>
            <w:r w:rsidRPr="006B435F">
              <w:rPr>
                <w:w w:val="105"/>
                <w:sz w:val="18"/>
                <w:szCs w:val="18"/>
              </w:rPr>
              <w:t>posibilitatea</w:t>
            </w:r>
            <w:r w:rsidRPr="006B435F">
              <w:rPr>
                <w:spacing w:val="-1"/>
                <w:w w:val="105"/>
                <w:sz w:val="18"/>
                <w:szCs w:val="18"/>
              </w:rPr>
              <w:t xml:space="preserve"> </w:t>
            </w:r>
            <w:r w:rsidRPr="006B435F">
              <w:rPr>
                <w:w w:val="105"/>
                <w:sz w:val="18"/>
                <w:szCs w:val="18"/>
              </w:rPr>
              <w:t>de</w:t>
            </w:r>
            <w:r w:rsidRPr="006B435F">
              <w:rPr>
                <w:spacing w:val="-1"/>
                <w:w w:val="105"/>
                <w:sz w:val="18"/>
                <w:szCs w:val="18"/>
              </w:rPr>
              <w:t xml:space="preserve"> </w:t>
            </w:r>
            <w:r w:rsidRPr="006B435F">
              <w:rPr>
                <w:w w:val="105"/>
                <w:sz w:val="18"/>
                <w:szCs w:val="18"/>
              </w:rPr>
              <w:t>a</w:t>
            </w:r>
            <w:r w:rsidRPr="006B435F">
              <w:rPr>
                <w:spacing w:val="-1"/>
                <w:w w:val="105"/>
                <w:sz w:val="18"/>
                <w:szCs w:val="18"/>
              </w:rPr>
              <w:t xml:space="preserve"> </w:t>
            </w:r>
            <w:r w:rsidRPr="006B435F">
              <w:rPr>
                <w:w w:val="105"/>
                <w:sz w:val="18"/>
                <w:szCs w:val="18"/>
              </w:rPr>
              <w:t>arhiva în</w:t>
            </w:r>
            <w:r w:rsidRPr="006B435F">
              <w:rPr>
                <w:spacing w:val="-1"/>
                <w:w w:val="105"/>
                <w:sz w:val="18"/>
                <w:szCs w:val="18"/>
              </w:rPr>
              <w:t xml:space="preserve"> </w:t>
            </w:r>
            <w:r w:rsidRPr="006B435F">
              <w:rPr>
                <w:w w:val="105"/>
                <w:sz w:val="18"/>
                <w:szCs w:val="18"/>
              </w:rPr>
              <w:t>format</w:t>
            </w:r>
            <w:r w:rsidRPr="006B435F">
              <w:rPr>
                <w:spacing w:val="-1"/>
                <w:w w:val="105"/>
                <w:sz w:val="18"/>
                <w:szCs w:val="18"/>
              </w:rPr>
              <w:t xml:space="preserve"> </w:t>
            </w:r>
            <w:r w:rsidRPr="006B435F">
              <w:rPr>
                <w:w w:val="105"/>
                <w:sz w:val="18"/>
                <w:szCs w:val="18"/>
              </w:rPr>
              <w:t>digital)</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Borders>
              <w:top w:val="single" w:sz="4" w:space="0" w:color="767676"/>
              <w:left w:val="single" w:sz="4" w:space="0" w:color="767676"/>
              <w:bottom w:val="single" w:sz="4" w:space="0" w:color="767676"/>
              <w:right w:val="single" w:sz="4" w:space="0" w:color="767676"/>
            </w:tcBorders>
          </w:tcPr>
          <w:p w:rsidR="00D8598E" w:rsidRPr="006B435F" w:rsidRDefault="00D8598E" w:rsidP="00D8598E">
            <w:pPr>
              <w:pStyle w:val="TableParagraph"/>
              <w:numPr>
                <w:ilvl w:val="0"/>
                <w:numId w:val="25"/>
              </w:numPr>
              <w:tabs>
                <w:tab w:val="left" w:pos="276"/>
              </w:tabs>
              <w:spacing w:before="6" w:line="180" w:lineRule="exact"/>
              <w:ind w:hanging="172"/>
              <w:rPr>
                <w:sz w:val="18"/>
                <w:szCs w:val="18"/>
              </w:rPr>
            </w:pPr>
            <w:r w:rsidRPr="006B435F">
              <w:rPr>
                <w:w w:val="105"/>
                <w:sz w:val="18"/>
                <w:szCs w:val="18"/>
              </w:rPr>
              <w:t>d)</w:t>
            </w:r>
            <w:r w:rsidRPr="006B435F">
              <w:rPr>
                <w:spacing w:val="-9"/>
                <w:w w:val="105"/>
                <w:sz w:val="18"/>
                <w:szCs w:val="18"/>
              </w:rPr>
              <w:t xml:space="preserve"> </w:t>
            </w:r>
            <w:r w:rsidRPr="006B435F">
              <w:rPr>
                <w:w w:val="105"/>
                <w:sz w:val="18"/>
                <w:szCs w:val="18"/>
              </w:rPr>
              <w:t>referatele</w:t>
            </w:r>
            <w:r w:rsidRPr="006B435F">
              <w:rPr>
                <w:spacing w:val="-9"/>
                <w:w w:val="105"/>
                <w:sz w:val="18"/>
                <w:szCs w:val="18"/>
              </w:rPr>
              <w:t xml:space="preserve"> </w:t>
            </w:r>
            <w:r w:rsidRPr="006B435F">
              <w:rPr>
                <w:w w:val="105"/>
                <w:sz w:val="18"/>
                <w:szCs w:val="18"/>
              </w:rPr>
              <w:t>de</w:t>
            </w:r>
            <w:r w:rsidRPr="006B435F">
              <w:rPr>
                <w:spacing w:val="-7"/>
                <w:w w:val="105"/>
                <w:sz w:val="18"/>
                <w:szCs w:val="18"/>
              </w:rPr>
              <w:t xml:space="preserve"> </w:t>
            </w:r>
            <w:r w:rsidRPr="006B435F">
              <w:rPr>
                <w:w w:val="105"/>
                <w:sz w:val="18"/>
                <w:szCs w:val="18"/>
              </w:rPr>
              <w:t>verificare</w:t>
            </w:r>
            <w:r w:rsidRPr="006B435F">
              <w:rPr>
                <w:spacing w:val="-9"/>
                <w:w w:val="105"/>
                <w:sz w:val="18"/>
                <w:szCs w:val="18"/>
              </w:rPr>
              <w:t xml:space="preserve"> </w:t>
            </w:r>
            <w:r w:rsidRPr="006B435F">
              <w:rPr>
                <w:w w:val="105"/>
                <w:sz w:val="18"/>
                <w:szCs w:val="18"/>
              </w:rPr>
              <w:t>ale</w:t>
            </w:r>
            <w:r w:rsidRPr="006B435F">
              <w:rPr>
                <w:spacing w:val="-8"/>
                <w:w w:val="105"/>
                <w:sz w:val="18"/>
                <w:szCs w:val="18"/>
              </w:rPr>
              <w:t xml:space="preserve"> </w:t>
            </w:r>
            <w:r w:rsidRPr="006B435F">
              <w:rPr>
                <w:w w:val="105"/>
                <w:sz w:val="18"/>
                <w:szCs w:val="18"/>
              </w:rPr>
              <w:t>proiectului,</w:t>
            </w:r>
            <w:r w:rsidRPr="006B435F">
              <w:rPr>
                <w:spacing w:val="-9"/>
                <w:w w:val="105"/>
                <w:sz w:val="18"/>
                <w:szCs w:val="18"/>
              </w:rPr>
              <w:t xml:space="preserve"> </w:t>
            </w:r>
            <w:r w:rsidRPr="006B435F">
              <w:rPr>
                <w:w w:val="105"/>
                <w:sz w:val="18"/>
                <w:szCs w:val="18"/>
              </w:rPr>
              <w:t>corespunzător</w:t>
            </w:r>
            <w:r w:rsidRPr="006B435F">
              <w:rPr>
                <w:spacing w:val="-8"/>
                <w:w w:val="105"/>
                <w:sz w:val="18"/>
                <w:szCs w:val="18"/>
              </w:rPr>
              <w:t xml:space="preserve"> </w:t>
            </w:r>
            <w:r w:rsidRPr="006B435F">
              <w:rPr>
                <w:w w:val="105"/>
                <w:sz w:val="18"/>
                <w:szCs w:val="18"/>
              </w:rPr>
              <w:t>clasei</w:t>
            </w:r>
            <w:r w:rsidRPr="006B435F">
              <w:rPr>
                <w:spacing w:val="-9"/>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consecințe</w:t>
            </w:r>
            <w:r w:rsidRPr="006B435F">
              <w:rPr>
                <w:spacing w:val="-9"/>
                <w:w w:val="105"/>
                <w:sz w:val="18"/>
                <w:szCs w:val="18"/>
              </w:rPr>
              <w:t xml:space="preserve"> </w:t>
            </w:r>
            <w:r w:rsidRPr="006B435F">
              <w:rPr>
                <w:w w:val="105"/>
                <w:sz w:val="18"/>
                <w:szCs w:val="18"/>
              </w:rPr>
              <w:t>a</w:t>
            </w:r>
            <w:r w:rsidRPr="006B435F">
              <w:rPr>
                <w:spacing w:val="-8"/>
                <w:w w:val="105"/>
                <w:sz w:val="18"/>
                <w:szCs w:val="18"/>
              </w:rPr>
              <w:t xml:space="preserve"> </w:t>
            </w:r>
            <w:r w:rsidRPr="006B435F">
              <w:rPr>
                <w:w w:val="105"/>
                <w:sz w:val="18"/>
                <w:szCs w:val="18"/>
              </w:rPr>
              <w:t>obiectivului</w:t>
            </w:r>
            <w:r w:rsidRPr="006B435F">
              <w:rPr>
                <w:spacing w:val="-9"/>
                <w:w w:val="105"/>
                <w:sz w:val="18"/>
                <w:szCs w:val="18"/>
              </w:rPr>
              <w:t xml:space="preserve"> </w:t>
            </w:r>
            <w:r w:rsidRPr="006B435F">
              <w:rPr>
                <w:w w:val="105"/>
                <w:sz w:val="18"/>
                <w:szCs w:val="18"/>
              </w:rPr>
              <w:t>(câte</w:t>
            </w:r>
            <w:r w:rsidRPr="006B435F">
              <w:rPr>
                <w:spacing w:val="-8"/>
                <w:w w:val="105"/>
                <w:sz w:val="18"/>
                <w:szCs w:val="18"/>
              </w:rPr>
              <w:t xml:space="preserve"> </w:t>
            </w:r>
            <w:r w:rsidRPr="006B435F">
              <w:rPr>
                <w:w w:val="105"/>
                <w:sz w:val="18"/>
                <w:szCs w:val="18"/>
              </w:rPr>
              <w:t>1</w:t>
            </w:r>
            <w:r w:rsidRPr="006B435F">
              <w:rPr>
                <w:spacing w:val="-9"/>
                <w:w w:val="105"/>
                <w:sz w:val="18"/>
                <w:szCs w:val="18"/>
              </w:rPr>
              <w:t xml:space="preserve"> </w:t>
            </w:r>
            <w:r w:rsidRPr="006B435F">
              <w:rPr>
                <w:w w:val="105"/>
                <w:sz w:val="18"/>
                <w:szCs w:val="18"/>
              </w:rPr>
              <w:t>exemplar</w:t>
            </w:r>
            <w:r w:rsidRPr="006B435F">
              <w:rPr>
                <w:spacing w:val="-8"/>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Borders>
              <w:top w:val="single" w:sz="4" w:space="0" w:color="767676"/>
              <w:left w:val="single" w:sz="4" w:space="0" w:color="767676"/>
              <w:right w:val="single" w:sz="4" w:space="0" w:color="767676"/>
            </w:tcBorders>
          </w:tcPr>
          <w:p w:rsidR="00D8598E" w:rsidRPr="006B435F" w:rsidRDefault="00D8598E" w:rsidP="00D8598E">
            <w:pPr>
              <w:pStyle w:val="TableParagraph"/>
              <w:numPr>
                <w:ilvl w:val="0"/>
                <w:numId w:val="24"/>
              </w:numPr>
              <w:tabs>
                <w:tab w:val="left" w:pos="276"/>
                <w:tab w:val="left" w:leader="dot" w:pos="5660"/>
              </w:tabs>
              <w:spacing w:line="181" w:lineRule="exact"/>
              <w:ind w:hanging="172"/>
              <w:rPr>
                <w:sz w:val="18"/>
                <w:szCs w:val="18"/>
              </w:rPr>
            </w:pPr>
            <w:r w:rsidRPr="006B435F">
              <w:rPr>
                <w:w w:val="105"/>
                <w:sz w:val="18"/>
                <w:szCs w:val="18"/>
              </w:rPr>
              <w:t>e)</w:t>
            </w:r>
            <w:r w:rsidRPr="006B435F">
              <w:rPr>
                <w:spacing w:val="-8"/>
                <w:w w:val="105"/>
                <w:sz w:val="18"/>
                <w:szCs w:val="18"/>
              </w:rPr>
              <w:t xml:space="preserve"> </w:t>
            </w:r>
            <w:r w:rsidRPr="006B435F">
              <w:rPr>
                <w:w w:val="105"/>
                <w:sz w:val="18"/>
                <w:szCs w:val="18"/>
              </w:rPr>
              <w:t>avizele</w:t>
            </w:r>
            <w:r w:rsidRPr="006B435F">
              <w:rPr>
                <w:spacing w:val="-7"/>
                <w:w w:val="105"/>
                <w:sz w:val="18"/>
                <w:szCs w:val="18"/>
              </w:rPr>
              <w:t xml:space="preserve"> </w:t>
            </w:r>
            <w:r w:rsidRPr="006B435F">
              <w:rPr>
                <w:w w:val="105"/>
                <w:sz w:val="18"/>
                <w:szCs w:val="18"/>
              </w:rPr>
              <w:t>și</w:t>
            </w:r>
            <w:r w:rsidRPr="006B435F">
              <w:rPr>
                <w:spacing w:val="-8"/>
                <w:w w:val="105"/>
                <w:sz w:val="18"/>
                <w:szCs w:val="18"/>
              </w:rPr>
              <w:t xml:space="preserve"> </w:t>
            </w:r>
            <w:r w:rsidRPr="006B435F">
              <w:rPr>
                <w:w w:val="105"/>
                <w:sz w:val="18"/>
                <w:szCs w:val="18"/>
              </w:rPr>
              <w:t>acordurile</w:t>
            </w:r>
            <w:r w:rsidRPr="006B435F">
              <w:rPr>
                <w:spacing w:val="-7"/>
                <w:w w:val="105"/>
                <w:sz w:val="18"/>
                <w:szCs w:val="18"/>
              </w:rPr>
              <w:t xml:space="preserve"> </w:t>
            </w:r>
            <w:r w:rsidRPr="006B435F">
              <w:rPr>
                <w:w w:val="105"/>
                <w:sz w:val="18"/>
                <w:szCs w:val="18"/>
              </w:rPr>
              <w:t>stabilite</w:t>
            </w:r>
            <w:r w:rsidRPr="006B435F">
              <w:rPr>
                <w:spacing w:val="-7"/>
                <w:w w:val="105"/>
                <w:sz w:val="18"/>
                <w:szCs w:val="18"/>
              </w:rPr>
              <w:t xml:space="preserve"> </w:t>
            </w:r>
            <w:r w:rsidRPr="006B435F">
              <w:rPr>
                <w:w w:val="105"/>
                <w:sz w:val="18"/>
                <w:szCs w:val="18"/>
              </w:rPr>
              <w:t>prin</w:t>
            </w:r>
            <w:r w:rsidRPr="006B435F">
              <w:rPr>
                <w:spacing w:val="-8"/>
                <w:w w:val="105"/>
                <w:sz w:val="18"/>
                <w:szCs w:val="18"/>
              </w:rPr>
              <w:t xml:space="preserve"> </w:t>
            </w:r>
            <w:r w:rsidRPr="006B435F">
              <w:rPr>
                <w:w w:val="105"/>
                <w:sz w:val="18"/>
                <w:szCs w:val="18"/>
              </w:rPr>
              <w:t>certificatul</w:t>
            </w:r>
            <w:r w:rsidRPr="006B435F">
              <w:rPr>
                <w:spacing w:val="-7"/>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urbanism</w:t>
            </w:r>
            <w:r w:rsidRPr="006B435F">
              <w:rPr>
                <w:spacing w:val="-7"/>
                <w:w w:val="105"/>
                <w:sz w:val="18"/>
                <w:szCs w:val="18"/>
              </w:rPr>
              <w:t xml:space="preserve"> </w:t>
            </w:r>
            <w:r w:rsidRPr="006B435F">
              <w:rPr>
                <w:w w:val="105"/>
                <w:sz w:val="18"/>
                <w:szCs w:val="18"/>
              </w:rPr>
              <w:t>nr.</w:t>
            </w:r>
            <w:r w:rsidRPr="006B435F">
              <w:rPr>
                <w:spacing w:val="-7"/>
                <w:w w:val="105"/>
                <w:sz w:val="18"/>
                <w:szCs w:val="18"/>
              </w:rPr>
              <w:t xml:space="preserve"> </w:t>
            </w:r>
            <w:r w:rsidRPr="006B435F">
              <w:rPr>
                <w:w w:val="105"/>
                <w:sz w:val="18"/>
                <w:szCs w:val="18"/>
              </w:rPr>
              <w:t>……</w:t>
            </w:r>
            <w:r w:rsidRPr="006B435F">
              <w:rPr>
                <w:spacing w:val="-8"/>
                <w:w w:val="105"/>
                <w:sz w:val="18"/>
                <w:szCs w:val="18"/>
              </w:rPr>
              <w:t xml:space="preserve"> </w:t>
            </w:r>
            <w:r w:rsidRPr="006B435F">
              <w:rPr>
                <w:spacing w:val="-5"/>
                <w:w w:val="105"/>
                <w:sz w:val="18"/>
                <w:szCs w:val="18"/>
              </w:rPr>
              <w:t>din</w:t>
            </w:r>
            <w:r w:rsidRPr="006B435F">
              <w:rPr>
                <w:sz w:val="18"/>
                <w:szCs w:val="18"/>
              </w:rPr>
              <w:tab/>
            </w:r>
            <w:r w:rsidRPr="006B435F">
              <w:rPr>
                <w:w w:val="105"/>
                <w:sz w:val="18"/>
                <w:szCs w:val="18"/>
              </w:rPr>
              <w:t>(câte</w:t>
            </w:r>
            <w:r w:rsidRPr="006B435F">
              <w:rPr>
                <w:spacing w:val="-7"/>
                <w:w w:val="105"/>
                <w:sz w:val="18"/>
                <w:szCs w:val="18"/>
              </w:rPr>
              <w:t xml:space="preserve"> </w:t>
            </w:r>
            <w:r w:rsidRPr="006B435F">
              <w:rPr>
                <w:w w:val="105"/>
                <w:sz w:val="18"/>
                <w:szCs w:val="18"/>
              </w:rPr>
              <w:t>1</w:t>
            </w:r>
            <w:r w:rsidRPr="006B435F">
              <w:rPr>
                <w:spacing w:val="-6"/>
                <w:w w:val="105"/>
                <w:sz w:val="18"/>
                <w:szCs w:val="18"/>
              </w:rPr>
              <w:t xml:space="preserve"> </w:t>
            </w:r>
            <w:r w:rsidRPr="006B435F">
              <w:rPr>
                <w:w w:val="105"/>
                <w:sz w:val="18"/>
                <w:szCs w:val="18"/>
              </w:rPr>
              <w:t>exemplar</w:t>
            </w:r>
            <w:r w:rsidRPr="006B435F">
              <w:rPr>
                <w:spacing w:val="-6"/>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1483"/>
        </w:trPr>
        <w:tc>
          <w:tcPr>
            <w:tcW w:w="10915" w:type="dxa"/>
            <w:gridSpan w:val="7"/>
          </w:tcPr>
          <w:p w:rsidR="00D8598E" w:rsidRPr="006B435F" w:rsidRDefault="00173496" w:rsidP="006B435F">
            <w:pPr>
              <w:pStyle w:val="TableParagraph"/>
              <w:rPr>
                <w:i/>
                <w:sz w:val="18"/>
                <w:szCs w:val="18"/>
              </w:rPr>
            </w:pPr>
            <w:r>
              <w:rPr>
                <w:i/>
                <w:sz w:val="18"/>
                <w:szCs w:val="18"/>
              </w:rPr>
              <w:pict>
                <v:group id="docshapegroup91" o:spid="_x0000_s1026" style="position:absolute;left:0;text-align:left;margin-left:3.8pt;margin-top:69.6pt;width:459.85pt;height:.7pt;z-index:-251658240;mso-position-horizontal-relative:text;mso-position-vertical-relative:text" coordorigin="76,1392" coordsize="9197,14">
                  <v:line id="_x0000_s1027" style="position:absolute" from="76,1399" to="9272,1399" strokecolor="#999" strokeweight=".24625mm">
                    <v:stroke dashstyle="1 1"/>
                  </v:line>
                </v:group>
              </w:pict>
            </w:r>
            <w:r w:rsidR="00D8598E" w:rsidRPr="006B435F">
              <w:rPr>
                <w:i/>
                <w:color w:val="797979"/>
                <w:w w:val="105"/>
                <w:sz w:val="18"/>
                <w:szCs w:val="18"/>
              </w:rPr>
              <w:t>avizele</w:t>
            </w:r>
            <w:r w:rsidR="00D8598E" w:rsidRPr="006B435F">
              <w:rPr>
                <w:i/>
                <w:color w:val="797979"/>
                <w:spacing w:val="-9"/>
                <w:w w:val="105"/>
                <w:sz w:val="18"/>
                <w:szCs w:val="18"/>
              </w:rPr>
              <w:t xml:space="preserve"> </w:t>
            </w:r>
            <w:r w:rsidR="00D8598E" w:rsidRPr="006B435F">
              <w:rPr>
                <w:i/>
                <w:color w:val="797979"/>
                <w:w w:val="105"/>
                <w:sz w:val="18"/>
                <w:szCs w:val="18"/>
              </w:rPr>
              <w:t>și</w:t>
            </w:r>
            <w:r w:rsidR="00D8598E" w:rsidRPr="006B435F">
              <w:rPr>
                <w:i/>
                <w:color w:val="797979"/>
                <w:spacing w:val="-10"/>
                <w:w w:val="105"/>
                <w:sz w:val="18"/>
                <w:szCs w:val="18"/>
              </w:rPr>
              <w:t xml:space="preserve"> </w:t>
            </w:r>
            <w:r w:rsidR="00D8598E" w:rsidRPr="006B435F">
              <w:rPr>
                <w:i/>
                <w:color w:val="797979"/>
                <w:w w:val="105"/>
                <w:sz w:val="18"/>
                <w:szCs w:val="18"/>
              </w:rPr>
              <w:t>acordurile</w:t>
            </w:r>
            <w:r w:rsidR="00D8598E" w:rsidRPr="006B435F">
              <w:rPr>
                <w:i/>
                <w:color w:val="797979"/>
                <w:spacing w:val="-9"/>
                <w:w w:val="105"/>
                <w:sz w:val="18"/>
                <w:szCs w:val="18"/>
              </w:rPr>
              <w:t xml:space="preserve"> </w:t>
            </w:r>
            <w:r w:rsidR="00D8598E" w:rsidRPr="006B435F">
              <w:rPr>
                <w:i/>
                <w:color w:val="797979"/>
                <w:w w:val="105"/>
                <w:sz w:val="18"/>
                <w:szCs w:val="18"/>
              </w:rPr>
              <w:t>anexate</w:t>
            </w:r>
            <w:r w:rsidR="00D8598E" w:rsidRPr="006B435F">
              <w:rPr>
                <w:i/>
                <w:color w:val="797979"/>
                <w:spacing w:val="-8"/>
                <w:w w:val="105"/>
                <w:sz w:val="18"/>
                <w:szCs w:val="18"/>
              </w:rPr>
              <w:t xml:space="preserve"> </w:t>
            </w:r>
            <w:r w:rsidR="00D8598E" w:rsidRPr="006B435F">
              <w:rPr>
                <w:i/>
                <w:color w:val="797979"/>
                <w:w w:val="105"/>
                <w:sz w:val="18"/>
                <w:szCs w:val="18"/>
              </w:rPr>
              <w:t>—</w:t>
            </w:r>
            <w:r w:rsidR="00D8598E" w:rsidRPr="006B435F">
              <w:rPr>
                <w:i/>
                <w:color w:val="797979"/>
                <w:spacing w:val="-9"/>
                <w:w w:val="105"/>
                <w:sz w:val="18"/>
                <w:szCs w:val="18"/>
              </w:rPr>
              <w:t xml:space="preserve"> </w:t>
            </w:r>
            <w:r w:rsidR="00D8598E" w:rsidRPr="006B435F">
              <w:rPr>
                <w:i/>
                <w:color w:val="797979"/>
                <w:spacing w:val="-2"/>
                <w:w w:val="105"/>
                <w:sz w:val="18"/>
                <w:szCs w:val="18"/>
              </w:rPr>
              <w:t>enumerare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Pr>
          <w:p w:rsidR="00D8598E" w:rsidRPr="006B435F" w:rsidRDefault="00D8598E" w:rsidP="00D8598E">
            <w:pPr>
              <w:pStyle w:val="TableParagraph"/>
              <w:numPr>
                <w:ilvl w:val="0"/>
                <w:numId w:val="23"/>
              </w:numPr>
              <w:tabs>
                <w:tab w:val="left" w:pos="276"/>
              </w:tabs>
              <w:spacing w:before="0" w:line="180" w:lineRule="atLeast"/>
              <w:ind w:right="402" w:firstLine="0"/>
              <w:rPr>
                <w:sz w:val="18"/>
                <w:szCs w:val="18"/>
              </w:rPr>
            </w:pPr>
            <w:r w:rsidRPr="006B435F">
              <w:rPr>
                <w:w w:val="105"/>
                <w:sz w:val="18"/>
                <w:szCs w:val="18"/>
              </w:rPr>
              <w:t>f)</w:t>
            </w:r>
            <w:r w:rsidRPr="006B435F">
              <w:rPr>
                <w:spacing w:val="-8"/>
                <w:w w:val="105"/>
                <w:sz w:val="18"/>
                <w:szCs w:val="18"/>
              </w:rPr>
              <w:t xml:space="preserve"> </w:t>
            </w:r>
            <w:r w:rsidRPr="006B435F">
              <w:rPr>
                <w:w w:val="105"/>
                <w:sz w:val="18"/>
                <w:szCs w:val="18"/>
              </w:rPr>
              <w:t>punctul</w:t>
            </w:r>
            <w:r w:rsidRPr="006B435F">
              <w:rPr>
                <w:spacing w:val="-8"/>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vedere</w:t>
            </w:r>
            <w:r w:rsidRPr="006B435F">
              <w:rPr>
                <w:spacing w:val="-8"/>
                <w:w w:val="105"/>
                <w:sz w:val="18"/>
                <w:szCs w:val="18"/>
              </w:rPr>
              <w:t xml:space="preserve"> </w:t>
            </w:r>
            <w:r w:rsidRPr="006B435F">
              <w:rPr>
                <w:w w:val="105"/>
                <w:sz w:val="18"/>
                <w:szCs w:val="18"/>
              </w:rPr>
              <w:t>sau</w:t>
            </w:r>
            <w:r w:rsidRPr="006B435F">
              <w:rPr>
                <w:spacing w:val="-8"/>
                <w:w w:val="105"/>
                <w:sz w:val="18"/>
                <w:szCs w:val="18"/>
              </w:rPr>
              <w:t xml:space="preserve"> </w:t>
            </w:r>
            <w:r w:rsidRPr="006B435F">
              <w:rPr>
                <w:w w:val="105"/>
                <w:sz w:val="18"/>
                <w:szCs w:val="18"/>
              </w:rPr>
              <w:t>actul</w:t>
            </w:r>
            <w:r w:rsidRPr="006B435F">
              <w:rPr>
                <w:spacing w:val="-8"/>
                <w:w w:val="105"/>
                <w:sz w:val="18"/>
                <w:szCs w:val="18"/>
              </w:rPr>
              <w:t xml:space="preserve"> </w:t>
            </w:r>
            <w:r w:rsidRPr="006B435F">
              <w:rPr>
                <w:w w:val="105"/>
                <w:sz w:val="18"/>
                <w:szCs w:val="18"/>
              </w:rPr>
              <w:t>administrativ</w:t>
            </w:r>
            <w:r w:rsidRPr="006B435F">
              <w:rPr>
                <w:spacing w:val="-8"/>
                <w:w w:val="105"/>
                <w:sz w:val="18"/>
                <w:szCs w:val="18"/>
              </w:rPr>
              <w:t xml:space="preserve"> </w:t>
            </w:r>
            <w:r w:rsidRPr="006B435F">
              <w:rPr>
                <w:w w:val="105"/>
                <w:sz w:val="18"/>
                <w:szCs w:val="18"/>
              </w:rPr>
              <w:t>al</w:t>
            </w:r>
            <w:r w:rsidRPr="006B435F">
              <w:rPr>
                <w:spacing w:val="-8"/>
                <w:w w:val="105"/>
                <w:sz w:val="18"/>
                <w:szCs w:val="18"/>
              </w:rPr>
              <w:t xml:space="preserve"> </w:t>
            </w:r>
            <w:r w:rsidRPr="006B435F">
              <w:rPr>
                <w:w w:val="105"/>
                <w:sz w:val="18"/>
                <w:szCs w:val="18"/>
              </w:rPr>
              <w:t>autorității</w:t>
            </w:r>
            <w:r w:rsidRPr="006B435F">
              <w:rPr>
                <w:spacing w:val="-8"/>
                <w:w w:val="105"/>
                <w:sz w:val="18"/>
                <w:szCs w:val="18"/>
              </w:rPr>
              <w:t xml:space="preserve"> </w:t>
            </w:r>
            <w:r w:rsidRPr="006B435F">
              <w:rPr>
                <w:w w:val="105"/>
                <w:sz w:val="18"/>
                <w:szCs w:val="18"/>
              </w:rPr>
              <w:t>competente</w:t>
            </w:r>
            <w:r w:rsidRPr="006B435F">
              <w:rPr>
                <w:spacing w:val="-8"/>
                <w:w w:val="105"/>
                <w:sz w:val="18"/>
                <w:szCs w:val="18"/>
              </w:rPr>
              <w:t xml:space="preserve"> </w:t>
            </w:r>
            <w:r w:rsidRPr="006B435F">
              <w:rPr>
                <w:w w:val="105"/>
                <w:sz w:val="18"/>
                <w:szCs w:val="18"/>
              </w:rPr>
              <w:t>pentru</w:t>
            </w:r>
            <w:r w:rsidRPr="006B435F">
              <w:rPr>
                <w:spacing w:val="-8"/>
                <w:w w:val="105"/>
                <w:sz w:val="18"/>
                <w:szCs w:val="18"/>
              </w:rPr>
              <w:t xml:space="preserve"> </w:t>
            </w:r>
            <w:r w:rsidRPr="006B435F">
              <w:rPr>
                <w:w w:val="105"/>
                <w:sz w:val="18"/>
                <w:szCs w:val="18"/>
              </w:rPr>
              <w:t>protecția</w:t>
            </w:r>
            <w:r w:rsidRPr="006B435F">
              <w:rPr>
                <w:spacing w:val="-8"/>
                <w:w w:val="105"/>
                <w:sz w:val="18"/>
                <w:szCs w:val="18"/>
              </w:rPr>
              <w:t xml:space="preserve"> </w:t>
            </w:r>
            <w:r w:rsidRPr="006B435F">
              <w:rPr>
                <w:w w:val="105"/>
                <w:sz w:val="18"/>
                <w:szCs w:val="18"/>
              </w:rPr>
              <w:t>mediului,</w:t>
            </w:r>
            <w:r w:rsidRPr="006B435F">
              <w:rPr>
                <w:spacing w:val="-8"/>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cazul</w:t>
            </w:r>
            <w:r w:rsidRPr="006B435F">
              <w:rPr>
                <w:spacing w:val="-8"/>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care</w:t>
            </w:r>
            <w:r w:rsidRPr="006B435F">
              <w:rPr>
                <w:spacing w:val="-8"/>
                <w:w w:val="105"/>
                <w:sz w:val="18"/>
                <w:szCs w:val="18"/>
              </w:rPr>
              <w:t xml:space="preserve"> </w:t>
            </w:r>
            <w:r w:rsidRPr="006B435F">
              <w:rPr>
                <w:w w:val="105"/>
                <w:sz w:val="18"/>
                <w:szCs w:val="18"/>
              </w:rPr>
              <w:t>a</w:t>
            </w:r>
            <w:r w:rsidRPr="006B435F">
              <w:rPr>
                <w:spacing w:val="-8"/>
                <w:w w:val="105"/>
                <w:sz w:val="18"/>
                <w:szCs w:val="18"/>
              </w:rPr>
              <w:t xml:space="preserve"> </w:t>
            </w:r>
            <w:r w:rsidRPr="006B435F">
              <w:rPr>
                <w:w w:val="105"/>
                <w:sz w:val="18"/>
                <w:szCs w:val="18"/>
              </w:rPr>
              <w:t>fost</w:t>
            </w:r>
            <w:r w:rsidRPr="006B435F">
              <w:rPr>
                <w:spacing w:val="-8"/>
                <w:w w:val="105"/>
                <w:sz w:val="18"/>
                <w:szCs w:val="18"/>
              </w:rPr>
              <w:t xml:space="preserve"> </w:t>
            </w:r>
            <w:r w:rsidRPr="006B435F">
              <w:rPr>
                <w:w w:val="105"/>
                <w:sz w:val="18"/>
                <w:szCs w:val="18"/>
              </w:rPr>
              <w:t>solicitată</w:t>
            </w:r>
            <w:r w:rsidRPr="006B435F">
              <w:rPr>
                <w:spacing w:val="-8"/>
                <w:w w:val="105"/>
                <w:sz w:val="18"/>
                <w:szCs w:val="18"/>
              </w:rPr>
              <w:t xml:space="preserve"> </w:t>
            </w:r>
            <w:r w:rsidRPr="006B435F">
              <w:rPr>
                <w:w w:val="105"/>
                <w:sz w:val="18"/>
                <w:szCs w:val="18"/>
              </w:rPr>
              <w:t>evaluarea,</w:t>
            </w:r>
            <w:r w:rsidRPr="006B435F">
              <w:rPr>
                <w:spacing w:val="-9"/>
                <w:w w:val="105"/>
                <w:sz w:val="18"/>
                <w:szCs w:val="18"/>
              </w:rPr>
              <w:t xml:space="preserve"> </w:t>
            </w:r>
            <w:r w:rsidRPr="006B435F">
              <w:rPr>
                <w:w w:val="105"/>
                <w:sz w:val="18"/>
                <w:szCs w:val="18"/>
              </w:rPr>
              <w:t>și</w:t>
            </w:r>
            <w:r w:rsidRPr="006B435F">
              <w:rPr>
                <w:spacing w:val="40"/>
                <w:w w:val="105"/>
                <w:sz w:val="18"/>
                <w:szCs w:val="18"/>
              </w:rPr>
              <w:t xml:space="preserve"> </w:t>
            </w:r>
            <w:r w:rsidRPr="006B435F">
              <w:rPr>
                <w:w w:val="105"/>
                <w:sz w:val="18"/>
                <w:szCs w:val="18"/>
              </w:rPr>
              <w:t>acordul de mediu, dacă este cazul (1 exemplar 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Pr>
          <w:p w:rsidR="00D8598E" w:rsidRPr="006B435F" w:rsidRDefault="00D8598E" w:rsidP="00D8598E">
            <w:pPr>
              <w:pStyle w:val="TableParagraph"/>
              <w:numPr>
                <w:ilvl w:val="0"/>
                <w:numId w:val="22"/>
              </w:numPr>
              <w:tabs>
                <w:tab w:val="left" w:pos="276"/>
              </w:tabs>
              <w:spacing w:line="181" w:lineRule="exact"/>
              <w:ind w:hanging="172"/>
              <w:rPr>
                <w:sz w:val="18"/>
                <w:szCs w:val="18"/>
              </w:rPr>
            </w:pPr>
            <w:r w:rsidRPr="006B435F">
              <w:rPr>
                <w:w w:val="105"/>
                <w:sz w:val="18"/>
                <w:szCs w:val="18"/>
              </w:rPr>
              <w:t>g)</w:t>
            </w:r>
            <w:r w:rsidRPr="006B435F">
              <w:rPr>
                <w:spacing w:val="-8"/>
                <w:w w:val="105"/>
                <w:sz w:val="18"/>
                <w:szCs w:val="18"/>
              </w:rPr>
              <w:t xml:space="preserve"> </w:t>
            </w:r>
            <w:r w:rsidRPr="006B435F">
              <w:rPr>
                <w:w w:val="105"/>
                <w:sz w:val="18"/>
                <w:szCs w:val="18"/>
              </w:rPr>
              <w:t>declarația</w:t>
            </w:r>
            <w:r w:rsidRPr="006B435F">
              <w:rPr>
                <w:spacing w:val="-7"/>
                <w:w w:val="105"/>
                <w:sz w:val="18"/>
                <w:szCs w:val="18"/>
              </w:rPr>
              <w:t xml:space="preserve"> </w:t>
            </w:r>
            <w:r w:rsidRPr="006B435F">
              <w:rPr>
                <w:w w:val="105"/>
                <w:sz w:val="18"/>
                <w:szCs w:val="18"/>
              </w:rPr>
              <w:t>pe</w:t>
            </w:r>
            <w:r w:rsidRPr="006B435F">
              <w:rPr>
                <w:spacing w:val="-6"/>
                <w:w w:val="105"/>
                <w:sz w:val="18"/>
                <w:szCs w:val="18"/>
              </w:rPr>
              <w:t xml:space="preserve"> </w:t>
            </w:r>
            <w:r w:rsidRPr="006B435F">
              <w:rPr>
                <w:w w:val="105"/>
                <w:sz w:val="18"/>
                <w:szCs w:val="18"/>
              </w:rPr>
              <w:t>propria</w:t>
            </w:r>
            <w:r w:rsidRPr="006B435F">
              <w:rPr>
                <w:spacing w:val="-8"/>
                <w:w w:val="105"/>
                <w:sz w:val="18"/>
                <w:szCs w:val="18"/>
              </w:rPr>
              <w:t xml:space="preserve"> </w:t>
            </w:r>
            <w:r w:rsidRPr="006B435F">
              <w:rPr>
                <w:w w:val="105"/>
                <w:sz w:val="18"/>
                <w:szCs w:val="18"/>
              </w:rPr>
              <w:t>răspundere</w:t>
            </w:r>
            <w:r w:rsidRPr="006B435F">
              <w:rPr>
                <w:spacing w:val="-7"/>
                <w:w w:val="105"/>
                <w:sz w:val="18"/>
                <w:szCs w:val="18"/>
              </w:rPr>
              <w:t xml:space="preserve"> </w:t>
            </w:r>
            <w:r w:rsidRPr="006B435F">
              <w:rPr>
                <w:w w:val="105"/>
                <w:sz w:val="18"/>
                <w:szCs w:val="18"/>
              </w:rPr>
              <w:t>în</w:t>
            </w:r>
            <w:r w:rsidRPr="006B435F">
              <w:rPr>
                <w:spacing w:val="-6"/>
                <w:w w:val="105"/>
                <w:sz w:val="18"/>
                <w:szCs w:val="18"/>
              </w:rPr>
              <w:t xml:space="preserve"> </w:t>
            </w:r>
            <w:r w:rsidRPr="006B435F">
              <w:rPr>
                <w:w w:val="105"/>
                <w:sz w:val="18"/>
                <w:szCs w:val="18"/>
              </w:rPr>
              <w:t>cazul</w:t>
            </w:r>
            <w:r w:rsidRPr="006B435F">
              <w:rPr>
                <w:spacing w:val="-7"/>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care</w:t>
            </w:r>
            <w:r w:rsidRPr="006B435F">
              <w:rPr>
                <w:spacing w:val="-7"/>
                <w:w w:val="105"/>
                <w:sz w:val="18"/>
                <w:szCs w:val="18"/>
              </w:rPr>
              <w:t xml:space="preserve"> </w:t>
            </w:r>
            <w:r w:rsidRPr="006B435F">
              <w:rPr>
                <w:w w:val="105"/>
                <w:sz w:val="18"/>
                <w:szCs w:val="18"/>
              </w:rPr>
              <w:t>pentru</w:t>
            </w:r>
            <w:r w:rsidRPr="006B435F">
              <w:rPr>
                <w:spacing w:val="-7"/>
                <w:w w:val="105"/>
                <w:sz w:val="18"/>
                <w:szCs w:val="18"/>
              </w:rPr>
              <w:t xml:space="preserve"> </w:t>
            </w:r>
            <w:r w:rsidRPr="006B435F">
              <w:rPr>
                <w:w w:val="105"/>
                <w:sz w:val="18"/>
                <w:szCs w:val="18"/>
              </w:rPr>
              <w:t>anumite</w:t>
            </w:r>
            <w:r w:rsidRPr="006B435F">
              <w:rPr>
                <w:spacing w:val="-7"/>
                <w:w w:val="105"/>
                <w:sz w:val="18"/>
                <w:szCs w:val="18"/>
              </w:rPr>
              <w:t xml:space="preserve"> </w:t>
            </w:r>
            <w:r w:rsidRPr="006B435F">
              <w:rPr>
                <w:w w:val="105"/>
                <w:sz w:val="18"/>
                <w:szCs w:val="18"/>
              </w:rPr>
              <w:t>avize</w:t>
            </w:r>
            <w:r w:rsidRPr="006B435F">
              <w:rPr>
                <w:spacing w:val="-7"/>
                <w:w w:val="105"/>
                <w:sz w:val="18"/>
                <w:szCs w:val="18"/>
              </w:rPr>
              <w:t xml:space="preserve"> </w:t>
            </w:r>
            <w:r w:rsidRPr="006B435F">
              <w:rPr>
                <w:w w:val="105"/>
                <w:sz w:val="18"/>
                <w:szCs w:val="18"/>
              </w:rPr>
              <w:t>/</w:t>
            </w:r>
            <w:r w:rsidRPr="006B435F">
              <w:rPr>
                <w:spacing w:val="-7"/>
                <w:w w:val="105"/>
                <w:sz w:val="18"/>
                <w:szCs w:val="18"/>
              </w:rPr>
              <w:t xml:space="preserve"> </w:t>
            </w:r>
            <w:r w:rsidRPr="006B435F">
              <w:rPr>
                <w:w w:val="105"/>
                <w:sz w:val="18"/>
                <w:szCs w:val="18"/>
              </w:rPr>
              <w:t>acorduri</w:t>
            </w:r>
            <w:r w:rsidRPr="006B435F">
              <w:rPr>
                <w:spacing w:val="-7"/>
                <w:w w:val="105"/>
                <w:sz w:val="18"/>
                <w:szCs w:val="18"/>
              </w:rPr>
              <w:t xml:space="preserve"> </w:t>
            </w:r>
            <w:r w:rsidRPr="006B435F">
              <w:rPr>
                <w:w w:val="105"/>
                <w:sz w:val="18"/>
                <w:szCs w:val="18"/>
              </w:rPr>
              <w:t>se</w:t>
            </w:r>
            <w:r w:rsidRPr="006B435F">
              <w:rPr>
                <w:spacing w:val="-7"/>
                <w:w w:val="105"/>
                <w:sz w:val="18"/>
                <w:szCs w:val="18"/>
              </w:rPr>
              <w:t xml:space="preserve"> </w:t>
            </w:r>
            <w:r w:rsidRPr="006B435F">
              <w:rPr>
                <w:w w:val="105"/>
                <w:sz w:val="18"/>
                <w:szCs w:val="18"/>
              </w:rPr>
              <w:t>invocă</w:t>
            </w:r>
            <w:r w:rsidRPr="006B435F">
              <w:rPr>
                <w:spacing w:val="-7"/>
                <w:w w:val="105"/>
                <w:sz w:val="18"/>
                <w:szCs w:val="18"/>
              </w:rPr>
              <w:t xml:space="preserve"> </w:t>
            </w:r>
            <w:r w:rsidRPr="006B435F">
              <w:rPr>
                <w:w w:val="105"/>
                <w:sz w:val="18"/>
                <w:szCs w:val="18"/>
              </w:rPr>
              <w:t>acordarea</w:t>
            </w:r>
            <w:r w:rsidRPr="006B435F">
              <w:rPr>
                <w:spacing w:val="-7"/>
                <w:w w:val="105"/>
                <w:sz w:val="18"/>
                <w:szCs w:val="18"/>
              </w:rPr>
              <w:t xml:space="preserve"> </w:t>
            </w:r>
            <w:r w:rsidRPr="006B435F">
              <w:rPr>
                <w:w w:val="105"/>
                <w:sz w:val="18"/>
                <w:szCs w:val="18"/>
              </w:rPr>
              <w:t>tacită</w:t>
            </w:r>
            <w:r w:rsidRPr="006B435F">
              <w:rPr>
                <w:spacing w:val="-7"/>
                <w:w w:val="105"/>
                <w:sz w:val="18"/>
                <w:szCs w:val="18"/>
              </w:rPr>
              <w:t xml:space="preserve"> </w:t>
            </w:r>
            <w:r w:rsidRPr="006B435F">
              <w:rPr>
                <w:spacing w:val="-2"/>
                <w:w w:val="105"/>
                <w:sz w:val="18"/>
                <w:szCs w:val="18"/>
              </w:rPr>
              <w:t>(original)</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5"/>
        </w:trPr>
        <w:tc>
          <w:tcPr>
            <w:tcW w:w="10915" w:type="dxa"/>
            <w:gridSpan w:val="7"/>
          </w:tcPr>
          <w:p w:rsidR="00D8598E" w:rsidRPr="006B435F" w:rsidRDefault="00D8598E" w:rsidP="00D8598E">
            <w:pPr>
              <w:pStyle w:val="TableParagraph"/>
              <w:numPr>
                <w:ilvl w:val="0"/>
                <w:numId w:val="21"/>
              </w:numPr>
              <w:tabs>
                <w:tab w:val="left" w:pos="313"/>
              </w:tabs>
              <w:spacing w:line="180" w:lineRule="exact"/>
              <w:ind w:left="313" w:hanging="171"/>
              <w:rPr>
                <w:sz w:val="18"/>
                <w:szCs w:val="18"/>
              </w:rPr>
            </w:pPr>
            <w:r w:rsidRPr="006B435F">
              <w:rPr>
                <w:w w:val="105"/>
                <w:sz w:val="18"/>
                <w:szCs w:val="18"/>
              </w:rPr>
              <w:t>h)</w:t>
            </w:r>
            <w:r w:rsidRPr="006B435F">
              <w:rPr>
                <w:spacing w:val="-9"/>
                <w:w w:val="105"/>
                <w:sz w:val="18"/>
                <w:szCs w:val="18"/>
              </w:rPr>
              <w:t xml:space="preserve"> </w:t>
            </w:r>
            <w:r w:rsidRPr="006B435F">
              <w:rPr>
                <w:w w:val="105"/>
                <w:sz w:val="18"/>
                <w:szCs w:val="18"/>
              </w:rPr>
              <w:t>acordul</w:t>
            </w:r>
            <w:r w:rsidRPr="006B435F">
              <w:rPr>
                <w:spacing w:val="-9"/>
                <w:w w:val="105"/>
                <w:sz w:val="18"/>
                <w:szCs w:val="18"/>
              </w:rPr>
              <w:t xml:space="preserve"> </w:t>
            </w:r>
            <w:r w:rsidRPr="006B435F">
              <w:rPr>
                <w:w w:val="105"/>
                <w:sz w:val="18"/>
                <w:szCs w:val="18"/>
              </w:rPr>
              <w:t>vecinilor</w:t>
            </w:r>
            <w:r w:rsidRPr="006B435F">
              <w:rPr>
                <w:spacing w:val="-8"/>
                <w:w w:val="105"/>
                <w:sz w:val="18"/>
                <w:szCs w:val="18"/>
              </w:rPr>
              <w:t xml:space="preserve"> </w:t>
            </w:r>
            <w:r w:rsidRPr="006B435F">
              <w:rPr>
                <w:w w:val="105"/>
                <w:sz w:val="18"/>
                <w:szCs w:val="18"/>
              </w:rPr>
              <w:t>(1</w:t>
            </w:r>
            <w:r w:rsidRPr="006B435F">
              <w:rPr>
                <w:spacing w:val="-9"/>
                <w:w w:val="105"/>
                <w:sz w:val="18"/>
                <w:szCs w:val="18"/>
              </w:rPr>
              <w:t xml:space="preserve"> </w:t>
            </w:r>
            <w:r w:rsidRPr="006B435F">
              <w:rPr>
                <w:w w:val="105"/>
                <w:sz w:val="18"/>
                <w:szCs w:val="18"/>
              </w:rPr>
              <w:t>exemplar</w:t>
            </w:r>
            <w:r w:rsidRPr="006B435F">
              <w:rPr>
                <w:spacing w:val="-9"/>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Pr>
          <w:p w:rsidR="00D8598E" w:rsidRPr="006B435F" w:rsidRDefault="00D8598E" w:rsidP="00D8598E">
            <w:pPr>
              <w:pStyle w:val="TableParagraph"/>
              <w:numPr>
                <w:ilvl w:val="0"/>
                <w:numId w:val="20"/>
              </w:numPr>
              <w:tabs>
                <w:tab w:val="left" w:pos="276"/>
              </w:tabs>
              <w:spacing w:before="0" w:line="170" w:lineRule="atLeast"/>
              <w:ind w:right="166" w:firstLine="0"/>
              <w:rPr>
                <w:sz w:val="18"/>
                <w:szCs w:val="18"/>
              </w:rPr>
            </w:pPr>
            <w:r w:rsidRPr="006B435F">
              <w:rPr>
                <w:w w:val="105"/>
                <w:sz w:val="18"/>
                <w:szCs w:val="18"/>
              </w:rPr>
              <w:t>i)</w:t>
            </w:r>
            <w:r w:rsidRPr="006B435F">
              <w:rPr>
                <w:spacing w:val="-10"/>
                <w:w w:val="105"/>
                <w:sz w:val="18"/>
                <w:szCs w:val="18"/>
              </w:rPr>
              <w:t xml:space="preserve"> </w:t>
            </w:r>
            <w:r w:rsidRPr="006B435F">
              <w:rPr>
                <w:w w:val="105"/>
                <w:sz w:val="18"/>
                <w:szCs w:val="18"/>
              </w:rPr>
              <w:t>raportul</w:t>
            </w:r>
            <w:r w:rsidRPr="006B435F">
              <w:rPr>
                <w:spacing w:val="-10"/>
                <w:w w:val="105"/>
                <w:sz w:val="18"/>
                <w:szCs w:val="18"/>
              </w:rPr>
              <w:t xml:space="preserve"> </w:t>
            </w:r>
            <w:r w:rsidRPr="006B435F">
              <w:rPr>
                <w:w w:val="105"/>
                <w:sz w:val="18"/>
                <w:szCs w:val="18"/>
              </w:rPr>
              <w:t>de</w:t>
            </w:r>
            <w:r w:rsidRPr="006B435F">
              <w:rPr>
                <w:spacing w:val="-10"/>
                <w:w w:val="105"/>
                <w:sz w:val="18"/>
                <w:szCs w:val="18"/>
              </w:rPr>
              <w:t xml:space="preserve"> </w:t>
            </w:r>
            <w:r w:rsidRPr="006B435F">
              <w:rPr>
                <w:w w:val="105"/>
                <w:sz w:val="18"/>
                <w:szCs w:val="18"/>
              </w:rPr>
              <w:t>expertiză</w:t>
            </w:r>
            <w:r w:rsidRPr="006B435F">
              <w:rPr>
                <w:spacing w:val="-10"/>
                <w:w w:val="105"/>
                <w:sz w:val="18"/>
                <w:szCs w:val="18"/>
              </w:rPr>
              <w:t xml:space="preserve"> </w:t>
            </w:r>
            <w:r w:rsidRPr="006B435F">
              <w:rPr>
                <w:w w:val="105"/>
                <w:sz w:val="18"/>
                <w:szCs w:val="18"/>
              </w:rPr>
              <w:t>tehnică</w:t>
            </w:r>
            <w:r w:rsidRPr="006B435F">
              <w:rPr>
                <w:spacing w:val="-10"/>
                <w:w w:val="105"/>
                <w:sz w:val="18"/>
                <w:szCs w:val="18"/>
              </w:rPr>
              <w:t xml:space="preserve"> </w:t>
            </w:r>
            <w:r w:rsidRPr="006B435F">
              <w:rPr>
                <w:w w:val="105"/>
                <w:sz w:val="18"/>
                <w:szCs w:val="18"/>
              </w:rPr>
              <w:t>preliminară</w:t>
            </w:r>
            <w:r w:rsidRPr="006B435F">
              <w:rPr>
                <w:spacing w:val="-10"/>
                <w:w w:val="105"/>
                <w:sz w:val="18"/>
                <w:szCs w:val="18"/>
              </w:rPr>
              <w:t xml:space="preserve"> </w:t>
            </w:r>
            <w:r w:rsidRPr="006B435F">
              <w:rPr>
                <w:w w:val="105"/>
                <w:sz w:val="18"/>
                <w:szCs w:val="18"/>
              </w:rPr>
              <w:t>privind</w:t>
            </w:r>
            <w:r w:rsidRPr="006B435F">
              <w:rPr>
                <w:spacing w:val="-9"/>
                <w:w w:val="105"/>
                <w:sz w:val="18"/>
                <w:szCs w:val="18"/>
              </w:rPr>
              <w:t xml:space="preserve"> </w:t>
            </w:r>
            <w:r w:rsidRPr="006B435F">
              <w:rPr>
                <w:w w:val="105"/>
                <w:sz w:val="18"/>
                <w:szCs w:val="18"/>
              </w:rPr>
              <w:t>influența</w:t>
            </w:r>
            <w:r w:rsidRPr="006B435F">
              <w:rPr>
                <w:spacing w:val="-10"/>
                <w:w w:val="105"/>
                <w:sz w:val="18"/>
                <w:szCs w:val="18"/>
              </w:rPr>
              <w:t xml:space="preserve"> </w:t>
            </w:r>
            <w:r w:rsidRPr="006B435F">
              <w:rPr>
                <w:w w:val="105"/>
                <w:sz w:val="18"/>
                <w:szCs w:val="18"/>
              </w:rPr>
              <w:t>asupra</w:t>
            </w:r>
            <w:r w:rsidRPr="006B435F">
              <w:rPr>
                <w:spacing w:val="-10"/>
                <w:w w:val="105"/>
                <w:sz w:val="18"/>
                <w:szCs w:val="18"/>
              </w:rPr>
              <w:t xml:space="preserve"> </w:t>
            </w:r>
            <w:r w:rsidRPr="006B435F">
              <w:rPr>
                <w:w w:val="105"/>
                <w:sz w:val="18"/>
                <w:szCs w:val="18"/>
              </w:rPr>
              <w:t>vecinătăților,</w:t>
            </w:r>
            <w:r w:rsidRPr="006B435F">
              <w:rPr>
                <w:spacing w:val="-10"/>
                <w:w w:val="105"/>
                <w:sz w:val="18"/>
                <w:szCs w:val="18"/>
              </w:rPr>
              <w:t xml:space="preserve"> </w:t>
            </w:r>
            <w:r w:rsidRPr="006B435F">
              <w:rPr>
                <w:w w:val="105"/>
                <w:sz w:val="18"/>
                <w:szCs w:val="18"/>
              </w:rPr>
              <w:t>pentru</w:t>
            </w:r>
            <w:r w:rsidRPr="006B435F">
              <w:rPr>
                <w:spacing w:val="-10"/>
                <w:w w:val="105"/>
                <w:sz w:val="18"/>
                <w:szCs w:val="18"/>
              </w:rPr>
              <w:t xml:space="preserve"> </w:t>
            </w:r>
            <w:r w:rsidRPr="006B435F">
              <w:rPr>
                <w:w w:val="105"/>
                <w:sz w:val="18"/>
                <w:szCs w:val="18"/>
              </w:rPr>
              <w:t>cerința</w:t>
            </w:r>
            <w:r w:rsidRPr="006B435F">
              <w:rPr>
                <w:spacing w:val="-10"/>
                <w:w w:val="105"/>
                <w:sz w:val="18"/>
                <w:szCs w:val="18"/>
              </w:rPr>
              <w:t xml:space="preserve"> </w:t>
            </w:r>
            <w:r w:rsidRPr="006B435F">
              <w:rPr>
                <w:w w:val="105"/>
                <w:sz w:val="18"/>
                <w:szCs w:val="18"/>
              </w:rPr>
              <w:t>fundamentală</w:t>
            </w:r>
            <w:r w:rsidRPr="006B435F">
              <w:rPr>
                <w:spacing w:val="-9"/>
                <w:w w:val="105"/>
                <w:sz w:val="18"/>
                <w:szCs w:val="18"/>
              </w:rPr>
              <w:t xml:space="preserve"> </w:t>
            </w:r>
            <w:r w:rsidRPr="006B435F">
              <w:rPr>
                <w:w w:val="105"/>
                <w:sz w:val="18"/>
                <w:szCs w:val="18"/>
              </w:rPr>
              <w:t>rezistență</w:t>
            </w:r>
            <w:r w:rsidRPr="006B435F">
              <w:rPr>
                <w:spacing w:val="-10"/>
                <w:w w:val="105"/>
                <w:sz w:val="18"/>
                <w:szCs w:val="18"/>
              </w:rPr>
              <w:t xml:space="preserve"> </w:t>
            </w:r>
            <w:r w:rsidRPr="006B435F">
              <w:rPr>
                <w:w w:val="105"/>
                <w:sz w:val="18"/>
                <w:szCs w:val="18"/>
              </w:rPr>
              <w:t>mecanică</w:t>
            </w:r>
            <w:r w:rsidRPr="006B435F">
              <w:rPr>
                <w:spacing w:val="-10"/>
                <w:w w:val="105"/>
                <w:sz w:val="18"/>
                <w:szCs w:val="18"/>
              </w:rPr>
              <w:t xml:space="preserve"> </w:t>
            </w:r>
            <w:r w:rsidRPr="006B435F">
              <w:rPr>
                <w:w w:val="105"/>
                <w:sz w:val="18"/>
                <w:szCs w:val="18"/>
              </w:rPr>
              <w:t>și</w:t>
            </w:r>
            <w:r w:rsidRPr="006B435F">
              <w:rPr>
                <w:spacing w:val="-10"/>
                <w:w w:val="105"/>
                <w:sz w:val="18"/>
                <w:szCs w:val="18"/>
              </w:rPr>
              <w:t xml:space="preserve"> </w:t>
            </w:r>
            <w:r w:rsidRPr="006B435F">
              <w:rPr>
                <w:w w:val="105"/>
                <w:sz w:val="18"/>
                <w:szCs w:val="18"/>
              </w:rPr>
              <w:t>stabilitate,</w:t>
            </w:r>
            <w:r w:rsidRPr="006B435F">
              <w:rPr>
                <w:spacing w:val="40"/>
                <w:w w:val="105"/>
                <w:sz w:val="18"/>
                <w:szCs w:val="18"/>
              </w:rPr>
              <w:t xml:space="preserve"> </w:t>
            </w:r>
            <w:r w:rsidRPr="006B435F">
              <w:rPr>
                <w:w w:val="105"/>
                <w:sz w:val="18"/>
                <w:szCs w:val="18"/>
              </w:rPr>
              <w:t>dacă este cazul (1 exemplar 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Pr>
          <w:p w:rsidR="00D8598E" w:rsidRPr="006B435F" w:rsidRDefault="00D8598E" w:rsidP="00D8598E">
            <w:pPr>
              <w:pStyle w:val="TableParagraph"/>
              <w:numPr>
                <w:ilvl w:val="0"/>
                <w:numId w:val="19"/>
              </w:numPr>
              <w:tabs>
                <w:tab w:val="left" w:pos="104"/>
                <w:tab w:val="left" w:pos="275"/>
              </w:tabs>
              <w:spacing w:before="0" w:line="170" w:lineRule="atLeast"/>
              <w:ind w:right="473" w:hanging="1"/>
              <w:rPr>
                <w:sz w:val="18"/>
                <w:szCs w:val="18"/>
              </w:rPr>
            </w:pPr>
            <w:r w:rsidRPr="006B435F">
              <w:rPr>
                <w:w w:val="105"/>
                <w:sz w:val="18"/>
                <w:szCs w:val="18"/>
              </w:rPr>
              <w:t>j)</w:t>
            </w:r>
            <w:r w:rsidRPr="006B435F">
              <w:rPr>
                <w:spacing w:val="-10"/>
                <w:w w:val="105"/>
                <w:sz w:val="18"/>
                <w:szCs w:val="18"/>
              </w:rPr>
              <w:t xml:space="preserve"> </w:t>
            </w:r>
            <w:r w:rsidRPr="006B435F">
              <w:rPr>
                <w:w w:val="105"/>
                <w:sz w:val="18"/>
                <w:szCs w:val="18"/>
              </w:rPr>
              <w:t>rapoartele</w:t>
            </w:r>
            <w:r w:rsidRPr="006B435F">
              <w:rPr>
                <w:spacing w:val="-10"/>
                <w:w w:val="105"/>
                <w:sz w:val="18"/>
                <w:szCs w:val="18"/>
              </w:rPr>
              <w:t xml:space="preserve"> </w:t>
            </w:r>
            <w:r w:rsidRPr="006B435F">
              <w:rPr>
                <w:w w:val="105"/>
                <w:sz w:val="18"/>
                <w:szCs w:val="18"/>
              </w:rPr>
              <w:t>de</w:t>
            </w:r>
            <w:r w:rsidRPr="006B435F">
              <w:rPr>
                <w:spacing w:val="-9"/>
                <w:w w:val="105"/>
                <w:sz w:val="18"/>
                <w:szCs w:val="18"/>
              </w:rPr>
              <w:t xml:space="preserve"> </w:t>
            </w:r>
            <w:r w:rsidRPr="006B435F">
              <w:rPr>
                <w:w w:val="105"/>
                <w:sz w:val="18"/>
                <w:szCs w:val="18"/>
              </w:rPr>
              <w:t>expertiză</w:t>
            </w:r>
            <w:r w:rsidRPr="006B435F">
              <w:rPr>
                <w:spacing w:val="-10"/>
                <w:w w:val="105"/>
                <w:sz w:val="18"/>
                <w:szCs w:val="18"/>
              </w:rPr>
              <w:t xml:space="preserve"> </w:t>
            </w:r>
            <w:r w:rsidRPr="006B435F">
              <w:rPr>
                <w:w w:val="105"/>
                <w:sz w:val="18"/>
                <w:szCs w:val="18"/>
              </w:rPr>
              <w:t>tehnică</w:t>
            </w:r>
            <w:r w:rsidRPr="006B435F">
              <w:rPr>
                <w:spacing w:val="-10"/>
                <w:w w:val="105"/>
                <w:sz w:val="18"/>
                <w:szCs w:val="18"/>
              </w:rPr>
              <w:t xml:space="preserve"> </w:t>
            </w:r>
            <w:r w:rsidRPr="006B435F">
              <w:rPr>
                <w:w w:val="105"/>
                <w:sz w:val="18"/>
                <w:szCs w:val="18"/>
              </w:rPr>
              <w:t>pentru</w:t>
            </w:r>
            <w:r w:rsidRPr="006B435F">
              <w:rPr>
                <w:spacing w:val="-9"/>
                <w:w w:val="105"/>
                <w:sz w:val="18"/>
                <w:szCs w:val="18"/>
              </w:rPr>
              <w:t xml:space="preserve"> </w:t>
            </w:r>
            <w:r w:rsidRPr="006B435F">
              <w:rPr>
                <w:w w:val="105"/>
                <w:sz w:val="18"/>
                <w:szCs w:val="18"/>
              </w:rPr>
              <w:t>cerințele</w:t>
            </w:r>
            <w:r w:rsidRPr="006B435F">
              <w:rPr>
                <w:spacing w:val="-10"/>
                <w:w w:val="105"/>
                <w:sz w:val="18"/>
                <w:szCs w:val="18"/>
              </w:rPr>
              <w:t xml:space="preserve"> </w:t>
            </w:r>
            <w:r w:rsidRPr="006B435F">
              <w:rPr>
                <w:w w:val="105"/>
                <w:sz w:val="18"/>
                <w:szCs w:val="18"/>
              </w:rPr>
              <w:t>fundamentale</w:t>
            </w:r>
            <w:r w:rsidRPr="006B435F">
              <w:rPr>
                <w:spacing w:val="-10"/>
                <w:w w:val="105"/>
                <w:sz w:val="18"/>
                <w:szCs w:val="18"/>
              </w:rPr>
              <w:t xml:space="preserve"> </w:t>
            </w:r>
            <w:r w:rsidRPr="006B435F">
              <w:rPr>
                <w:w w:val="105"/>
                <w:sz w:val="18"/>
                <w:szCs w:val="18"/>
              </w:rPr>
              <w:t>rezistență</w:t>
            </w:r>
            <w:r w:rsidRPr="006B435F">
              <w:rPr>
                <w:spacing w:val="-9"/>
                <w:w w:val="105"/>
                <w:sz w:val="18"/>
                <w:szCs w:val="18"/>
              </w:rPr>
              <w:t xml:space="preserve"> </w:t>
            </w:r>
            <w:r w:rsidRPr="006B435F">
              <w:rPr>
                <w:w w:val="105"/>
                <w:sz w:val="18"/>
                <w:szCs w:val="18"/>
              </w:rPr>
              <w:t>mecanică</w:t>
            </w:r>
            <w:r w:rsidRPr="006B435F">
              <w:rPr>
                <w:spacing w:val="-10"/>
                <w:w w:val="105"/>
                <w:sz w:val="18"/>
                <w:szCs w:val="18"/>
              </w:rPr>
              <w:t xml:space="preserve"> </w:t>
            </w:r>
            <w:r w:rsidRPr="006B435F">
              <w:rPr>
                <w:w w:val="105"/>
                <w:sz w:val="18"/>
                <w:szCs w:val="18"/>
              </w:rPr>
              <w:t>și</w:t>
            </w:r>
            <w:r w:rsidRPr="006B435F">
              <w:rPr>
                <w:spacing w:val="-9"/>
                <w:w w:val="105"/>
                <w:sz w:val="18"/>
                <w:szCs w:val="18"/>
              </w:rPr>
              <w:t xml:space="preserve"> </w:t>
            </w:r>
            <w:r w:rsidRPr="006B435F">
              <w:rPr>
                <w:w w:val="105"/>
                <w:sz w:val="18"/>
                <w:szCs w:val="18"/>
              </w:rPr>
              <w:t>stabilitate</w:t>
            </w:r>
            <w:r w:rsidRPr="006B435F">
              <w:rPr>
                <w:spacing w:val="-10"/>
                <w:w w:val="105"/>
                <w:sz w:val="18"/>
                <w:szCs w:val="18"/>
              </w:rPr>
              <w:t xml:space="preserve"> </w:t>
            </w:r>
            <w:r w:rsidRPr="006B435F">
              <w:rPr>
                <w:w w:val="105"/>
                <w:sz w:val="18"/>
                <w:szCs w:val="18"/>
              </w:rPr>
              <w:t>și</w:t>
            </w:r>
            <w:r w:rsidRPr="006B435F">
              <w:rPr>
                <w:spacing w:val="-9"/>
                <w:w w:val="105"/>
                <w:sz w:val="18"/>
                <w:szCs w:val="18"/>
              </w:rPr>
              <w:t xml:space="preserve"> </w:t>
            </w:r>
            <w:r w:rsidRPr="006B435F">
              <w:rPr>
                <w:w w:val="105"/>
                <w:sz w:val="18"/>
                <w:szCs w:val="18"/>
              </w:rPr>
              <w:t>securitate</w:t>
            </w:r>
            <w:r w:rsidRPr="006B435F">
              <w:rPr>
                <w:spacing w:val="-10"/>
                <w:w w:val="105"/>
                <w:sz w:val="18"/>
                <w:szCs w:val="18"/>
              </w:rPr>
              <w:t xml:space="preserve"> </w:t>
            </w:r>
            <w:r w:rsidRPr="006B435F">
              <w:rPr>
                <w:w w:val="105"/>
                <w:sz w:val="18"/>
                <w:szCs w:val="18"/>
              </w:rPr>
              <w:t>la</w:t>
            </w:r>
            <w:r w:rsidRPr="006B435F">
              <w:rPr>
                <w:spacing w:val="-10"/>
                <w:w w:val="105"/>
                <w:sz w:val="18"/>
                <w:szCs w:val="18"/>
              </w:rPr>
              <w:t xml:space="preserve"> </w:t>
            </w:r>
            <w:r w:rsidRPr="006B435F">
              <w:rPr>
                <w:w w:val="105"/>
                <w:sz w:val="18"/>
                <w:szCs w:val="18"/>
              </w:rPr>
              <w:t>incendiu,</w:t>
            </w:r>
            <w:r w:rsidRPr="006B435F">
              <w:rPr>
                <w:spacing w:val="-10"/>
                <w:w w:val="105"/>
                <w:sz w:val="18"/>
                <w:szCs w:val="18"/>
              </w:rPr>
              <w:t xml:space="preserve"> </w:t>
            </w:r>
            <w:r w:rsidRPr="006B435F">
              <w:rPr>
                <w:w w:val="105"/>
                <w:sz w:val="18"/>
                <w:szCs w:val="18"/>
              </w:rPr>
              <w:t>precum</w:t>
            </w:r>
            <w:r w:rsidRPr="006B435F">
              <w:rPr>
                <w:spacing w:val="-8"/>
                <w:w w:val="105"/>
                <w:sz w:val="18"/>
                <w:szCs w:val="18"/>
              </w:rPr>
              <w:t xml:space="preserve"> </w:t>
            </w:r>
            <w:r w:rsidRPr="006B435F">
              <w:rPr>
                <w:w w:val="105"/>
                <w:sz w:val="18"/>
                <w:szCs w:val="18"/>
              </w:rPr>
              <w:t>și</w:t>
            </w:r>
            <w:r w:rsidRPr="006B435F">
              <w:rPr>
                <w:spacing w:val="-10"/>
                <w:w w:val="105"/>
                <w:sz w:val="18"/>
                <w:szCs w:val="18"/>
              </w:rPr>
              <w:t xml:space="preserve"> </w:t>
            </w:r>
            <w:r w:rsidRPr="006B435F">
              <w:rPr>
                <w:w w:val="105"/>
                <w:sz w:val="18"/>
                <w:szCs w:val="18"/>
              </w:rPr>
              <w:t>pentru</w:t>
            </w:r>
            <w:r w:rsidRPr="006B435F">
              <w:rPr>
                <w:spacing w:val="40"/>
                <w:w w:val="105"/>
                <w:sz w:val="18"/>
                <w:szCs w:val="18"/>
              </w:rPr>
              <w:t xml:space="preserve"> </w:t>
            </w:r>
            <w:r w:rsidRPr="006B435F">
              <w:rPr>
                <w:w w:val="105"/>
                <w:sz w:val="18"/>
                <w:szCs w:val="18"/>
              </w:rPr>
              <w:t>celelalte cerințe fundamentale, în cazul intervențiilor la construcții existente (1 exemplar 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Pr>
          <w:p w:rsidR="00D8598E" w:rsidRPr="006B435F" w:rsidRDefault="00D8598E" w:rsidP="00D8598E">
            <w:pPr>
              <w:pStyle w:val="TableParagraph"/>
              <w:numPr>
                <w:ilvl w:val="0"/>
                <w:numId w:val="18"/>
              </w:numPr>
              <w:tabs>
                <w:tab w:val="left" w:pos="276"/>
              </w:tabs>
              <w:spacing w:before="6" w:line="180" w:lineRule="exact"/>
              <w:ind w:left="276" w:hanging="172"/>
              <w:rPr>
                <w:sz w:val="18"/>
                <w:szCs w:val="18"/>
              </w:rPr>
            </w:pPr>
            <w:r w:rsidRPr="006B435F">
              <w:rPr>
                <w:w w:val="105"/>
                <w:sz w:val="18"/>
                <w:szCs w:val="18"/>
              </w:rPr>
              <w:t>k)</w:t>
            </w:r>
            <w:r w:rsidRPr="006B435F">
              <w:rPr>
                <w:spacing w:val="-8"/>
                <w:w w:val="105"/>
                <w:sz w:val="18"/>
                <w:szCs w:val="18"/>
              </w:rPr>
              <w:t xml:space="preserve"> </w:t>
            </w:r>
            <w:r w:rsidRPr="006B435F">
              <w:rPr>
                <w:w w:val="105"/>
                <w:sz w:val="18"/>
                <w:szCs w:val="18"/>
              </w:rPr>
              <w:t>raportul</w:t>
            </w:r>
            <w:r w:rsidRPr="006B435F">
              <w:rPr>
                <w:spacing w:val="-7"/>
                <w:w w:val="105"/>
                <w:sz w:val="18"/>
                <w:szCs w:val="18"/>
              </w:rPr>
              <w:t xml:space="preserve"> </w:t>
            </w:r>
            <w:r w:rsidRPr="006B435F">
              <w:rPr>
                <w:w w:val="105"/>
                <w:sz w:val="18"/>
                <w:szCs w:val="18"/>
              </w:rPr>
              <w:t>privind</w:t>
            </w:r>
            <w:r w:rsidRPr="006B435F">
              <w:rPr>
                <w:spacing w:val="-7"/>
                <w:w w:val="105"/>
                <w:sz w:val="18"/>
                <w:szCs w:val="18"/>
              </w:rPr>
              <w:t xml:space="preserve"> </w:t>
            </w:r>
            <w:r w:rsidRPr="006B435F">
              <w:rPr>
                <w:w w:val="105"/>
                <w:sz w:val="18"/>
                <w:szCs w:val="18"/>
              </w:rPr>
              <w:t>cerințele</w:t>
            </w:r>
            <w:r w:rsidRPr="006B435F">
              <w:rPr>
                <w:spacing w:val="-7"/>
                <w:w w:val="105"/>
                <w:sz w:val="18"/>
                <w:szCs w:val="18"/>
              </w:rPr>
              <w:t xml:space="preserve"> </w:t>
            </w:r>
            <w:r w:rsidRPr="006B435F">
              <w:rPr>
                <w:w w:val="105"/>
                <w:sz w:val="18"/>
                <w:szCs w:val="18"/>
              </w:rPr>
              <w:t>minime</w:t>
            </w:r>
            <w:r w:rsidRPr="006B435F">
              <w:rPr>
                <w:spacing w:val="-7"/>
                <w:w w:val="105"/>
                <w:sz w:val="18"/>
                <w:szCs w:val="18"/>
              </w:rPr>
              <w:t xml:space="preserve"> </w:t>
            </w:r>
            <w:r w:rsidRPr="006B435F">
              <w:rPr>
                <w:w w:val="105"/>
                <w:sz w:val="18"/>
                <w:szCs w:val="18"/>
              </w:rPr>
              <w:t>de</w:t>
            </w:r>
            <w:r w:rsidRPr="006B435F">
              <w:rPr>
                <w:spacing w:val="-7"/>
                <w:w w:val="105"/>
                <w:sz w:val="18"/>
                <w:szCs w:val="18"/>
              </w:rPr>
              <w:t xml:space="preserve"> </w:t>
            </w:r>
            <w:r w:rsidRPr="006B435F">
              <w:rPr>
                <w:w w:val="105"/>
                <w:sz w:val="18"/>
                <w:szCs w:val="18"/>
              </w:rPr>
              <w:t>conformare</w:t>
            </w:r>
            <w:r w:rsidRPr="006B435F">
              <w:rPr>
                <w:spacing w:val="-8"/>
                <w:w w:val="105"/>
                <w:sz w:val="18"/>
                <w:szCs w:val="18"/>
              </w:rPr>
              <w:t xml:space="preserve"> </w:t>
            </w:r>
            <w:r w:rsidRPr="006B435F">
              <w:rPr>
                <w:w w:val="105"/>
                <w:sz w:val="18"/>
                <w:szCs w:val="18"/>
              </w:rPr>
              <w:t>a</w:t>
            </w:r>
            <w:r w:rsidRPr="006B435F">
              <w:rPr>
                <w:spacing w:val="-6"/>
                <w:w w:val="105"/>
                <w:sz w:val="18"/>
                <w:szCs w:val="18"/>
              </w:rPr>
              <w:t xml:space="preserve"> </w:t>
            </w:r>
            <w:r w:rsidRPr="006B435F">
              <w:rPr>
                <w:w w:val="105"/>
                <w:sz w:val="18"/>
                <w:szCs w:val="18"/>
              </w:rPr>
              <w:t>unei</w:t>
            </w:r>
            <w:r w:rsidRPr="006B435F">
              <w:rPr>
                <w:spacing w:val="-7"/>
                <w:w w:val="105"/>
                <w:sz w:val="18"/>
                <w:szCs w:val="18"/>
              </w:rPr>
              <w:t xml:space="preserve"> </w:t>
            </w:r>
            <w:r w:rsidRPr="006B435F">
              <w:rPr>
                <w:w w:val="105"/>
                <w:sz w:val="18"/>
                <w:szCs w:val="18"/>
              </w:rPr>
              <w:t>clădiri</w:t>
            </w:r>
            <w:r w:rsidRPr="006B435F">
              <w:rPr>
                <w:spacing w:val="-7"/>
                <w:w w:val="105"/>
                <w:sz w:val="18"/>
                <w:szCs w:val="18"/>
              </w:rPr>
              <w:t xml:space="preserve"> </w:t>
            </w:r>
            <w:r w:rsidRPr="006B435F">
              <w:rPr>
                <w:w w:val="105"/>
                <w:sz w:val="18"/>
                <w:szCs w:val="18"/>
              </w:rPr>
              <w:t>cu</w:t>
            </w:r>
            <w:r w:rsidRPr="006B435F">
              <w:rPr>
                <w:spacing w:val="-6"/>
                <w:w w:val="105"/>
                <w:sz w:val="18"/>
                <w:szCs w:val="18"/>
              </w:rPr>
              <w:t xml:space="preserve"> </w:t>
            </w:r>
            <w:r w:rsidRPr="006B435F">
              <w:rPr>
                <w:w w:val="105"/>
                <w:sz w:val="18"/>
                <w:szCs w:val="18"/>
              </w:rPr>
              <w:t>consum</w:t>
            </w:r>
            <w:r w:rsidRPr="006B435F">
              <w:rPr>
                <w:spacing w:val="-8"/>
                <w:w w:val="105"/>
                <w:sz w:val="18"/>
                <w:szCs w:val="18"/>
              </w:rPr>
              <w:t xml:space="preserve"> </w:t>
            </w:r>
            <w:r w:rsidRPr="006B435F">
              <w:rPr>
                <w:w w:val="105"/>
                <w:sz w:val="18"/>
                <w:szCs w:val="18"/>
              </w:rPr>
              <w:t>de</w:t>
            </w:r>
            <w:r w:rsidRPr="006B435F">
              <w:rPr>
                <w:spacing w:val="-7"/>
                <w:w w:val="105"/>
                <w:sz w:val="18"/>
                <w:szCs w:val="18"/>
              </w:rPr>
              <w:t xml:space="preserve"> </w:t>
            </w:r>
            <w:r w:rsidRPr="006B435F">
              <w:rPr>
                <w:w w:val="105"/>
                <w:sz w:val="18"/>
                <w:szCs w:val="18"/>
              </w:rPr>
              <w:t>energie</w:t>
            </w:r>
            <w:r w:rsidRPr="006B435F">
              <w:rPr>
                <w:spacing w:val="-6"/>
                <w:w w:val="105"/>
                <w:sz w:val="18"/>
                <w:szCs w:val="18"/>
              </w:rPr>
              <w:t xml:space="preserve"> </w:t>
            </w:r>
            <w:r w:rsidRPr="006B435F">
              <w:rPr>
                <w:w w:val="105"/>
                <w:sz w:val="18"/>
                <w:szCs w:val="18"/>
              </w:rPr>
              <w:t>aproape</w:t>
            </w:r>
            <w:r w:rsidRPr="006B435F">
              <w:rPr>
                <w:spacing w:val="-7"/>
                <w:w w:val="105"/>
                <w:sz w:val="18"/>
                <w:szCs w:val="18"/>
              </w:rPr>
              <w:t xml:space="preserve"> </w:t>
            </w:r>
            <w:r w:rsidRPr="006B435F">
              <w:rPr>
                <w:w w:val="105"/>
                <w:sz w:val="18"/>
                <w:szCs w:val="18"/>
              </w:rPr>
              <w:t>egal</w:t>
            </w:r>
            <w:r w:rsidRPr="006B435F">
              <w:rPr>
                <w:spacing w:val="-7"/>
                <w:w w:val="105"/>
                <w:sz w:val="18"/>
                <w:szCs w:val="18"/>
              </w:rPr>
              <w:t xml:space="preserve"> </w:t>
            </w:r>
            <w:r w:rsidRPr="006B435F">
              <w:rPr>
                <w:w w:val="105"/>
                <w:sz w:val="18"/>
                <w:szCs w:val="18"/>
              </w:rPr>
              <w:t>cu</w:t>
            </w:r>
            <w:r w:rsidRPr="006B435F">
              <w:rPr>
                <w:spacing w:val="-7"/>
                <w:w w:val="105"/>
                <w:sz w:val="18"/>
                <w:szCs w:val="18"/>
              </w:rPr>
              <w:t xml:space="preserve"> </w:t>
            </w:r>
            <w:r w:rsidRPr="006B435F">
              <w:rPr>
                <w:w w:val="105"/>
                <w:sz w:val="18"/>
                <w:szCs w:val="18"/>
              </w:rPr>
              <w:t>zero,</w:t>
            </w:r>
            <w:r w:rsidRPr="006B435F">
              <w:rPr>
                <w:spacing w:val="-6"/>
                <w:w w:val="105"/>
                <w:sz w:val="18"/>
                <w:szCs w:val="18"/>
              </w:rPr>
              <w:t xml:space="preserve"> </w:t>
            </w:r>
            <w:r w:rsidRPr="006B435F">
              <w:rPr>
                <w:w w:val="105"/>
                <w:sz w:val="18"/>
                <w:szCs w:val="18"/>
              </w:rPr>
              <w:t>dacă</w:t>
            </w:r>
            <w:r w:rsidRPr="006B435F">
              <w:rPr>
                <w:spacing w:val="-7"/>
                <w:w w:val="105"/>
                <w:sz w:val="18"/>
                <w:szCs w:val="18"/>
              </w:rPr>
              <w:t xml:space="preserve"> </w:t>
            </w:r>
            <w:r w:rsidRPr="006B435F">
              <w:rPr>
                <w:w w:val="105"/>
                <w:sz w:val="18"/>
                <w:szCs w:val="18"/>
              </w:rPr>
              <w:t>este</w:t>
            </w:r>
            <w:r w:rsidRPr="006B435F">
              <w:rPr>
                <w:spacing w:val="-7"/>
                <w:w w:val="105"/>
                <w:sz w:val="18"/>
                <w:szCs w:val="18"/>
              </w:rPr>
              <w:t xml:space="preserve"> </w:t>
            </w:r>
            <w:r w:rsidRPr="006B435F">
              <w:rPr>
                <w:w w:val="105"/>
                <w:sz w:val="18"/>
                <w:szCs w:val="18"/>
              </w:rPr>
              <w:t>cazul</w:t>
            </w:r>
            <w:r w:rsidRPr="006B435F">
              <w:rPr>
                <w:spacing w:val="-7"/>
                <w:w w:val="105"/>
                <w:sz w:val="18"/>
                <w:szCs w:val="18"/>
              </w:rPr>
              <w:t xml:space="preserve"> </w:t>
            </w:r>
            <w:r w:rsidRPr="006B435F">
              <w:rPr>
                <w:w w:val="105"/>
                <w:sz w:val="18"/>
                <w:szCs w:val="18"/>
              </w:rPr>
              <w:t>(1</w:t>
            </w:r>
            <w:r w:rsidRPr="006B435F">
              <w:rPr>
                <w:spacing w:val="-8"/>
                <w:w w:val="105"/>
                <w:sz w:val="18"/>
                <w:szCs w:val="18"/>
              </w:rPr>
              <w:t xml:space="preserve"> </w:t>
            </w:r>
            <w:r w:rsidRPr="006B435F">
              <w:rPr>
                <w:w w:val="105"/>
                <w:sz w:val="18"/>
                <w:szCs w:val="18"/>
              </w:rPr>
              <w:t>exemplar</w:t>
            </w:r>
            <w:r w:rsidRPr="006B435F">
              <w:rPr>
                <w:spacing w:val="-7"/>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Pr>
          <w:p w:rsidR="00D8598E" w:rsidRPr="006B435F" w:rsidRDefault="00D8598E" w:rsidP="00D8598E">
            <w:pPr>
              <w:pStyle w:val="TableParagraph"/>
              <w:numPr>
                <w:ilvl w:val="0"/>
                <w:numId w:val="17"/>
              </w:numPr>
              <w:tabs>
                <w:tab w:val="left" w:pos="276"/>
              </w:tabs>
              <w:spacing w:line="181" w:lineRule="exact"/>
              <w:ind w:hanging="172"/>
              <w:rPr>
                <w:sz w:val="18"/>
                <w:szCs w:val="18"/>
              </w:rPr>
            </w:pPr>
            <w:r w:rsidRPr="006B435F">
              <w:rPr>
                <w:w w:val="105"/>
                <w:sz w:val="18"/>
                <w:szCs w:val="18"/>
              </w:rPr>
              <w:t>l)</w:t>
            </w:r>
            <w:r w:rsidRPr="006B435F">
              <w:rPr>
                <w:spacing w:val="-9"/>
                <w:w w:val="105"/>
                <w:sz w:val="18"/>
                <w:szCs w:val="18"/>
              </w:rPr>
              <w:t xml:space="preserve"> </w:t>
            </w:r>
            <w:r w:rsidRPr="006B435F">
              <w:rPr>
                <w:w w:val="105"/>
                <w:sz w:val="18"/>
                <w:szCs w:val="18"/>
              </w:rPr>
              <w:t>raportul</w:t>
            </w:r>
            <w:r w:rsidRPr="006B435F">
              <w:rPr>
                <w:spacing w:val="-8"/>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audit</w:t>
            </w:r>
            <w:r w:rsidRPr="006B435F">
              <w:rPr>
                <w:spacing w:val="-8"/>
                <w:w w:val="105"/>
                <w:sz w:val="18"/>
                <w:szCs w:val="18"/>
              </w:rPr>
              <w:t xml:space="preserve"> </w:t>
            </w:r>
            <w:r w:rsidRPr="006B435F">
              <w:rPr>
                <w:w w:val="105"/>
                <w:sz w:val="18"/>
                <w:szCs w:val="18"/>
              </w:rPr>
              <w:t>energetic</w:t>
            </w:r>
            <w:r w:rsidRPr="006B435F">
              <w:rPr>
                <w:spacing w:val="-8"/>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vederea</w:t>
            </w:r>
            <w:r w:rsidRPr="006B435F">
              <w:rPr>
                <w:spacing w:val="-7"/>
                <w:w w:val="105"/>
                <w:sz w:val="18"/>
                <w:szCs w:val="18"/>
              </w:rPr>
              <w:t xml:space="preserve"> </w:t>
            </w:r>
            <w:r w:rsidRPr="006B435F">
              <w:rPr>
                <w:w w:val="105"/>
                <w:sz w:val="18"/>
                <w:szCs w:val="18"/>
              </w:rPr>
              <w:t>creșterii</w:t>
            </w:r>
            <w:r w:rsidRPr="006B435F">
              <w:rPr>
                <w:spacing w:val="-9"/>
                <w:w w:val="105"/>
                <w:sz w:val="18"/>
                <w:szCs w:val="18"/>
              </w:rPr>
              <w:t xml:space="preserve"> </w:t>
            </w:r>
            <w:r w:rsidRPr="006B435F">
              <w:rPr>
                <w:w w:val="105"/>
                <w:sz w:val="18"/>
                <w:szCs w:val="18"/>
              </w:rPr>
              <w:t>performanței</w:t>
            </w:r>
            <w:r w:rsidRPr="006B435F">
              <w:rPr>
                <w:spacing w:val="-8"/>
                <w:w w:val="105"/>
                <w:sz w:val="18"/>
                <w:szCs w:val="18"/>
              </w:rPr>
              <w:t xml:space="preserve"> </w:t>
            </w:r>
            <w:r w:rsidRPr="006B435F">
              <w:rPr>
                <w:w w:val="105"/>
                <w:sz w:val="18"/>
                <w:szCs w:val="18"/>
              </w:rPr>
              <w:t>energetice,</w:t>
            </w:r>
            <w:r w:rsidRPr="006B435F">
              <w:rPr>
                <w:spacing w:val="-8"/>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cazul</w:t>
            </w:r>
            <w:r w:rsidRPr="006B435F">
              <w:rPr>
                <w:spacing w:val="-8"/>
                <w:w w:val="105"/>
                <w:sz w:val="18"/>
                <w:szCs w:val="18"/>
              </w:rPr>
              <w:t xml:space="preserve"> </w:t>
            </w:r>
            <w:r w:rsidRPr="006B435F">
              <w:rPr>
                <w:w w:val="105"/>
                <w:sz w:val="18"/>
                <w:szCs w:val="18"/>
              </w:rPr>
              <w:t>intervențiilor</w:t>
            </w:r>
            <w:r w:rsidRPr="006B435F">
              <w:rPr>
                <w:spacing w:val="-9"/>
                <w:w w:val="105"/>
                <w:sz w:val="18"/>
                <w:szCs w:val="18"/>
              </w:rPr>
              <w:t xml:space="preserve"> </w:t>
            </w:r>
            <w:r w:rsidRPr="006B435F">
              <w:rPr>
                <w:w w:val="105"/>
                <w:sz w:val="18"/>
                <w:szCs w:val="18"/>
              </w:rPr>
              <w:t>la</w:t>
            </w:r>
            <w:r w:rsidRPr="006B435F">
              <w:rPr>
                <w:spacing w:val="-8"/>
                <w:w w:val="105"/>
                <w:sz w:val="18"/>
                <w:szCs w:val="18"/>
              </w:rPr>
              <w:t xml:space="preserve"> </w:t>
            </w:r>
            <w:r w:rsidRPr="006B435F">
              <w:rPr>
                <w:w w:val="105"/>
                <w:sz w:val="18"/>
                <w:szCs w:val="18"/>
              </w:rPr>
              <w:t>clădiri</w:t>
            </w:r>
            <w:r w:rsidRPr="006B435F">
              <w:rPr>
                <w:spacing w:val="-8"/>
                <w:w w:val="105"/>
                <w:sz w:val="18"/>
                <w:szCs w:val="18"/>
              </w:rPr>
              <w:t xml:space="preserve"> </w:t>
            </w:r>
            <w:r w:rsidRPr="006B435F">
              <w:rPr>
                <w:w w:val="105"/>
                <w:sz w:val="18"/>
                <w:szCs w:val="18"/>
              </w:rPr>
              <w:t>existente</w:t>
            </w:r>
            <w:r w:rsidRPr="006B435F">
              <w:rPr>
                <w:spacing w:val="-8"/>
                <w:w w:val="105"/>
                <w:sz w:val="18"/>
                <w:szCs w:val="18"/>
              </w:rPr>
              <w:t xml:space="preserve"> </w:t>
            </w:r>
            <w:r w:rsidRPr="006B435F">
              <w:rPr>
                <w:w w:val="105"/>
                <w:sz w:val="18"/>
                <w:szCs w:val="18"/>
              </w:rPr>
              <w:t>(1</w:t>
            </w:r>
            <w:r w:rsidRPr="006B435F">
              <w:rPr>
                <w:spacing w:val="-9"/>
                <w:w w:val="105"/>
                <w:sz w:val="18"/>
                <w:szCs w:val="18"/>
              </w:rPr>
              <w:t xml:space="preserve"> </w:t>
            </w:r>
            <w:r w:rsidRPr="006B435F">
              <w:rPr>
                <w:w w:val="105"/>
                <w:sz w:val="18"/>
                <w:szCs w:val="18"/>
              </w:rPr>
              <w:t>exemplar</w:t>
            </w:r>
            <w:r w:rsidRPr="006B435F">
              <w:rPr>
                <w:spacing w:val="-8"/>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Pr>
          <w:p w:rsidR="00D8598E" w:rsidRPr="006B435F" w:rsidRDefault="00D8598E" w:rsidP="00D8598E">
            <w:pPr>
              <w:pStyle w:val="TableParagraph"/>
              <w:numPr>
                <w:ilvl w:val="0"/>
                <w:numId w:val="16"/>
              </w:numPr>
              <w:tabs>
                <w:tab w:val="left" w:pos="276"/>
              </w:tabs>
              <w:spacing w:before="0" w:line="170" w:lineRule="atLeast"/>
              <w:ind w:right="401" w:firstLine="0"/>
              <w:rPr>
                <w:sz w:val="18"/>
                <w:szCs w:val="18"/>
              </w:rPr>
            </w:pPr>
            <w:r w:rsidRPr="006B435F">
              <w:rPr>
                <w:w w:val="105"/>
                <w:sz w:val="18"/>
                <w:szCs w:val="18"/>
              </w:rPr>
              <w:t>m)</w:t>
            </w:r>
            <w:r w:rsidRPr="006B435F">
              <w:rPr>
                <w:spacing w:val="-10"/>
                <w:w w:val="105"/>
                <w:sz w:val="18"/>
                <w:szCs w:val="18"/>
              </w:rPr>
              <w:t xml:space="preserve"> </w:t>
            </w:r>
            <w:r w:rsidRPr="006B435F">
              <w:rPr>
                <w:w w:val="105"/>
                <w:sz w:val="18"/>
                <w:szCs w:val="18"/>
              </w:rPr>
              <w:t>proiectul</w:t>
            </w:r>
            <w:r w:rsidRPr="006B435F">
              <w:rPr>
                <w:spacing w:val="-10"/>
                <w:w w:val="105"/>
                <w:sz w:val="18"/>
                <w:szCs w:val="18"/>
              </w:rPr>
              <w:t xml:space="preserve"> </w:t>
            </w:r>
            <w:r w:rsidRPr="006B435F">
              <w:rPr>
                <w:w w:val="105"/>
                <w:sz w:val="18"/>
                <w:szCs w:val="18"/>
              </w:rPr>
              <w:t>pentru</w:t>
            </w:r>
            <w:r w:rsidRPr="006B435F">
              <w:rPr>
                <w:spacing w:val="-10"/>
                <w:w w:val="105"/>
                <w:sz w:val="18"/>
                <w:szCs w:val="18"/>
              </w:rPr>
              <w:t xml:space="preserve"> </w:t>
            </w:r>
            <w:r w:rsidRPr="006B435F">
              <w:rPr>
                <w:w w:val="105"/>
                <w:sz w:val="18"/>
                <w:szCs w:val="18"/>
              </w:rPr>
              <w:t>acordul</w:t>
            </w:r>
            <w:r w:rsidRPr="006B435F">
              <w:rPr>
                <w:spacing w:val="-10"/>
                <w:w w:val="105"/>
                <w:sz w:val="18"/>
                <w:szCs w:val="18"/>
              </w:rPr>
              <w:t xml:space="preserve"> </w:t>
            </w:r>
            <w:r w:rsidRPr="006B435F">
              <w:rPr>
                <w:w w:val="105"/>
                <w:sz w:val="18"/>
                <w:szCs w:val="18"/>
              </w:rPr>
              <w:t>/</w:t>
            </w:r>
            <w:r w:rsidRPr="006B435F">
              <w:rPr>
                <w:spacing w:val="-10"/>
                <w:w w:val="105"/>
                <w:sz w:val="18"/>
                <w:szCs w:val="18"/>
              </w:rPr>
              <w:t xml:space="preserve"> </w:t>
            </w:r>
            <w:r w:rsidRPr="006B435F">
              <w:rPr>
                <w:w w:val="105"/>
                <w:sz w:val="18"/>
                <w:szCs w:val="18"/>
              </w:rPr>
              <w:t>autorizația</w:t>
            </w:r>
            <w:r w:rsidRPr="006B435F">
              <w:rPr>
                <w:spacing w:val="-10"/>
                <w:w w:val="105"/>
                <w:sz w:val="18"/>
                <w:szCs w:val="18"/>
              </w:rPr>
              <w:t xml:space="preserve"> </w:t>
            </w:r>
            <w:r w:rsidRPr="006B435F">
              <w:rPr>
                <w:w w:val="105"/>
                <w:sz w:val="18"/>
                <w:szCs w:val="18"/>
              </w:rPr>
              <w:t>administratorului</w:t>
            </w:r>
            <w:r w:rsidRPr="006B435F">
              <w:rPr>
                <w:spacing w:val="-9"/>
                <w:w w:val="105"/>
                <w:sz w:val="18"/>
                <w:szCs w:val="18"/>
              </w:rPr>
              <w:t xml:space="preserve"> </w:t>
            </w:r>
            <w:r w:rsidRPr="006B435F">
              <w:rPr>
                <w:w w:val="105"/>
                <w:sz w:val="18"/>
                <w:szCs w:val="18"/>
              </w:rPr>
              <w:t>drumului,</w:t>
            </w:r>
            <w:r w:rsidRPr="006B435F">
              <w:rPr>
                <w:spacing w:val="-10"/>
                <w:w w:val="105"/>
                <w:sz w:val="18"/>
                <w:szCs w:val="18"/>
              </w:rPr>
              <w:t xml:space="preserve"> </w:t>
            </w:r>
            <w:r w:rsidRPr="006B435F">
              <w:rPr>
                <w:w w:val="105"/>
                <w:sz w:val="18"/>
                <w:szCs w:val="18"/>
              </w:rPr>
              <w:t>pentru</w:t>
            </w:r>
            <w:r w:rsidRPr="006B435F">
              <w:rPr>
                <w:spacing w:val="-10"/>
                <w:w w:val="105"/>
                <w:sz w:val="18"/>
                <w:szCs w:val="18"/>
              </w:rPr>
              <w:t xml:space="preserve"> </w:t>
            </w:r>
            <w:r w:rsidRPr="006B435F">
              <w:rPr>
                <w:w w:val="105"/>
                <w:sz w:val="18"/>
                <w:szCs w:val="18"/>
              </w:rPr>
              <w:t>lucrările</w:t>
            </w:r>
            <w:r w:rsidRPr="006B435F">
              <w:rPr>
                <w:spacing w:val="-10"/>
                <w:w w:val="105"/>
                <w:sz w:val="18"/>
                <w:szCs w:val="18"/>
              </w:rPr>
              <w:t xml:space="preserve"> </w:t>
            </w:r>
            <w:r w:rsidRPr="006B435F">
              <w:rPr>
                <w:w w:val="105"/>
                <w:sz w:val="18"/>
                <w:szCs w:val="18"/>
              </w:rPr>
              <w:t>executate</w:t>
            </w:r>
            <w:r w:rsidRPr="006B435F">
              <w:rPr>
                <w:spacing w:val="-10"/>
                <w:w w:val="105"/>
                <w:sz w:val="18"/>
                <w:szCs w:val="18"/>
              </w:rPr>
              <w:t xml:space="preserve"> </w:t>
            </w:r>
            <w:r w:rsidRPr="006B435F">
              <w:rPr>
                <w:w w:val="105"/>
                <w:sz w:val="18"/>
                <w:szCs w:val="18"/>
              </w:rPr>
              <w:t>pe</w:t>
            </w:r>
            <w:r w:rsidRPr="006B435F">
              <w:rPr>
                <w:spacing w:val="-10"/>
                <w:w w:val="105"/>
                <w:sz w:val="18"/>
                <w:szCs w:val="18"/>
              </w:rPr>
              <w:t xml:space="preserve"> </w:t>
            </w:r>
            <w:r w:rsidRPr="006B435F">
              <w:rPr>
                <w:w w:val="105"/>
                <w:sz w:val="18"/>
                <w:szCs w:val="18"/>
              </w:rPr>
              <w:t>domeniul</w:t>
            </w:r>
            <w:r w:rsidRPr="006B435F">
              <w:rPr>
                <w:spacing w:val="-9"/>
                <w:w w:val="105"/>
                <w:sz w:val="18"/>
                <w:szCs w:val="18"/>
              </w:rPr>
              <w:t xml:space="preserve"> </w:t>
            </w:r>
            <w:r w:rsidRPr="006B435F">
              <w:rPr>
                <w:w w:val="105"/>
                <w:sz w:val="18"/>
                <w:szCs w:val="18"/>
              </w:rPr>
              <w:t>public</w:t>
            </w:r>
            <w:r w:rsidRPr="006B435F">
              <w:rPr>
                <w:spacing w:val="-10"/>
                <w:w w:val="105"/>
                <w:sz w:val="18"/>
                <w:szCs w:val="18"/>
              </w:rPr>
              <w:t xml:space="preserve"> </w:t>
            </w:r>
            <w:r w:rsidRPr="006B435F">
              <w:rPr>
                <w:w w:val="105"/>
                <w:sz w:val="18"/>
                <w:szCs w:val="18"/>
              </w:rPr>
              <w:t>la</w:t>
            </w:r>
            <w:r w:rsidRPr="006B435F">
              <w:rPr>
                <w:spacing w:val="-10"/>
                <w:w w:val="105"/>
                <w:sz w:val="18"/>
                <w:szCs w:val="18"/>
              </w:rPr>
              <w:t xml:space="preserve"> </w:t>
            </w:r>
            <w:r w:rsidRPr="006B435F">
              <w:rPr>
                <w:w w:val="105"/>
                <w:sz w:val="18"/>
                <w:szCs w:val="18"/>
              </w:rPr>
              <w:t>infrastructura</w:t>
            </w:r>
            <w:r w:rsidRPr="006B435F">
              <w:rPr>
                <w:spacing w:val="-10"/>
                <w:w w:val="105"/>
                <w:sz w:val="18"/>
                <w:szCs w:val="18"/>
              </w:rPr>
              <w:t xml:space="preserve"> </w:t>
            </w:r>
            <w:r w:rsidRPr="006B435F">
              <w:rPr>
                <w:w w:val="105"/>
                <w:sz w:val="18"/>
                <w:szCs w:val="18"/>
              </w:rPr>
              <w:t>tehnico-edilitară și căile de acces, dacă este cazul (1 exemplar original)</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5"/>
        </w:trPr>
        <w:tc>
          <w:tcPr>
            <w:tcW w:w="10915" w:type="dxa"/>
            <w:gridSpan w:val="7"/>
          </w:tcPr>
          <w:p w:rsidR="00D8598E" w:rsidRPr="006B435F" w:rsidRDefault="00D8598E" w:rsidP="00D8598E">
            <w:pPr>
              <w:pStyle w:val="TableParagraph"/>
              <w:numPr>
                <w:ilvl w:val="0"/>
                <w:numId w:val="15"/>
              </w:numPr>
              <w:tabs>
                <w:tab w:val="left" w:pos="276"/>
              </w:tabs>
              <w:spacing w:line="180" w:lineRule="exact"/>
              <w:ind w:hanging="172"/>
              <w:rPr>
                <w:sz w:val="18"/>
                <w:szCs w:val="18"/>
              </w:rPr>
            </w:pPr>
            <w:r w:rsidRPr="006B435F">
              <w:rPr>
                <w:w w:val="105"/>
                <w:sz w:val="18"/>
                <w:szCs w:val="18"/>
              </w:rPr>
              <w:t>n)</w:t>
            </w:r>
            <w:r w:rsidRPr="006B435F">
              <w:rPr>
                <w:spacing w:val="-8"/>
                <w:w w:val="105"/>
                <w:sz w:val="18"/>
                <w:szCs w:val="18"/>
              </w:rPr>
              <w:t xml:space="preserve"> </w:t>
            </w:r>
            <w:r w:rsidRPr="006B435F">
              <w:rPr>
                <w:w w:val="105"/>
                <w:sz w:val="18"/>
                <w:szCs w:val="18"/>
              </w:rPr>
              <w:t>dovada</w:t>
            </w:r>
            <w:r w:rsidRPr="006B435F">
              <w:rPr>
                <w:spacing w:val="-8"/>
                <w:w w:val="105"/>
                <w:sz w:val="18"/>
                <w:szCs w:val="18"/>
              </w:rPr>
              <w:t xml:space="preserve"> </w:t>
            </w:r>
            <w:r w:rsidRPr="006B435F">
              <w:rPr>
                <w:w w:val="105"/>
                <w:sz w:val="18"/>
                <w:szCs w:val="18"/>
              </w:rPr>
              <w:t>privind</w:t>
            </w:r>
            <w:r w:rsidRPr="006B435F">
              <w:rPr>
                <w:spacing w:val="-8"/>
                <w:w w:val="105"/>
                <w:sz w:val="18"/>
                <w:szCs w:val="18"/>
              </w:rPr>
              <w:t xml:space="preserve"> </w:t>
            </w:r>
            <w:r w:rsidRPr="006B435F">
              <w:rPr>
                <w:w w:val="105"/>
                <w:sz w:val="18"/>
                <w:szCs w:val="18"/>
              </w:rPr>
              <w:t>luarea</w:t>
            </w:r>
            <w:r w:rsidRPr="006B435F">
              <w:rPr>
                <w:spacing w:val="-7"/>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evidență</w:t>
            </w:r>
            <w:r w:rsidRPr="006B435F">
              <w:rPr>
                <w:spacing w:val="-8"/>
                <w:w w:val="105"/>
                <w:sz w:val="18"/>
                <w:szCs w:val="18"/>
              </w:rPr>
              <w:t xml:space="preserve"> </w:t>
            </w:r>
            <w:r w:rsidRPr="006B435F">
              <w:rPr>
                <w:w w:val="105"/>
                <w:sz w:val="18"/>
                <w:szCs w:val="18"/>
              </w:rPr>
              <w:t>a</w:t>
            </w:r>
            <w:r w:rsidRPr="006B435F">
              <w:rPr>
                <w:spacing w:val="-7"/>
                <w:w w:val="105"/>
                <w:sz w:val="18"/>
                <w:szCs w:val="18"/>
              </w:rPr>
              <w:t xml:space="preserve"> </w:t>
            </w:r>
            <w:r w:rsidRPr="006B435F">
              <w:rPr>
                <w:w w:val="105"/>
                <w:sz w:val="18"/>
                <w:szCs w:val="18"/>
              </w:rPr>
              <w:t>proiectului</w:t>
            </w:r>
            <w:r w:rsidRPr="006B435F">
              <w:rPr>
                <w:spacing w:val="-8"/>
                <w:w w:val="105"/>
                <w:sz w:val="18"/>
                <w:szCs w:val="18"/>
              </w:rPr>
              <w:t xml:space="preserve"> </w:t>
            </w:r>
            <w:r w:rsidRPr="006B435F">
              <w:rPr>
                <w:w w:val="105"/>
                <w:sz w:val="18"/>
                <w:szCs w:val="18"/>
              </w:rPr>
              <w:t>de</w:t>
            </w:r>
            <w:r w:rsidRPr="006B435F">
              <w:rPr>
                <w:spacing w:val="-7"/>
                <w:w w:val="105"/>
                <w:sz w:val="18"/>
                <w:szCs w:val="18"/>
              </w:rPr>
              <w:t xml:space="preserve"> </w:t>
            </w:r>
            <w:r w:rsidRPr="006B435F">
              <w:rPr>
                <w:w w:val="105"/>
                <w:sz w:val="18"/>
                <w:szCs w:val="18"/>
              </w:rPr>
              <w:t>către</w:t>
            </w:r>
            <w:r w:rsidRPr="006B435F">
              <w:rPr>
                <w:spacing w:val="-8"/>
                <w:w w:val="105"/>
                <w:sz w:val="18"/>
                <w:szCs w:val="18"/>
              </w:rPr>
              <w:t xml:space="preserve"> </w:t>
            </w:r>
            <w:r w:rsidRPr="006B435F">
              <w:rPr>
                <w:w w:val="105"/>
                <w:sz w:val="18"/>
                <w:szCs w:val="18"/>
              </w:rPr>
              <w:t>Ordinul</w:t>
            </w:r>
            <w:r w:rsidRPr="006B435F">
              <w:rPr>
                <w:spacing w:val="-8"/>
                <w:w w:val="105"/>
                <w:sz w:val="18"/>
                <w:szCs w:val="18"/>
              </w:rPr>
              <w:t xml:space="preserve"> </w:t>
            </w:r>
            <w:r w:rsidRPr="006B435F">
              <w:rPr>
                <w:w w:val="105"/>
                <w:sz w:val="18"/>
                <w:szCs w:val="18"/>
              </w:rPr>
              <w:t>Arhitecților</w:t>
            </w:r>
            <w:r w:rsidRPr="006B435F">
              <w:rPr>
                <w:spacing w:val="-8"/>
                <w:w w:val="105"/>
                <w:sz w:val="18"/>
                <w:szCs w:val="18"/>
              </w:rPr>
              <w:t xml:space="preserve"> </w:t>
            </w:r>
            <w:r w:rsidRPr="006B435F">
              <w:rPr>
                <w:w w:val="105"/>
                <w:sz w:val="18"/>
                <w:szCs w:val="18"/>
              </w:rPr>
              <w:t>din</w:t>
            </w:r>
            <w:r w:rsidRPr="006B435F">
              <w:rPr>
                <w:spacing w:val="-8"/>
                <w:w w:val="105"/>
                <w:sz w:val="18"/>
                <w:szCs w:val="18"/>
              </w:rPr>
              <w:t xml:space="preserve"> </w:t>
            </w:r>
            <w:r w:rsidRPr="006B435F">
              <w:rPr>
                <w:w w:val="105"/>
                <w:sz w:val="18"/>
                <w:szCs w:val="18"/>
              </w:rPr>
              <w:t>România</w:t>
            </w:r>
            <w:r w:rsidRPr="006B435F">
              <w:rPr>
                <w:spacing w:val="-7"/>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Pr>
          <w:p w:rsidR="00D8598E" w:rsidRPr="006B435F" w:rsidRDefault="00D8598E" w:rsidP="00D8598E">
            <w:pPr>
              <w:pStyle w:val="TableParagraph"/>
              <w:numPr>
                <w:ilvl w:val="0"/>
                <w:numId w:val="14"/>
              </w:numPr>
              <w:tabs>
                <w:tab w:val="left" w:pos="275"/>
              </w:tabs>
              <w:spacing w:before="6" w:line="180" w:lineRule="exact"/>
              <w:ind w:left="275" w:hanging="171"/>
              <w:rPr>
                <w:sz w:val="18"/>
                <w:szCs w:val="18"/>
              </w:rPr>
            </w:pPr>
            <w:r w:rsidRPr="006B435F">
              <w:rPr>
                <w:w w:val="105"/>
                <w:sz w:val="18"/>
                <w:szCs w:val="18"/>
              </w:rPr>
              <w:t>o)</w:t>
            </w:r>
            <w:r w:rsidRPr="006B435F">
              <w:rPr>
                <w:spacing w:val="-8"/>
                <w:w w:val="105"/>
                <w:sz w:val="18"/>
                <w:szCs w:val="18"/>
              </w:rPr>
              <w:t xml:space="preserve"> </w:t>
            </w:r>
            <w:r w:rsidRPr="006B435F">
              <w:rPr>
                <w:w w:val="105"/>
                <w:sz w:val="18"/>
                <w:szCs w:val="18"/>
              </w:rPr>
              <w:t>devizul</w:t>
            </w:r>
            <w:r w:rsidRPr="006B435F">
              <w:rPr>
                <w:spacing w:val="-8"/>
                <w:w w:val="105"/>
                <w:sz w:val="18"/>
                <w:szCs w:val="18"/>
              </w:rPr>
              <w:t xml:space="preserve"> </w:t>
            </w:r>
            <w:r w:rsidRPr="006B435F">
              <w:rPr>
                <w:w w:val="105"/>
                <w:sz w:val="18"/>
                <w:szCs w:val="18"/>
              </w:rPr>
              <w:t>general</w:t>
            </w:r>
            <w:r w:rsidRPr="006B435F">
              <w:rPr>
                <w:spacing w:val="-7"/>
                <w:w w:val="105"/>
                <w:sz w:val="18"/>
                <w:szCs w:val="18"/>
              </w:rPr>
              <w:t xml:space="preserve"> </w:t>
            </w:r>
            <w:r w:rsidRPr="006B435F">
              <w:rPr>
                <w:w w:val="105"/>
                <w:sz w:val="18"/>
                <w:szCs w:val="18"/>
              </w:rPr>
              <w:t>al</w:t>
            </w:r>
            <w:r w:rsidRPr="006B435F">
              <w:rPr>
                <w:spacing w:val="-8"/>
                <w:w w:val="105"/>
                <w:sz w:val="18"/>
                <w:szCs w:val="18"/>
              </w:rPr>
              <w:t xml:space="preserve"> </w:t>
            </w:r>
            <w:r w:rsidRPr="006B435F">
              <w:rPr>
                <w:w w:val="105"/>
                <w:sz w:val="18"/>
                <w:szCs w:val="18"/>
              </w:rPr>
              <w:t>obiectivului</w:t>
            </w:r>
            <w:r w:rsidRPr="006B435F">
              <w:rPr>
                <w:spacing w:val="-7"/>
                <w:w w:val="105"/>
                <w:sz w:val="18"/>
                <w:szCs w:val="18"/>
              </w:rPr>
              <w:t xml:space="preserve"> </w:t>
            </w:r>
            <w:r w:rsidRPr="006B435F">
              <w:rPr>
                <w:w w:val="105"/>
                <w:sz w:val="18"/>
                <w:szCs w:val="18"/>
              </w:rPr>
              <w:t>de</w:t>
            </w:r>
            <w:r w:rsidRPr="006B435F">
              <w:rPr>
                <w:spacing w:val="-7"/>
                <w:w w:val="105"/>
                <w:sz w:val="18"/>
                <w:szCs w:val="18"/>
              </w:rPr>
              <w:t xml:space="preserve"> </w:t>
            </w:r>
            <w:r w:rsidRPr="006B435F">
              <w:rPr>
                <w:w w:val="105"/>
                <w:sz w:val="18"/>
                <w:szCs w:val="18"/>
              </w:rPr>
              <w:t>investiții</w:t>
            </w:r>
            <w:r w:rsidRPr="006B435F">
              <w:rPr>
                <w:spacing w:val="-8"/>
                <w:w w:val="105"/>
                <w:sz w:val="18"/>
                <w:szCs w:val="18"/>
              </w:rPr>
              <w:t xml:space="preserve"> </w:t>
            </w:r>
            <w:r w:rsidRPr="006B435F">
              <w:rPr>
                <w:w w:val="105"/>
                <w:sz w:val="18"/>
                <w:szCs w:val="18"/>
              </w:rPr>
              <w:t>(1</w:t>
            </w:r>
            <w:r w:rsidRPr="006B435F">
              <w:rPr>
                <w:spacing w:val="-7"/>
                <w:w w:val="105"/>
                <w:sz w:val="18"/>
                <w:szCs w:val="18"/>
              </w:rPr>
              <w:t xml:space="preserve"> </w:t>
            </w:r>
            <w:r w:rsidRPr="006B435F">
              <w:rPr>
                <w:w w:val="105"/>
                <w:sz w:val="18"/>
                <w:szCs w:val="18"/>
              </w:rPr>
              <w:t>exemplar</w:t>
            </w:r>
            <w:r w:rsidRPr="006B435F">
              <w:rPr>
                <w:spacing w:val="-8"/>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206"/>
        </w:trPr>
        <w:tc>
          <w:tcPr>
            <w:tcW w:w="10915" w:type="dxa"/>
            <w:gridSpan w:val="7"/>
          </w:tcPr>
          <w:p w:rsidR="00D8598E" w:rsidRPr="006B435F" w:rsidRDefault="00D8598E" w:rsidP="00D8598E">
            <w:pPr>
              <w:pStyle w:val="TableParagraph"/>
              <w:numPr>
                <w:ilvl w:val="0"/>
                <w:numId w:val="13"/>
              </w:numPr>
              <w:tabs>
                <w:tab w:val="left" w:pos="276"/>
              </w:tabs>
              <w:spacing w:line="181" w:lineRule="exact"/>
              <w:ind w:left="276" w:hanging="172"/>
              <w:rPr>
                <w:sz w:val="18"/>
                <w:szCs w:val="18"/>
              </w:rPr>
            </w:pPr>
            <w:r w:rsidRPr="006B435F">
              <w:rPr>
                <w:w w:val="105"/>
                <w:sz w:val="18"/>
                <w:szCs w:val="18"/>
              </w:rPr>
              <w:t>p)</w:t>
            </w:r>
            <w:r w:rsidRPr="006B435F">
              <w:rPr>
                <w:spacing w:val="-8"/>
                <w:w w:val="105"/>
                <w:sz w:val="18"/>
                <w:szCs w:val="18"/>
              </w:rPr>
              <w:t xml:space="preserve"> </w:t>
            </w:r>
            <w:r w:rsidRPr="006B435F">
              <w:rPr>
                <w:w w:val="105"/>
                <w:sz w:val="18"/>
                <w:szCs w:val="18"/>
              </w:rPr>
              <w:t>documentele</w:t>
            </w:r>
            <w:r w:rsidRPr="006B435F">
              <w:rPr>
                <w:spacing w:val="-7"/>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plată</w:t>
            </w:r>
            <w:r w:rsidRPr="006B435F">
              <w:rPr>
                <w:spacing w:val="-8"/>
                <w:w w:val="105"/>
                <w:sz w:val="18"/>
                <w:szCs w:val="18"/>
              </w:rPr>
              <w:t xml:space="preserve"> </w:t>
            </w:r>
            <w:r w:rsidRPr="006B435F">
              <w:rPr>
                <w:w w:val="105"/>
                <w:sz w:val="18"/>
                <w:szCs w:val="18"/>
              </w:rPr>
              <w:t>a</w:t>
            </w:r>
            <w:r w:rsidRPr="006B435F">
              <w:rPr>
                <w:spacing w:val="-7"/>
                <w:w w:val="105"/>
                <w:sz w:val="18"/>
                <w:szCs w:val="18"/>
              </w:rPr>
              <w:t xml:space="preserve"> </w:t>
            </w:r>
            <w:r w:rsidRPr="006B435F">
              <w:rPr>
                <w:w w:val="105"/>
                <w:sz w:val="18"/>
                <w:szCs w:val="18"/>
              </w:rPr>
              <w:t>taxelor</w:t>
            </w:r>
            <w:r w:rsidRPr="006B435F">
              <w:rPr>
                <w:spacing w:val="-8"/>
                <w:w w:val="105"/>
                <w:sz w:val="18"/>
                <w:szCs w:val="18"/>
              </w:rPr>
              <w:t xml:space="preserve"> </w:t>
            </w:r>
            <w:r w:rsidRPr="006B435F">
              <w:rPr>
                <w:w w:val="105"/>
                <w:sz w:val="18"/>
                <w:szCs w:val="18"/>
              </w:rPr>
              <w:t>legale</w:t>
            </w:r>
            <w:r w:rsidRPr="006B435F">
              <w:rPr>
                <w:spacing w:val="-7"/>
                <w:w w:val="105"/>
                <w:sz w:val="18"/>
                <w:szCs w:val="18"/>
              </w:rPr>
              <w:t xml:space="preserve"> </w:t>
            </w:r>
            <w:r w:rsidRPr="006B435F">
              <w:rPr>
                <w:w w:val="105"/>
                <w:sz w:val="18"/>
                <w:szCs w:val="18"/>
              </w:rPr>
              <w:t>în</w:t>
            </w:r>
            <w:r w:rsidRPr="006B435F">
              <w:rPr>
                <w:spacing w:val="-8"/>
                <w:w w:val="105"/>
                <w:sz w:val="18"/>
                <w:szCs w:val="18"/>
              </w:rPr>
              <w:t xml:space="preserve"> </w:t>
            </w:r>
            <w:r w:rsidRPr="006B435F">
              <w:rPr>
                <w:w w:val="105"/>
                <w:sz w:val="18"/>
                <w:szCs w:val="18"/>
              </w:rPr>
              <w:t>vederea</w:t>
            </w:r>
            <w:r w:rsidRPr="006B435F">
              <w:rPr>
                <w:spacing w:val="-7"/>
                <w:w w:val="105"/>
                <w:sz w:val="18"/>
                <w:szCs w:val="18"/>
              </w:rPr>
              <w:t xml:space="preserve"> </w:t>
            </w:r>
            <w:r w:rsidRPr="006B435F">
              <w:rPr>
                <w:w w:val="105"/>
                <w:sz w:val="18"/>
                <w:szCs w:val="18"/>
              </w:rPr>
              <w:t>autorizării</w:t>
            </w:r>
            <w:r w:rsidRPr="006B435F">
              <w:rPr>
                <w:spacing w:val="-8"/>
                <w:w w:val="105"/>
                <w:sz w:val="18"/>
                <w:szCs w:val="18"/>
              </w:rPr>
              <w:t xml:space="preserve"> </w:t>
            </w:r>
            <w:r w:rsidRPr="006B435F">
              <w:rPr>
                <w:spacing w:val="-2"/>
                <w:w w:val="105"/>
                <w:sz w:val="18"/>
                <w:szCs w:val="18"/>
              </w:rPr>
              <w:t>(copie)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Pr>
          <w:p w:rsidR="00D8598E" w:rsidRPr="006B435F" w:rsidRDefault="00D8598E" w:rsidP="00D8598E">
            <w:pPr>
              <w:pStyle w:val="TableParagraph"/>
              <w:numPr>
                <w:ilvl w:val="0"/>
                <w:numId w:val="12"/>
              </w:numPr>
              <w:tabs>
                <w:tab w:val="left" w:pos="104"/>
                <w:tab w:val="left" w:pos="274"/>
              </w:tabs>
              <w:spacing w:before="0" w:line="170" w:lineRule="atLeast"/>
              <w:ind w:right="559" w:hanging="1"/>
              <w:rPr>
                <w:sz w:val="18"/>
                <w:szCs w:val="18"/>
              </w:rPr>
            </w:pPr>
            <w:r w:rsidRPr="006B435F">
              <w:rPr>
                <w:w w:val="105"/>
                <w:sz w:val="18"/>
                <w:szCs w:val="18"/>
              </w:rPr>
              <w:t>q)</w:t>
            </w:r>
            <w:r w:rsidRPr="006B435F">
              <w:rPr>
                <w:spacing w:val="-10"/>
                <w:w w:val="105"/>
                <w:sz w:val="18"/>
                <w:szCs w:val="18"/>
              </w:rPr>
              <w:t xml:space="preserve"> </w:t>
            </w:r>
            <w:r w:rsidRPr="006B435F">
              <w:rPr>
                <w:w w:val="105"/>
                <w:sz w:val="18"/>
                <w:szCs w:val="18"/>
              </w:rPr>
              <w:t>anexa</w:t>
            </w:r>
            <w:r w:rsidRPr="006B435F">
              <w:rPr>
                <w:spacing w:val="-10"/>
                <w:w w:val="105"/>
                <w:sz w:val="18"/>
                <w:szCs w:val="18"/>
              </w:rPr>
              <w:t xml:space="preserve"> </w:t>
            </w:r>
            <w:r w:rsidRPr="006B435F">
              <w:rPr>
                <w:w w:val="105"/>
                <w:sz w:val="18"/>
                <w:szCs w:val="18"/>
              </w:rPr>
              <w:t>la</w:t>
            </w:r>
            <w:r w:rsidRPr="006B435F">
              <w:rPr>
                <w:spacing w:val="-9"/>
                <w:w w:val="105"/>
                <w:sz w:val="18"/>
                <w:szCs w:val="18"/>
              </w:rPr>
              <w:t xml:space="preserve"> </w:t>
            </w:r>
            <w:r w:rsidRPr="006B435F">
              <w:rPr>
                <w:w w:val="105"/>
                <w:sz w:val="18"/>
                <w:szCs w:val="18"/>
              </w:rPr>
              <w:t>cererea</w:t>
            </w:r>
            <w:r w:rsidRPr="006B435F">
              <w:rPr>
                <w:spacing w:val="-10"/>
                <w:w w:val="105"/>
                <w:sz w:val="18"/>
                <w:szCs w:val="18"/>
              </w:rPr>
              <w:t xml:space="preserve"> </w:t>
            </w:r>
            <w:r w:rsidRPr="006B435F">
              <w:rPr>
                <w:w w:val="105"/>
                <w:sz w:val="18"/>
                <w:szCs w:val="18"/>
              </w:rPr>
              <w:t>pentru</w:t>
            </w:r>
            <w:r w:rsidRPr="006B435F">
              <w:rPr>
                <w:spacing w:val="-10"/>
                <w:w w:val="105"/>
                <w:sz w:val="18"/>
                <w:szCs w:val="18"/>
              </w:rPr>
              <w:t xml:space="preserve"> </w:t>
            </w:r>
            <w:r w:rsidRPr="006B435F">
              <w:rPr>
                <w:w w:val="105"/>
                <w:sz w:val="18"/>
                <w:szCs w:val="18"/>
              </w:rPr>
              <w:t>emiterea</w:t>
            </w:r>
            <w:r w:rsidRPr="006B435F">
              <w:rPr>
                <w:spacing w:val="-8"/>
                <w:w w:val="105"/>
                <w:sz w:val="18"/>
                <w:szCs w:val="18"/>
              </w:rPr>
              <w:t xml:space="preserve"> </w:t>
            </w:r>
            <w:r w:rsidRPr="006B435F">
              <w:rPr>
                <w:w w:val="105"/>
                <w:sz w:val="18"/>
                <w:szCs w:val="18"/>
              </w:rPr>
              <w:t>autorizației</w:t>
            </w:r>
            <w:r w:rsidRPr="006B435F">
              <w:rPr>
                <w:spacing w:val="-10"/>
                <w:w w:val="105"/>
                <w:sz w:val="18"/>
                <w:szCs w:val="18"/>
              </w:rPr>
              <w:t xml:space="preserve"> </w:t>
            </w:r>
            <w:r w:rsidRPr="006B435F">
              <w:rPr>
                <w:w w:val="105"/>
                <w:sz w:val="18"/>
                <w:szCs w:val="18"/>
              </w:rPr>
              <w:t>de</w:t>
            </w:r>
            <w:r w:rsidRPr="006B435F">
              <w:rPr>
                <w:spacing w:val="-8"/>
                <w:w w:val="105"/>
                <w:sz w:val="18"/>
                <w:szCs w:val="18"/>
              </w:rPr>
              <w:t xml:space="preserve"> </w:t>
            </w:r>
            <w:r w:rsidRPr="006B435F">
              <w:rPr>
                <w:w w:val="105"/>
                <w:sz w:val="18"/>
                <w:szCs w:val="18"/>
              </w:rPr>
              <w:t>construire</w:t>
            </w:r>
            <w:r w:rsidRPr="006B435F">
              <w:rPr>
                <w:spacing w:val="-10"/>
                <w:w w:val="105"/>
                <w:sz w:val="18"/>
                <w:szCs w:val="18"/>
              </w:rPr>
              <w:t xml:space="preserve"> </w:t>
            </w:r>
            <w:r w:rsidRPr="006B435F">
              <w:rPr>
                <w:w w:val="105"/>
                <w:sz w:val="18"/>
                <w:szCs w:val="18"/>
              </w:rPr>
              <w:t>/</w:t>
            </w:r>
            <w:r w:rsidRPr="006B435F">
              <w:rPr>
                <w:spacing w:val="-10"/>
                <w:w w:val="105"/>
                <w:sz w:val="18"/>
                <w:szCs w:val="18"/>
              </w:rPr>
              <w:t xml:space="preserve"> </w:t>
            </w:r>
            <w:r w:rsidRPr="006B435F">
              <w:rPr>
                <w:w w:val="105"/>
                <w:sz w:val="18"/>
                <w:szCs w:val="18"/>
              </w:rPr>
              <w:t>desființare,</w:t>
            </w:r>
            <w:r w:rsidRPr="006B435F">
              <w:rPr>
                <w:spacing w:val="-9"/>
                <w:w w:val="105"/>
                <w:sz w:val="18"/>
                <w:szCs w:val="18"/>
              </w:rPr>
              <w:t xml:space="preserve"> </w:t>
            </w:r>
            <w:r w:rsidRPr="006B435F">
              <w:rPr>
                <w:w w:val="105"/>
                <w:sz w:val="18"/>
                <w:szCs w:val="18"/>
              </w:rPr>
              <w:t>completată</w:t>
            </w:r>
            <w:r w:rsidRPr="006B435F">
              <w:rPr>
                <w:spacing w:val="-10"/>
                <w:w w:val="105"/>
                <w:sz w:val="18"/>
                <w:szCs w:val="18"/>
              </w:rPr>
              <w:t xml:space="preserve"> </w:t>
            </w:r>
            <w:r w:rsidRPr="006B435F">
              <w:rPr>
                <w:w w:val="105"/>
                <w:sz w:val="18"/>
                <w:szCs w:val="18"/>
              </w:rPr>
              <w:t>cu</w:t>
            </w:r>
            <w:r w:rsidRPr="006B435F">
              <w:rPr>
                <w:spacing w:val="-10"/>
                <w:w w:val="105"/>
                <w:sz w:val="18"/>
                <w:szCs w:val="18"/>
              </w:rPr>
              <w:t xml:space="preserve"> </w:t>
            </w:r>
            <w:r w:rsidRPr="006B435F">
              <w:rPr>
                <w:w w:val="105"/>
                <w:sz w:val="18"/>
                <w:szCs w:val="18"/>
              </w:rPr>
              <w:t>toate</w:t>
            </w:r>
            <w:r w:rsidRPr="006B435F">
              <w:rPr>
                <w:spacing w:val="-9"/>
                <w:w w:val="105"/>
                <w:sz w:val="18"/>
                <w:szCs w:val="18"/>
              </w:rPr>
              <w:t xml:space="preserve"> </w:t>
            </w:r>
            <w:r w:rsidRPr="006B435F">
              <w:rPr>
                <w:w w:val="105"/>
                <w:sz w:val="18"/>
                <w:szCs w:val="18"/>
              </w:rPr>
              <w:t>elementele</w:t>
            </w:r>
            <w:r w:rsidRPr="006B435F">
              <w:rPr>
                <w:spacing w:val="-10"/>
                <w:w w:val="105"/>
                <w:sz w:val="18"/>
                <w:szCs w:val="18"/>
              </w:rPr>
              <w:t xml:space="preserve"> </w:t>
            </w:r>
            <w:r w:rsidRPr="006B435F">
              <w:rPr>
                <w:w w:val="105"/>
                <w:sz w:val="18"/>
                <w:szCs w:val="18"/>
              </w:rPr>
              <w:t>necesare</w:t>
            </w:r>
            <w:r w:rsidRPr="006B435F">
              <w:rPr>
                <w:spacing w:val="-10"/>
                <w:w w:val="105"/>
                <w:sz w:val="18"/>
                <w:szCs w:val="18"/>
              </w:rPr>
              <w:t xml:space="preserve"> </w:t>
            </w:r>
            <w:r w:rsidRPr="006B435F">
              <w:rPr>
                <w:w w:val="105"/>
                <w:sz w:val="18"/>
                <w:szCs w:val="18"/>
              </w:rPr>
              <w:t>descrierii</w:t>
            </w:r>
            <w:r w:rsidRPr="006B435F">
              <w:rPr>
                <w:spacing w:val="-9"/>
                <w:w w:val="105"/>
                <w:sz w:val="18"/>
                <w:szCs w:val="18"/>
              </w:rPr>
              <w:t xml:space="preserve"> </w:t>
            </w:r>
            <w:r w:rsidRPr="006B435F">
              <w:rPr>
                <w:w w:val="105"/>
                <w:sz w:val="18"/>
                <w:szCs w:val="18"/>
              </w:rPr>
              <w:t>lucrărilor</w:t>
            </w:r>
            <w:r w:rsidRPr="006B435F">
              <w:rPr>
                <w:spacing w:val="-9"/>
                <w:w w:val="105"/>
                <w:sz w:val="18"/>
                <w:szCs w:val="18"/>
              </w:rPr>
              <w:t xml:space="preserve"> </w:t>
            </w:r>
            <w:r w:rsidRPr="006B435F">
              <w:rPr>
                <w:w w:val="105"/>
                <w:sz w:val="18"/>
                <w:szCs w:val="18"/>
              </w:rPr>
              <w:t>(2</w:t>
            </w:r>
            <w:r w:rsidRPr="006B435F">
              <w:rPr>
                <w:spacing w:val="40"/>
                <w:w w:val="105"/>
                <w:sz w:val="18"/>
                <w:szCs w:val="18"/>
              </w:rPr>
              <w:t xml:space="preserve"> </w:t>
            </w:r>
            <w:r w:rsidRPr="006B435F">
              <w:rPr>
                <w:w w:val="105"/>
                <w:sz w:val="18"/>
                <w:szCs w:val="18"/>
              </w:rPr>
              <w:t>exemplare</w:t>
            </w:r>
            <w:r w:rsidRPr="006B435F">
              <w:rPr>
                <w:spacing w:val="-3"/>
                <w:w w:val="105"/>
                <w:sz w:val="18"/>
                <w:szCs w:val="18"/>
              </w:rPr>
              <w:t xml:space="preserve"> </w:t>
            </w:r>
            <w:r w:rsidRPr="006B435F">
              <w:rPr>
                <w:w w:val="105"/>
                <w:sz w:val="18"/>
                <w:szCs w:val="18"/>
              </w:rPr>
              <w:t>originale)</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Borders>
              <w:top w:val="dotted" w:sz="4" w:space="0" w:color="767676"/>
              <w:left w:val="dotted" w:sz="4" w:space="0" w:color="767676"/>
              <w:bottom w:val="dotted" w:sz="4" w:space="0" w:color="767676"/>
              <w:right w:val="dotted" w:sz="4" w:space="0" w:color="767676"/>
            </w:tcBorders>
          </w:tcPr>
          <w:p w:rsidR="00D8598E" w:rsidRPr="006B435F" w:rsidRDefault="00D8598E" w:rsidP="00D8598E">
            <w:pPr>
              <w:pStyle w:val="TableParagraph"/>
              <w:tabs>
                <w:tab w:val="left" w:pos="104"/>
                <w:tab w:val="left" w:pos="274"/>
              </w:tabs>
              <w:spacing w:before="0" w:line="170" w:lineRule="atLeast"/>
              <w:ind w:right="559" w:hanging="1"/>
              <w:rPr>
                <w:i/>
                <w:w w:val="105"/>
                <w:sz w:val="18"/>
                <w:szCs w:val="18"/>
              </w:rPr>
            </w:pPr>
            <w:r w:rsidRPr="006B435F">
              <w:rPr>
                <w:i/>
                <w:w w:val="105"/>
                <w:sz w:val="18"/>
                <w:szCs w:val="18"/>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w:t>
            </w:r>
          </w:p>
          <w:p w:rsidR="00D8598E" w:rsidRPr="006B435F" w:rsidRDefault="00D8598E" w:rsidP="00D8598E">
            <w:pPr>
              <w:pStyle w:val="TableParagraph"/>
              <w:tabs>
                <w:tab w:val="left" w:pos="104"/>
                <w:tab w:val="left" w:pos="274"/>
              </w:tabs>
              <w:spacing w:before="0" w:line="170" w:lineRule="atLeast"/>
              <w:ind w:right="559" w:hanging="1"/>
              <w:rPr>
                <w:w w:val="105"/>
                <w:sz w:val="18"/>
                <w:szCs w:val="18"/>
              </w:rPr>
            </w:pPr>
            <w:r w:rsidRPr="006B435F">
              <w:rPr>
                <w:i/>
                <w:w w:val="105"/>
                <w:sz w:val="18"/>
                <w:szCs w:val="18"/>
              </w:rPr>
              <w:t>Legea nr.169/2026.</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384"/>
        </w:trPr>
        <w:tc>
          <w:tcPr>
            <w:tcW w:w="10915" w:type="dxa"/>
            <w:gridSpan w:val="7"/>
            <w:tcBorders>
              <w:top w:val="dotted" w:sz="4" w:space="0" w:color="767676"/>
              <w:left w:val="dotted" w:sz="4" w:space="0" w:color="767676"/>
              <w:bottom w:val="dotted" w:sz="4" w:space="0" w:color="767676"/>
              <w:right w:val="dotted" w:sz="4" w:space="0" w:color="767676"/>
            </w:tcBorders>
            <w:shd w:val="clear" w:color="auto" w:fill="F4F4F4"/>
          </w:tcPr>
          <w:p w:rsidR="00D8598E" w:rsidRPr="006B435F" w:rsidRDefault="00D8598E" w:rsidP="00D8598E">
            <w:pPr>
              <w:pStyle w:val="TableParagraph"/>
              <w:tabs>
                <w:tab w:val="left" w:pos="104"/>
                <w:tab w:val="left" w:pos="274"/>
              </w:tabs>
              <w:spacing w:before="0" w:line="170" w:lineRule="atLeast"/>
              <w:ind w:right="559" w:hanging="1"/>
              <w:rPr>
                <w:b/>
                <w:w w:val="105"/>
                <w:sz w:val="18"/>
                <w:szCs w:val="18"/>
              </w:rPr>
            </w:pPr>
            <w:r w:rsidRPr="006B435F">
              <w:rPr>
                <w:b/>
                <w:w w:val="105"/>
                <w:sz w:val="18"/>
                <w:szCs w:val="18"/>
              </w:rPr>
              <w:t>10. DATA ȘI SEMNĂTURA</w:t>
            </w:r>
          </w:p>
        </w:tc>
      </w:tr>
      <w:tr w:rsidR="00D8598E" w:rsidRPr="006B435F" w:rsidTr="006B435F">
        <w:tblPrEx>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PrEx>
        <w:trPr>
          <w:trHeight w:val="494"/>
        </w:trPr>
        <w:tc>
          <w:tcPr>
            <w:tcW w:w="2729" w:type="dxa"/>
          </w:tcPr>
          <w:p w:rsidR="00D8598E" w:rsidRPr="006B435F" w:rsidRDefault="00D8598E" w:rsidP="006B435F">
            <w:pPr>
              <w:pStyle w:val="TableParagraph"/>
              <w:rPr>
                <w:b/>
                <w:sz w:val="18"/>
                <w:szCs w:val="18"/>
              </w:rPr>
            </w:pPr>
            <w:r w:rsidRPr="006B435F">
              <w:rPr>
                <w:b/>
                <w:color w:val="0D5F78"/>
                <w:spacing w:val="-4"/>
                <w:w w:val="105"/>
                <w:sz w:val="18"/>
                <w:szCs w:val="18"/>
              </w:rPr>
              <w:lastRenderedPageBreak/>
              <w:t>Data</w:t>
            </w:r>
          </w:p>
        </w:tc>
        <w:tc>
          <w:tcPr>
            <w:tcW w:w="4674" w:type="dxa"/>
            <w:gridSpan w:val="4"/>
          </w:tcPr>
          <w:p w:rsidR="00D8598E" w:rsidRPr="006B435F" w:rsidRDefault="00D8598E" w:rsidP="006B435F">
            <w:pPr>
              <w:pStyle w:val="TableParagraph"/>
              <w:rPr>
                <w:b/>
                <w:sz w:val="18"/>
                <w:szCs w:val="18"/>
              </w:rPr>
            </w:pPr>
            <w:r w:rsidRPr="006B435F">
              <w:rPr>
                <w:b/>
                <w:color w:val="0D5F78"/>
                <w:spacing w:val="-2"/>
                <w:w w:val="105"/>
                <w:sz w:val="18"/>
                <w:szCs w:val="18"/>
              </w:rPr>
              <w:t>Solicitantul</w:t>
            </w:r>
          </w:p>
        </w:tc>
        <w:tc>
          <w:tcPr>
            <w:tcW w:w="3512" w:type="dxa"/>
            <w:gridSpan w:val="2"/>
          </w:tcPr>
          <w:p w:rsidR="00D8598E" w:rsidRPr="006B435F" w:rsidRDefault="00D8598E" w:rsidP="006B435F">
            <w:pPr>
              <w:pStyle w:val="TableParagraph"/>
              <w:rPr>
                <w:b/>
                <w:sz w:val="18"/>
                <w:szCs w:val="18"/>
              </w:rPr>
            </w:pPr>
            <w:r w:rsidRPr="006B435F">
              <w:rPr>
                <w:b/>
                <w:color w:val="0D5F78"/>
                <w:spacing w:val="-2"/>
                <w:w w:val="105"/>
                <w:sz w:val="18"/>
                <w:szCs w:val="18"/>
              </w:rPr>
              <w:t>Semnătura</w:t>
            </w:r>
          </w:p>
        </w:tc>
      </w:tr>
    </w:tbl>
    <w:p w:rsidR="006C782F" w:rsidRPr="008E6085" w:rsidRDefault="00903D73">
      <w:pPr>
        <w:spacing w:after="0" w:line="240" w:lineRule="auto"/>
        <w:jc w:val="center"/>
        <w:rPr>
          <w:sz w:val="24"/>
          <w:szCs w:val="24"/>
        </w:rPr>
      </w:pPr>
      <w:r w:rsidRPr="008E6085">
        <w:rPr>
          <w:rFonts w:ascii="Times New Roman" w:hAnsi="Times New Roman"/>
          <w:b/>
          <w:sz w:val="28"/>
          <w:szCs w:val="24"/>
        </w:rPr>
        <w:t>ANEXA IMOBILE</w:t>
      </w:r>
      <w:r w:rsidRPr="008E6085">
        <w:rPr>
          <w:rFonts w:ascii="Times New Roman" w:hAnsi="Times New Roman"/>
          <w:b/>
          <w:sz w:val="28"/>
          <w:szCs w:val="24"/>
        </w:rPr>
        <w:br/>
      </w:r>
      <w:r w:rsidRPr="008E6085">
        <w:rPr>
          <w:rFonts w:ascii="Times New Roman" w:hAnsi="Times New Roman"/>
          <w:sz w:val="20"/>
          <w:szCs w:val="24"/>
        </w:rPr>
        <w:t xml:space="preserve">la </w:t>
      </w:r>
      <w:proofErr w:type="spellStart"/>
      <w:r w:rsidRPr="008E6085">
        <w:rPr>
          <w:rFonts w:ascii="Times New Roman" w:hAnsi="Times New Roman"/>
          <w:sz w:val="20"/>
          <w:szCs w:val="24"/>
        </w:rPr>
        <w:t>cererea</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pentru</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emiterea</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autorizației</w:t>
      </w:r>
      <w:proofErr w:type="spellEnd"/>
      <w:r w:rsidRPr="008E6085">
        <w:rPr>
          <w:rFonts w:ascii="Times New Roman" w:hAnsi="Times New Roman"/>
          <w:sz w:val="20"/>
          <w:szCs w:val="24"/>
        </w:rPr>
        <w:t xml:space="preserve"> de </w:t>
      </w:r>
      <w:proofErr w:type="spellStart"/>
      <w:r w:rsidRPr="008E6085">
        <w:rPr>
          <w:rFonts w:ascii="Times New Roman" w:hAnsi="Times New Roman"/>
          <w:sz w:val="20"/>
          <w:szCs w:val="24"/>
        </w:rPr>
        <w:t>construire</w:t>
      </w:r>
      <w:proofErr w:type="spellEnd"/>
      <w:r w:rsidRPr="008E6085">
        <w:rPr>
          <w:rFonts w:ascii="Times New Roman" w:hAnsi="Times New Roman"/>
          <w:sz w:val="20"/>
          <w:szCs w:val="24"/>
        </w:rPr>
        <w:t xml:space="preserve"> / </w:t>
      </w:r>
      <w:proofErr w:type="spellStart"/>
      <w:r w:rsidRPr="008E6085">
        <w:rPr>
          <w:rFonts w:ascii="Times New Roman" w:hAnsi="Times New Roman"/>
          <w:sz w:val="20"/>
          <w:szCs w:val="24"/>
        </w:rPr>
        <w:t>desființare</w:t>
      </w:r>
      <w:proofErr w:type="spellEnd"/>
      <w:r w:rsidRPr="008E6085">
        <w:rPr>
          <w:rFonts w:ascii="Times New Roman" w:hAnsi="Times New Roman"/>
          <w:sz w:val="20"/>
          <w:szCs w:val="24"/>
        </w:rPr>
        <w:br/>
      </w:r>
      <w:r w:rsidRPr="008E6085">
        <w:rPr>
          <w:rFonts w:ascii="Times New Roman" w:hAnsi="Times New Roman"/>
          <w:i/>
          <w:sz w:val="18"/>
          <w:szCs w:val="24"/>
        </w:rPr>
        <w:t xml:space="preserve">se </w:t>
      </w:r>
      <w:proofErr w:type="spellStart"/>
      <w:r w:rsidRPr="008E6085">
        <w:rPr>
          <w:rFonts w:ascii="Times New Roman" w:hAnsi="Times New Roman"/>
          <w:i/>
          <w:sz w:val="18"/>
          <w:szCs w:val="24"/>
        </w:rPr>
        <w:t>completează</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numai</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atunci</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când</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cererea</w:t>
      </w:r>
      <w:proofErr w:type="spellEnd"/>
      <w:r w:rsidRPr="008E6085">
        <w:rPr>
          <w:rFonts w:ascii="Times New Roman" w:hAnsi="Times New Roman"/>
          <w:i/>
          <w:sz w:val="18"/>
          <w:szCs w:val="24"/>
        </w:rPr>
        <w:t xml:space="preserve"> se </w:t>
      </w:r>
      <w:proofErr w:type="spellStart"/>
      <w:r w:rsidRPr="008E6085">
        <w:rPr>
          <w:rFonts w:ascii="Times New Roman" w:hAnsi="Times New Roman"/>
          <w:i/>
          <w:sz w:val="18"/>
          <w:szCs w:val="24"/>
        </w:rPr>
        <w:t>referă</w:t>
      </w:r>
      <w:proofErr w:type="spellEnd"/>
      <w:r w:rsidRPr="008E6085">
        <w:rPr>
          <w:rFonts w:ascii="Times New Roman" w:hAnsi="Times New Roman"/>
          <w:i/>
          <w:sz w:val="18"/>
          <w:szCs w:val="24"/>
        </w:rPr>
        <w:t xml:space="preserve"> la </w:t>
      </w:r>
      <w:proofErr w:type="spellStart"/>
      <w:r w:rsidRPr="008E6085">
        <w:rPr>
          <w:rFonts w:ascii="Times New Roman" w:hAnsi="Times New Roman"/>
          <w:i/>
          <w:sz w:val="18"/>
          <w:szCs w:val="24"/>
        </w:rPr>
        <w:t>mai</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multe</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imobile</w:t>
      </w:r>
      <w:proofErr w:type="spellEnd"/>
    </w:p>
    <w:tbl>
      <w:tblPr>
        <w:tblW w:w="0" w:type="auto"/>
        <w:jc w:val="center"/>
        <w:tblLayout w:type="fixed"/>
        <w:tblLook w:val="04A0" w:firstRow="1" w:lastRow="0" w:firstColumn="1" w:lastColumn="0" w:noHBand="0" w:noVBand="1"/>
      </w:tblPr>
      <w:tblGrid>
        <w:gridCol w:w="3648"/>
        <w:gridCol w:w="912"/>
        <w:gridCol w:w="912"/>
        <w:gridCol w:w="912"/>
        <w:gridCol w:w="912"/>
        <w:gridCol w:w="1824"/>
        <w:gridCol w:w="1824"/>
      </w:tblGrid>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rsidR="006C782F" w:rsidRPr="00C326C3" w:rsidRDefault="00903D73">
            <w:pPr>
              <w:spacing w:before="10" w:after="10" w:line="240" w:lineRule="auto"/>
              <w:rPr>
                <w:rFonts w:ascii="Times New Roman" w:hAnsi="Times New Roman" w:cs="Times New Roman"/>
                <w:sz w:val="20"/>
                <w:szCs w:val="20"/>
              </w:rPr>
            </w:pPr>
            <w:r w:rsidRPr="00C326C3">
              <w:rPr>
                <w:rFonts w:ascii="Times New Roman" w:hAnsi="Times New Roman" w:cs="Times New Roman"/>
                <w:b/>
                <w:sz w:val="20"/>
                <w:szCs w:val="20"/>
              </w:rPr>
              <w:t>11. IMOBILELE LA CARE SE REFERĂ CEREREA</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2</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3</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4</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5</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6</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rFonts w:ascii="Times New Roman" w:hAnsi="Times New Roman" w:cs="Times New Roman"/>
                <w:sz w:val="20"/>
                <w:szCs w:val="20"/>
              </w:rPr>
            </w:pPr>
            <w:proofErr w:type="spellStart"/>
            <w:r w:rsidRPr="00C326C3">
              <w:rPr>
                <w:rFonts w:ascii="Times New Roman" w:hAnsi="Times New Roman" w:cs="Times New Roman"/>
                <w:i/>
                <w:sz w:val="20"/>
                <w:szCs w:val="20"/>
              </w:rPr>
              <w:t>Imobil</w:t>
            </w:r>
            <w:proofErr w:type="spellEnd"/>
            <w:r w:rsidRPr="00C326C3">
              <w:rPr>
                <w:rFonts w:ascii="Times New Roman" w:hAnsi="Times New Roman" w:cs="Times New Roman"/>
                <w:i/>
                <w:sz w:val="20"/>
                <w:szCs w:val="20"/>
              </w:rPr>
              <w:t xml:space="preserve"> 7</w:t>
            </w:r>
            <w:r w:rsidRPr="00C326C3">
              <w:rPr>
                <w:rFonts w:ascii="Times New Roman" w:hAnsi="Times New Roman" w:cs="Times New Roman"/>
                <w:i/>
                <w:sz w:val="20"/>
                <w:szCs w:val="20"/>
              </w:rPr>
              <w:br/>
            </w:r>
            <w:r w:rsidRPr="00C326C3">
              <w:rPr>
                <w:rFonts w:ascii="Times New Roman" w:hAnsi="Times New Roman" w:cs="Times New Roman"/>
                <w:b/>
                <w:color w:val="004682"/>
                <w:sz w:val="20"/>
                <w:szCs w:val="20"/>
              </w:rPr>
              <w:t xml:space="preserve">Tip </w:t>
            </w:r>
            <w:proofErr w:type="spellStart"/>
            <w:r w:rsidRPr="00C326C3">
              <w:rPr>
                <w:rFonts w:ascii="Times New Roman" w:hAnsi="Times New Roman" w:cs="Times New Roman"/>
                <w:b/>
                <w:color w:val="004682"/>
                <w:sz w:val="20"/>
                <w:szCs w:val="20"/>
              </w:rPr>
              <w:t>imobil</w:t>
            </w:r>
            <w:proofErr w:type="spellEnd"/>
            <w:r w:rsidRPr="00C326C3">
              <w:rPr>
                <w:rFonts w:ascii="Times New Roman" w:hAnsi="Times New Roman" w:cs="Times New Roman"/>
                <w:b/>
                <w:color w:val="004682"/>
                <w:sz w:val="20"/>
                <w:szCs w:val="20"/>
              </w:rPr>
              <w:br/>
              <w:t xml:space="preserve">☐ </w:t>
            </w:r>
            <w:proofErr w:type="spellStart"/>
            <w:r w:rsidRPr="00C326C3">
              <w:rPr>
                <w:rFonts w:ascii="Times New Roman" w:hAnsi="Times New Roman" w:cs="Times New Roman"/>
                <w:b/>
                <w:color w:val="004682"/>
                <w:sz w:val="20"/>
                <w:szCs w:val="20"/>
              </w:rPr>
              <w:t>teren</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construcții</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Număr</w:t>
            </w:r>
            <w:proofErr w:type="spellEnd"/>
            <w:r w:rsidRPr="00C326C3">
              <w:rPr>
                <w:rFonts w:ascii="Times New Roman" w:hAnsi="Times New Roman" w:cs="Times New Roman"/>
                <w:b/>
                <w:color w:val="004682"/>
                <w:sz w:val="20"/>
                <w:szCs w:val="20"/>
              </w:rPr>
              <w:t xml:space="preserve">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Carte </w:t>
            </w:r>
            <w:proofErr w:type="spellStart"/>
            <w:r w:rsidRPr="00C326C3">
              <w:rPr>
                <w:rFonts w:ascii="Times New Roman" w:hAnsi="Times New Roman" w:cs="Times New Roman"/>
                <w:b/>
                <w:color w:val="004682"/>
                <w:sz w:val="20"/>
                <w:szCs w:val="20"/>
              </w:rPr>
              <w:t>funciară</w:t>
            </w:r>
            <w:proofErr w:type="spellEnd"/>
            <w:r w:rsidRPr="00C326C3">
              <w:rPr>
                <w:rFonts w:ascii="Times New Roman" w:hAnsi="Times New Roman" w:cs="Times New Roman"/>
                <w:b/>
                <w:color w:val="004682"/>
                <w:sz w:val="20"/>
                <w:szCs w:val="20"/>
              </w:rPr>
              <w:t xml:space="preserve"> </w:t>
            </w:r>
            <w:proofErr w:type="spellStart"/>
            <w:r w:rsidRPr="00C326C3">
              <w:rPr>
                <w:rFonts w:ascii="Times New Roman" w:hAnsi="Times New Roman" w:cs="Times New Roman"/>
                <w:b/>
                <w:color w:val="004682"/>
                <w:sz w:val="20"/>
                <w:szCs w:val="20"/>
              </w:rPr>
              <w:t>nr</w:t>
            </w:r>
            <w:proofErr w:type="spellEnd"/>
            <w:r w:rsidRPr="00C326C3">
              <w:rPr>
                <w:rFonts w:ascii="Times New Roman" w:hAnsi="Times New Roman" w:cs="Times New Roman"/>
                <w:b/>
                <w:color w:val="004682"/>
                <w:sz w:val="20"/>
                <w:szCs w:val="20"/>
              </w:rPr>
              <w: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Județul</w:t>
            </w:r>
            <w:proofErr w:type="spellEnd"/>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Municipiul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orașul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comuna</w:t>
            </w:r>
            <w:proofErr w:type="spellEnd"/>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Satul</w:t>
            </w:r>
            <w:proofErr w:type="spellEnd"/>
            <w:r w:rsidRPr="00C326C3">
              <w:rPr>
                <w:rFonts w:ascii="Times New Roman" w:hAnsi="Times New Roman" w:cs="Times New Roman"/>
                <w:b/>
                <w:color w:val="004682"/>
                <w:sz w:val="20"/>
                <w:szCs w:val="20"/>
              </w:rPr>
              <w:t xml:space="preserve"> / </w:t>
            </w:r>
            <w:proofErr w:type="spellStart"/>
            <w:r w:rsidRPr="00C326C3">
              <w:rPr>
                <w:rFonts w:ascii="Times New Roman" w:hAnsi="Times New Roman" w:cs="Times New Roman"/>
                <w:b/>
                <w:color w:val="004682"/>
                <w:sz w:val="20"/>
                <w:szCs w:val="20"/>
              </w:rPr>
              <w:t>sectorul</w:t>
            </w:r>
            <w:proofErr w:type="spellEnd"/>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 xml:space="preserve">Cod </w:t>
            </w:r>
            <w:proofErr w:type="spellStart"/>
            <w:r w:rsidRPr="00C326C3">
              <w:rPr>
                <w:rFonts w:ascii="Times New Roman" w:hAnsi="Times New Roman" w:cs="Times New Roman"/>
                <w:b/>
                <w:color w:val="004682"/>
                <w:sz w:val="20"/>
                <w:szCs w:val="20"/>
              </w:rPr>
              <w:t>poștal</w:t>
            </w:r>
            <w:proofErr w:type="spellEnd"/>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rFonts w:ascii="Times New Roman" w:hAnsi="Times New Roman" w:cs="Times New Roman"/>
                <w:sz w:val="20"/>
                <w:szCs w:val="20"/>
              </w:rPr>
            </w:pPr>
            <w:proofErr w:type="spellStart"/>
            <w:r w:rsidRPr="00C326C3">
              <w:rPr>
                <w:rFonts w:ascii="Times New Roman" w:hAnsi="Times New Roman" w:cs="Times New Roman"/>
                <w:b/>
                <w:color w:val="004682"/>
                <w:sz w:val="20"/>
                <w:szCs w:val="20"/>
              </w:rPr>
              <w:t>Țara</w:t>
            </w:r>
            <w:proofErr w:type="spellEnd"/>
          </w:p>
        </w:tc>
      </w:tr>
      <w:tr w:rsidR="006C782F" w:rsidRPr="00C326C3">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rsidR="006C782F" w:rsidRPr="00C326C3" w:rsidRDefault="006C782F">
            <w:pPr>
              <w:rPr>
                <w:rFonts w:ascii="Times New Roman" w:hAnsi="Times New Roman" w:cs="Times New Roman"/>
                <w:sz w:val="20"/>
                <w:szCs w:val="20"/>
              </w:rPr>
            </w:pPr>
          </w:p>
        </w:tc>
      </w:tr>
    </w:tbl>
    <w:p w:rsidR="006C782F" w:rsidRPr="008E6085" w:rsidRDefault="00903D73">
      <w:pPr>
        <w:rPr>
          <w:sz w:val="24"/>
          <w:szCs w:val="24"/>
        </w:rPr>
      </w:pPr>
      <w:r w:rsidRPr="008E6085">
        <w:rPr>
          <w:sz w:val="24"/>
          <w:szCs w:val="24"/>
        </w:rPr>
        <w:br w:type="page"/>
      </w:r>
    </w:p>
    <w:p w:rsidR="006C782F" w:rsidRPr="008E6085" w:rsidRDefault="00903D73">
      <w:pPr>
        <w:spacing w:after="0" w:line="240" w:lineRule="auto"/>
        <w:jc w:val="center"/>
        <w:rPr>
          <w:sz w:val="24"/>
          <w:szCs w:val="24"/>
        </w:rPr>
      </w:pPr>
      <w:r w:rsidRPr="008E6085">
        <w:rPr>
          <w:rFonts w:ascii="Times New Roman" w:hAnsi="Times New Roman"/>
          <w:b/>
          <w:sz w:val="28"/>
          <w:szCs w:val="24"/>
        </w:rPr>
        <w:lastRenderedPageBreak/>
        <w:t>ANEXA TEHNICĂ</w:t>
      </w:r>
      <w:r w:rsidRPr="008E6085">
        <w:rPr>
          <w:rFonts w:ascii="Times New Roman" w:hAnsi="Times New Roman"/>
          <w:b/>
          <w:sz w:val="28"/>
          <w:szCs w:val="24"/>
        </w:rPr>
        <w:br/>
      </w:r>
      <w:r w:rsidRPr="008E6085">
        <w:rPr>
          <w:rFonts w:ascii="Times New Roman" w:hAnsi="Times New Roman"/>
          <w:sz w:val="20"/>
          <w:szCs w:val="24"/>
        </w:rPr>
        <w:t xml:space="preserve">la </w:t>
      </w:r>
      <w:proofErr w:type="spellStart"/>
      <w:r w:rsidRPr="008E6085">
        <w:rPr>
          <w:rFonts w:ascii="Times New Roman" w:hAnsi="Times New Roman"/>
          <w:sz w:val="20"/>
          <w:szCs w:val="24"/>
        </w:rPr>
        <w:t>cererea</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pentru</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emiterea</w:t>
      </w:r>
      <w:proofErr w:type="spellEnd"/>
      <w:r w:rsidRPr="008E6085">
        <w:rPr>
          <w:rFonts w:ascii="Times New Roman" w:hAnsi="Times New Roman"/>
          <w:sz w:val="20"/>
          <w:szCs w:val="24"/>
        </w:rPr>
        <w:t xml:space="preserve"> </w:t>
      </w:r>
      <w:proofErr w:type="spellStart"/>
      <w:r w:rsidRPr="008E6085">
        <w:rPr>
          <w:rFonts w:ascii="Times New Roman" w:hAnsi="Times New Roman"/>
          <w:sz w:val="20"/>
          <w:szCs w:val="24"/>
        </w:rPr>
        <w:t>autorizației</w:t>
      </w:r>
      <w:proofErr w:type="spellEnd"/>
      <w:r w:rsidRPr="008E6085">
        <w:rPr>
          <w:rFonts w:ascii="Times New Roman" w:hAnsi="Times New Roman"/>
          <w:sz w:val="20"/>
          <w:szCs w:val="24"/>
        </w:rPr>
        <w:t xml:space="preserve"> de </w:t>
      </w:r>
      <w:proofErr w:type="spellStart"/>
      <w:r w:rsidRPr="008E6085">
        <w:rPr>
          <w:rFonts w:ascii="Times New Roman" w:hAnsi="Times New Roman"/>
          <w:sz w:val="20"/>
          <w:szCs w:val="24"/>
        </w:rPr>
        <w:t>construire</w:t>
      </w:r>
      <w:proofErr w:type="spellEnd"/>
      <w:r w:rsidRPr="008E6085">
        <w:rPr>
          <w:rFonts w:ascii="Times New Roman" w:hAnsi="Times New Roman"/>
          <w:sz w:val="20"/>
          <w:szCs w:val="24"/>
        </w:rPr>
        <w:t xml:space="preserve"> / </w:t>
      </w:r>
      <w:proofErr w:type="spellStart"/>
      <w:r w:rsidRPr="008E6085">
        <w:rPr>
          <w:rFonts w:ascii="Times New Roman" w:hAnsi="Times New Roman"/>
          <w:sz w:val="20"/>
          <w:szCs w:val="24"/>
        </w:rPr>
        <w:t>desființare</w:t>
      </w:r>
      <w:proofErr w:type="spellEnd"/>
      <w:r w:rsidRPr="008E6085">
        <w:rPr>
          <w:rFonts w:ascii="Times New Roman" w:hAnsi="Times New Roman"/>
          <w:sz w:val="20"/>
          <w:szCs w:val="24"/>
        </w:rPr>
        <w:br/>
      </w:r>
      <w:r w:rsidRPr="008E6085">
        <w:rPr>
          <w:rFonts w:ascii="Times New Roman" w:hAnsi="Times New Roman"/>
          <w:i/>
          <w:sz w:val="18"/>
          <w:szCs w:val="24"/>
        </w:rPr>
        <w:t xml:space="preserve">se </w:t>
      </w:r>
      <w:proofErr w:type="spellStart"/>
      <w:r w:rsidRPr="008E6085">
        <w:rPr>
          <w:rFonts w:ascii="Times New Roman" w:hAnsi="Times New Roman"/>
          <w:i/>
          <w:sz w:val="18"/>
          <w:szCs w:val="24"/>
        </w:rPr>
        <w:t>întocmește</w:t>
      </w:r>
      <w:proofErr w:type="spellEnd"/>
      <w:r w:rsidRPr="008E6085">
        <w:rPr>
          <w:rFonts w:ascii="Times New Roman" w:hAnsi="Times New Roman"/>
          <w:i/>
          <w:sz w:val="18"/>
          <w:szCs w:val="24"/>
        </w:rPr>
        <w:t xml:space="preserve"> de </w:t>
      </w:r>
      <w:proofErr w:type="spellStart"/>
      <w:r w:rsidRPr="008E6085">
        <w:rPr>
          <w:rFonts w:ascii="Times New Roman" w:hAnsi="Times New Roman"/>
          <w:i/>
          <w:sz w:val="18"/>
          <w:szCs w:val="24"/>
        </w:rPr>
        <w:t>proiectantul</w:t>
      </w:r>
      <w:proofErr w:type="spellEnd"/>
      <w:r w:rsidRPr="008E6085">
        <w:rPr>
          <w:rFonts w:ascii="Times New Roman" w:hAnsi="Times New Roman"/>
          <w:i/>
          <w:sz w:val="18"/>
          <w:szCs w:val="24"/>
        </w:rPr>
        <w:t xml:space="preserve"> </w:t>
      </w:r>
      <w:proofErr w:type="spellStart"/>
      <w:r w:rsidRPr="008E6085">
        <w:rPr>
          <w:rFonts w:ascii="Times New Roman" w:hAnsi="Times New Roman"/>
          <w:i/>
          <w:sz w:val="18"/>
          <w:szCs w:val="24"/>
        </w:rPr>
        <w:t>documentației</w:t>
      </w:r>
      <w:proofErr w:type="spellEnd"/>
    </w:p>
    <w:tbl>
      <w:tblPr>
        <w:tblW w:w="0" w:type="auto"/>
        <w:jc w:val="center"/>
        <w:tblLayout w:type="fixed"/>
        <w:tblLook w:val="04A0" w:firstRow="1" w:lastRow="0" w:firstColumn="1" w:lastColumn="0" w:noHBand="0" w:noVBand="1"/>
      </w:tblPr>
      <w:tblGrid>
        <w:gridCol w:w="10944"/>
      </w:tblGrid>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1.   CATEGORIILE DE LUCRĂRI APLICABILE OBIECTIVULUI/OBIECTULUI DE INVESTIȚII</w:t>
            </w:r>
            <w:r w:rsidRPr="00C326C3">
              <w:rPr>
                <w:rFonts w:ascii="Times New Roman" w:hAnsi="Times New Roman"/>
                <w:b/>
                <w:sz w:val="20"/>
                <w:szCs w:val="20"/>
              </w:rPr>
              <w:br/>
              <w:t xml:space="preserve">(se </w:t>
            </w:r>
            <w:proofErr w:type="spellStart"/>
            <w:r w:rsidRPr="00C326C3">
              <w:rPr>
                <w:rFonts w:ascii="Times New Roman" w:hAnsi="Times New Roman"/>
                <w:b/>
                <w:sz w:val="20"/>
                <w:szCs w:val="20"/>
              </w:rPr>
              <w:t>bifeaza</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toate</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cele</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aplicabile</w:t>
            </w:r>
            <w:proofErr w:type="spellEnd"/>
            <w:r w:rsidRPr="00C326C3">
              <w:rPr>
                <w:rFonts w:ascii="Times New Roman" w:hAnsi="Times New Roman"/>
                <w:b/>
                <w:sz w:val="20"/>
                <w:szCs w:val="20"/>
              </w:rPr>
              <w:t>)</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 xml:space="preserve">A · </w:t>
            </w:r>
            <w:proofErr w:type="spellStart"/>
            <w:r w:rsidRPr="00C326C3">
              <w:rPr>
                <w:rFonts w:ascii="Times New Roman" w:hAnsi="Times New Roman"/>
                <w:b/>
                <w:sz w:val="20"/>
                <w:szCs w:val="20"/>
              </w:rPr>
              <w:t>Lucrări</w:t>
            </w:r>
            <w:proofErr w:type="spellEnd"/>
            <w:r w:rsidRPr="00C326C3">
              <w:rPr>
                <w:rFonts w:ascii="Times New Roman" w:hAnsi="Times New Roman"/>
                <w:b/>
                <w:sz w:val="20"/>
                <w:szCs w:val="20"/>
              </w:rPr>
              <w:t xml:space="preserve"> de </w:t>
            </w:r>
            <w:proofErr w:type="spellStart"/>
            <w:r w:rsidRPr="00C326C3">
              <w:rPr>
                <w:rFonts w:ascii="Times New Roman" w:hAnsi="Times New Roman"/>
                <w:b/>
                <w:sz w:val="20"/>
                <w:szCs w:val="20"/>
              </w:rPr>
              <w:t>construcții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noi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inclusiv</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instalațiile</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aferente</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acestora</w:t>
            </w:r>
            <w:proofErr w:type="spellEnd"/>
            <w:r w:rsidRPr="00C326C3">
              <w:rPr>
                <w:rFonts w:ascii="Times New Roman" w:hAnsi="Times New Roman"/>
                <w:b/>
                <w:sz w:val="20"/>
                <w:szCs w:val="20"/>
              </w:rPr>
              <w:t>, realizate :</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afara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zonelor</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protecție</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monumentelor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istorice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zona de </w:t>
            </w:r>
            <w:proofErr w:type="spellStart"/>
            <w:r w:rsidRPr="00C326C3">
              <w:rPr>
                <w:rFonts w:ascii="Times New Roman" w:hAnsi="Times New Roman"/>
                <w:sz w:val="20"/>
                <w:szCs w:val="20"/>
              </w:rPr>
              <w:t>protecție</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monumentelor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istorice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afara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zonelor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construite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protejate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zone </w:t>
            </w:r>
            <w:proofErr w:type="spellStart"/>
            <w:r w:rsidRPr="00C326C3">
              <w:rPr>
                <w:rFonts w:ascii="Times New Roman" w:hAnsi="Times New Roman"/>
                <w:sz w:val="20"/>
                <w:szCs w:val="20"/>
              </w:rPr>
              <w:t>construite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protejate</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A.1 · </w:t>
            </w:r>
            <w:proofErr w:type="spellStart"/>
            <w:r w:rsidRPr="00C326C3">
              <w:rPr>
                <w:rFonts w:ascii="Times New Roman" w:hAnsi="Times New Roman"/>
                <w:sz w:val="20"/>
                <w:szCs w:val="20"/>
              </w:rPr>
              <w:t>clădiri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civile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locuințe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individuale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semicolective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colective</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instituții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publice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servicii</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sănătate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asistență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socială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învățământ</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cultură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turism</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culte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administrație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finanțe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comerț</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servicii</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sport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recreere</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A.2 · </w:t>
            </w:r>
            <w:proofErr w:type="spellStart"/>
            <w:r w:rsidRPr="00C326C3">
              <w:rPr>
                <w:rFonts w:ascii="Times New Roman" w:hAnsi="Times New Roman"/>
                <w:sz w:val="20"/>
                <w:szCs w:val="20"/>
              </w:rPr>
              <w:t>clădiri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industriale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producție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depozitare</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A.3 · </w:t>
            </w:r>
            <w:proofErr w:type="spellStart"/>
            <w:r w:rsidRPr="00C326C3">
              <w:rPr>
                <w:rFonts w:ascii="Times New Roman" w:hAnsi="Times New Roman"/>
                <w:sz w:val="20"/>
                <w:szCs w:val="20"/>
              </w:rPr>
              <w:t>clădiri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agricole</w:t>
            </w:r>
            <w:proofErr w:type="spellEnd"/>
            <w:r w:rsidRPr="00C326C3">
              <w:rPr>
                <w:rFonts w:ascii="Times New Roman" w:hAnsi="Times New Roman"/>
                <w:sz w:val="20"/>
                <w:szCs w:val="20"/>
              </w:rPr>
              <w:t xml:space="preserve"> :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producție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depozitare</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A.4 · </w:t>
            </w:r>
            <w:proofErr w:type="spellStart"/>
            <w:r w:rsidRPr="00C326C3">
              <w:rPr>
                <w:rFonts w:ascii="Times New Roman" w:hAnsi="Times New Roman"/>
                <w:sz w:val="20"/>
                <w:szCs w:val="20"/>
              </w:rPr>
              <w:t>clădiri</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cu </w:t>
            </w:r>
            <w:proofErr w:type="spellStart"/>
            <w:r w:rsidRPr="00C326C3">
              <w:rPr>
                <w:rFonts w:ascii="Times New Roman" w:hAnsi="Times New Roman"/>
                <w:sz w:val="20"/>
                <w:szCs w:val="20"/>
              </w:rPr>
              <w:t>caracter</w:t>
            </w:r>
            <w:proofErr w:type="spellEnd"/>
            <w:r w:rsidRPr="00C326C3">
              <w:rPr>
                <w:rFonts w:ascii="Times New Roman" w:hAnsi="Times New Roman"/>
                <w:sz w:val="20"/>
                <w:szCs w:val="20"/>
              </w:rPr>
              <w:t xml:space="preserve"> special</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 xml:space="preserve">B · </w:t>
            </w:r>
            <w:proofErr w:type="spellStart"/>
            <w:r w:rsidRPr="00C326C3">
              <w:rPr>
                <w:rFonts w:ascii="Times New Roman" w:hAnsi="Times New Roman"/>
                <w:b/>
                <w:sz w:val="20"/>
                <w:szCs w:val="20"/>
              </w:rPr>
              <w:t>Lucrări</w:t>
            </w:r>
            <w:proofErr w:type="spellEnd"/>
            <w:r w:rsidRPr="00C326C3">
              <w:rPr>
                <w:rFonts w:ascii="Times New Roman" w:hAnsi="Times New Roman"/>
                <w:b/>
                <w:sz w:val="20"/>
                <w:szCs w:val="20"/>
              </w:rPr>
              <w:t xml:space="preserve"> de </w:t>
            </w:r>
            <w:proofErr w:type="spellStart"/>
            <w:r w:rsidRPr="00C326C3">
              <w:rPr>
                <w:rFonts w:ascii="Times New Roman" w:hAnsi="Times New Roman"/>
                <w:b/>
                <w:sz w:val="20"/>
                <w:szCs w:val="20"/>
              </w:rPr>
              <w:t>intervenții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asupra</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construcțiilor</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existente</w:t>
            </w:r>
            <w:proofErr w:type="spellEnd"/>
            <w:r w:rsidRPr="00C326C3">
              <w:rPr>
                <w:rFonts w:ascii="Times New Roman" w:hAnsi="Times New Roman"/>
                <w:b/>
                <w:sz w:val="20"/>
                <w:szCs w:val="20"/>
              </w:rPr>
              <w:t xml:space="preserve"> :</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w:t>
            </w:r>
            <w:proofErr w:type="spellStart"/>
            <w:r w:rsidRPr="00C326C3">
              <w:rPr>
                <w:rFonts w:ascii="Times New Roman" w:hAnsi="Times New Roman"/>
                <w:sz w:val="20"/>
                <w:szCs w:val="20"/>
              </w:rPr>
              <w:t>reparații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capitale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intervenție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primă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urgență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extindere</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amprentei</w:t>
            </w:r>
            <w:proofErr w:type="spellEnd"/>
            <w:r w:rsidRPr="00C326C3">
              <w:rPr>
                <w:rFonts w:ascii="Times New Roman" w:hAnsi="Times New Roman"/>
                <w:sz w:val="20"/>
                <w:szCs w:val="20"/>
              </w:rPr>
              <w:t xml:space="preserve"> la sol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volumului</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supraetajare</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refuncționalizare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schimbare</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destinație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consolidare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modernizare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reabilitare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strămutare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reconstruire</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conservare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restaurare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remodelare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exterioară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mansardare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remodelare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interioară</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desființare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sau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demontare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parțială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sau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totală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desființare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sau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demontare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totală</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conservare</w:t>
            </w:r>
            <w:proofErr w:type="spellEnd"/>
            <w:r w:rsidRPr="00C326C3">
              <w:rPr>
                <w:rFonts w:ascii="Times New Roman" w:hAnsi="Times New Roman"/>
                <w:sz w:val="20"/>
                <w:szCs w:val="20"/>
              </w:rPr>
              <w:t xml:space="preserve"> la </w:t>
            </w:r>
            <w:proofErr w:type="spellStart"/>
            <w:r w:rsidRPr="00C326C3">
              <w:rPr>
                <w:rFonts w:ascii="Times New Roman" w:hAnsi="Times New Roman"/>
                <w:sz w:val="20"/>
                <w:szCs w:val="20"/>
              </w:rPr>
              <w:t>întreruperea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temporară</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execuției</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 xml:space="preserve">☐ B.1 · </w:t>
            </w:r>
            <w:proofErr w:type="spellStart"/>
            <w:r w:rsidRPr="00C326C3">
              <w:rPr>
                <w:rFonts w:ascii="Times New Roman" w:hAnsi="Times New Roman"/>
                <w:b/>
                <w:sz w:val="20"/>
                <w:szCs w:val="20"/>
              </w:rPr>
              <w:t>realizate</w:t>
            </w:r>
            <w:proofErr w:type="spellEnd"/>
            <w:r w:rsidRPr="00C326C3">
              <w:rPr>
                <w:rFonts w:ascii="Times New Roman" w:hAnsi="Times New Roman"/>
                <w:b/>
                <w:sz w:val="20"/>
                <w:szCs w:val="20"/>
              </w:rPr>
              <w:t xml:space="preserve"> la </w:t>
            </w:r>
            <w:proofErr w:type="spellStart"/>
            <w:r w:rsidRPr="00C326C3">
              <w:rPr>
                <w:rFonts w:ascii="Times New Roman" w:hAnsi="Times New Roman"/>
                <w:b/>
                <w:sz w:val="20"/>
                <w:szCs w:val="20"/>
              </w:rPr>
              <w:t>alte</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construcții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decât</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cele</w:t>
            </w:r>
            <w:proofErr w:type="spellEnd"/>
            <w:r w:rsidRPr="00C326C3">
              <w:rPr>
                <w:rFonts w:ascii="Times New Roman" w:hAnsi="Times New Roman"/>
                <w:b/>
                <w:sz w:val="20"/>
                <w:szCs w:val="20"/>
              </w:rPr>
              <w:t xml:space="preserve"> de la B.2 și B.3:</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B.2 · realizate la:</w:t>
            </w:r>
            <w:r w:rsidRPr="00C326C3">
              <w:rPr>
                <w:rFonts w:ascii="Times New Roman" w:hAnsi="Times New Roman"/>
                <w:sz w:val="20"/>
                <w:szCs w:val="20"/>
              </w:rPr>
              <w:br/>
              <w:t xml:space="preserve">☐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monument </w:t>
            </w:r>
            <w:proofErr w:type="spellStart"/>
            <w:r w:rsidRPr="00C326C3">
              <w:rPr>
                <w:rFonts w:ascii="Times New Roman" w:hAnsi="Times New Roman"/>
                <w:sz w:val="20"/>
                <w:szCs w:val="20"/>
              </w:rPr>
              <w:t>istoric</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Legea</w:t>
            </w:r>
            <w:proofErr w:type="spellEnd"/>
            <w:r w:rsidRPr="00C326C3">
              <w:rPr>
                <w:rFonts w:ascii="Times New Roman" w:hAnsi="Times New Roman"/>
                <w:sz w:val="20"/>
                <w:szCs w:val="20"/>
              </w:rPr>
              <w:t xml:space="preserve"> nr. 422/2001), </w:t>
            </w:r>
            <w:proofErr w:type="spellStart"/>
            <w:r w:rsidRPr="00C326C3">
              <w:rPr>
                <w:rFonts w:ascii="Times New Roman" w:hAnsi="Times New Roman"/>
                <w:sz w:val="20"/>
                <w:szCs w:val="20"/>
              </w:rPr>
              <w:t>inclusiv</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anexele</w:t>
            </w:r>
            <w:proofErr w:type="spellEnd"/>
            <w:r w:rsidRPr="00C326C3">
              <w:rPr>
                <w:rFonts w:ascii="Times New Roman" w:hAnsi="Times New Roman"/>
                <w:sz w:val="20"/>
                <w:szCs w:val="20"/>
              </w:rPr>
              <w:t xml:space="preserve"> din </w:t>
            </w:r>
            <w:proofErr w:type="spellStart"/>
            <w:r w:rsidRPr="00C326C3">
              <w:rPr>
                <w:rFonts w:ascii="Times New Roman" w:hAnsi="Times New Roman"/>
                <w:sz w:val="20"/>
                <w:szCs w:val="20"/>
              </w:rPr>
              <w:t>același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imobil</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zona de </w:t>
            </w:r>
            <w:proofErr w:type="spellStart"/>
            <w:r w:rsidRPr="00C326C3">
              <w:rPr>
                <w:rFonts w:ascii="Times New Roman" w:hAnsi="Times New Roman"/>
                <w:sz w:val="20"/>
                <w:szCs w:val="20"/>
              </w:rPr>
              <w:t>protecție</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monumentelor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istorice</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zone </w:t>
            </w:r>
            <w:proofErr w:type="spellStart"/>
            <w:r w:rsidRPr="00C326C3">
              <w:rPr>
                <w:rFonts w:ascii="Times New Roman" w:hAnsi="Times New Roman"/>
                <w:sz w:val="20"/>
                <w:szCs w:val="20"/>
              </w:rPr>
              <w:t>construite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protejate</w:t>
            </w:r>
            <w:proofErr w:type="spellEnd"/>
            <w:r w:rsidRPr="00C326C3">
              <w:rPr>
                <w:rFonts w:ascii="Times New Roman" w:hAnsi="Times New Roman"/>
                <w:sz w:val="20"/>
                <w:szCs w:val="20"/>
              </w:rPr>
              <w:br/>
              <w:t xml:space="preserve">☐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cu </w:t>
            </w:r>
            <w:proofErr w:type="spellStart"/>
            <w:r w:rsidRPr="00C326C3">
              <w:rPr>
                <w:rFonts w:ascii="Times New Roman" w:hAnsi="Times New Roman"/>
                <w:sz w:val="20"/>
                <w:szCs w:val="20"/>
              </w:rPr>
              <w:t>valoare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arhitecturală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sau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istorică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deosebită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stabilite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prin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documentații</w:t>
            </w:r>
            <w:proofErr w:type="spellEnd"/>
            <w:r w:rsidRPr="00C326C3">
              <w:rPr>
                <w:rFonts w:ascii="Times New Roman" w:hAnsi="Times New Roman"/>
                <w:sz w:val="20"/>
                <w:szCs w:val="20"/>
              </w:rPr>
              <w:t xml:space="preserve"> de urbanism </w:t>
            </w:r>
            <w:proofErr w:type="spellStart"/>
            <w:r w:rsidRPr="00C326C3">
              <w:rPr>
                <w:rFonts w:ascii="Times New Roman" w:hAnsi="Times New Roman"/>
                <w:sz w:val="20"/>
                <w:szCs w:val="20"/>
              </w:rPr>
              <w:t>aprobate</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B.3 · </w:t>
            </w:r>
            <w:proofErr w:type="spellStart"/>
            <w:r w:rsidRPr="00C326C3">
              <w:rPr>
                <w:rFonts w:ascii="Times New Roman" w:hAnsi="Times New Roman"/>
                <w:sz w:val="20"/>
                <w:szCs w:val="20"/>
              </w:rPr>
              <w:t>realizate</w:t>
            </w:r>
            <w:proofErr w:type="spellEnd"/>
            <w:r w:rsidRPr="00C326C3">
              <w:rPr>
                <w:rFonts w:ascii="Times New Roman" w:hAnsi="Times New Roman"/>
                <w:sz w:val="20"/>
                <w:szCs w:val="20"/>
              </w:rPr>
              <w:t xml:space="preserve"> la </w:t>
            </w:r>
            <w:proofErr w:type="spellStart"/>
            <w:r w:rsidRPr="00C326C3">
              <w:rPr>
                <w:rFonts w:ascii="Times New Roman" w:hAnsi="Times New Roman"/>
                <w:sz w:val="20"/>
                <w:szCs w:val="20"/>
              </w:rPr>
              <w:t>clădiri</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cu </w:t>
            </w:r>
            <w:proofErr w:type="spellStart"/>
            <w:r w:rsidRPr="00C326C3">
              <w:rPr>
                <w:rFonts w:ascii="Times New Roman" w:hAnsi="Times New Roman"/>
                <w:sz w:val="20"/>
                <w:szCs w:val="20"/>
              </w:rPr>
              <w:t>caracter</w:t>
            </w:r>
            <w:proofErr w:type="spellEnd"/>
            <w:r w:rsidRPr="00C326C3">
              <w:rPr>
                <w:rFonts w:ascii="Times New Roman" w:hAnsi="Times New Roman"/>
                <w:sz w:val="20"/>
                <w:szCs w:val="20"/>
              </w:rPr>
              <w:t xml:space="preserve"> special, care :</w:t>
            </w:r>
            <w:r w:rsidRPr="00C326C3">
              <w:rPr>
                <w:rFonts w:ascii="Times New Roman" w:hAnsi="Times New Roman"/>
                <w:sz w:val="20"/>
                <w:szCs w:val="20"/>
              </w:rPr>
              <w:br/>
              <w:t xml:space="preserve">☐ nu se </w:t>
            </w:r>
            <w:proofErr w:type="spellStart"/>
            <w:r w:rsidRPr="00C326C3">
              <w:rPr>
                <w:rFonts w:ascii="Times New Roman" w:hAnsi="Times New Roman"/>
                <w:sz w:val="20"/>
                <w:szCs w:val="20"/>
              </w:rPr>
              <w:t>încadrează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categoriile</w:t>
            </w:r>
            <w:proofErr w:type="spellEnd"/>
            <w:r w:rsidRPr="00C326C3">
              <w:rPr>
                <w:rFonts w:ascii="Times New Roman" w:hAnsi="Times New Roman"/>
                <w:sz w:val="20"/>
                <w:szCs w:val="20"/>
              </w:rPr>
              <w:t xml:space="preserve"> de la B.2</w:t>
            </w:r>
            <w:r w:rsidRPr="00C326C3">
              <w:rPr>
                <w:rFonts w:ascii="Times New Roman" w:hAnsi="Times New Roman"/>
                <w:sz w:val="20"/>
                <w:szCs w:val="20"/>
              </w:rPr>
              <w:br/>
              <w:t xml:space="preserve">☐ se </w:t>
            </w:r>
            <w:proofErr w:type="spellStart"/>
            <w:r w:rsidRPr="00C326C3">
              <w:rPr>
                <w:rFonts w:ascii="Times New Roman" w:hAnsi="Times New Roman"/>
                <w:sz w:val="20"/>
                <w:szCs w:val="20"/>
              </w:rPr>
              <w:t>încadrează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categoriile</w:t>
            </w:r>
            <w:proofErr w:type="spellEnd"/>
            <w:r w:rsidRPr="00C326C3">
              <w:rPr>
                <w:rFonts w:ascii="Times New Roman" w:hAnsi="Times New Roman"/>
                <w:sz w:val="20"/>
                <w:szCs w:val="20"/>
              </w:rPr>
              <w:t xml:space="preserve"> de la B.2</w:t>
            </w:r>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 xml:space="preserve">C · </w:t>
            </w:r>
            <w:proofErr w:type="spellStart"/>
            <w:r w:rsidRPr="00C326C3">
              <w:rPr>
                <w:rFonts w:ascii="Times New Roman" w:hAnsi="Times New Roman"/>
                <w:b/>
                <w:sz w:val="20"/>
                <w:szCs w:val="20"/>
              </w:rPr>
              <w:t>Amenajări</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C.1 · </w:t>
            </w:r>
            <w:proofErr w:type="spellStart"/>
            <w:r w:rsidRPr="00C326C3">
              <w:rPr>
                <w:rFonts w:ascii="Times New Roman" w:hAnsi="Times New Roman"/>
                <w:sz w:val="20"/>
                <w:szCs w:val="20"/>
              </w:rPr>
              <w:t>amenajări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civile</w:t>
            </w:r>
            <w:proofErr w:type="spellEnd"/>
            <w:r w:rsidRPr="00C326C3">
              <w:rPr>
                <w:rFonts w:ascii="Times New Roman" w:hAnsi="Times New Roman"/>
                <w:sz w:val="20"/>
                <w:szCs w:val="20"/>
              </w:rPr>
              <w:br/>
              <w:t xml:space="preserve">☐ C.2 · </w:t>
            </w:r>
            <w:proofErr w:type="spellStart"/>
            <w:r w:rsidRPr="00C326C3">
              <w:rPr>
                <w:rFonts w:ascii="Times New Roman" w:hAnsi="Times New Roman"/>
                <w:sz w:val="20"/>
                <w:szCs w:val="20"/>
              </w:rPr>
              <w:t>amenajări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îmbunătățiri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funciare</w:t>
            </w:r>
            <w:proofErr w:type="spellEnd"/>
            <w:r w:rsidRPr="00C326C3">
              <w:rPr>
                <w:rFonts w:ascii="Times New Roman" w:hAnsi="Times New Roman"/>
                <w:sz w:val="20"/>
                <w:szCs w:val="20"/>
              </w:rPr>
              <w:br/>
              <w:t xml:space="preserve">☐ C.3 · </w:t>
            </w:r>
            <w:proofErr w:type="spellStart"/>
            <w:r w:rsidRPr="00C326C3">
              <w:rPr>
                <w:rFonts w:ascii="Times New Roman" w:hAnsi="Times New Roman"/>
                <w:sz w:val="20"/>
                <w:szCs w:val="20"/>
              </w:rPr>
              <w:t>construcții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provizorii</w:t>
            </w:r>
            <w:proofErr w:type="spellEnd"/>
            <w:r w:rsidRPr="00C326C3">
              <w:rPr>
                <w:rFonts w:ascii="Times New Roman" w:hAnsi="Times New Roman"/>
                <w:sz w:val="20"/>
                <w:szCs w:val="20"/>
              </w:rPr>
              <w:t xml:space="preserve"> / cu </w:t>
            </w:r>
            <w:proofErr w:type="spellStart"/>
            <w:r w:rsidRPr="00C326C3">
              <w:rPr>
                <w:rFonts w:ascii="Times New Roman" w:hAnsi="Times New Roman"/>
                <w:sz w:val="20"/>
                <w:szCs w:val="20"/>
              </w:rPr>
              <w:t>caracter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temporar</w:t>
            </w:r>
            <w:proofErr w:type="spellEnd"/>
            <w:r w:rsidRPr="00C326C3">
              <w:rPr>
                <w:rFonts w:ascii="Times New Roman" w:hAnsi="Times New Roman"/>
                <w:sz w:val="20"/>
                <w:szCs w:val="20"/>
              </w:rPr>
              <w:br/>
              <w:t xml:space="preserve">☐ C.4 · </w:t>
            </w:r>
            <w:proofErr w:type="spellStart"/>
            <w:r w:rsidRPr="00C326C3">
              <w:rPr>
                <w:rFonts w:ascii="Times New Roman" w:hAnsi="Times New Roman"/>
                <w:sz w:val="20"/>
                <w:szCs w:val="20"/>
              </w:rPr>
              <w:t>cercetarea</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prospectarea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terenurilor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foraje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excavări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studii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topografice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geologice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geotehnice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geofizice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hidrologice</w:t>
            </w:r>
            <w:proofErr w:type="spellEnd"/>
            <w:r w:rsidRPr="00C326C3">
              <w:rPr>
                <w:rFonts w:ascii="Times New Roman" w:hAnsi="Times New Roman"/>
                <w:sz w:val="20"/>
                <w:szCs w:val="20"/>
              </w:rPr>
              <w:br/>
              <w:t xml:space="preserve">☐ C.5 · </w:t>
            </w:r>
            <w:proofErr w:type="spellStart"/>
            <w:r w:rsidRPr="00C326C3">
              <w:rPr>
                <w:rFonts w:ascii="Times New Roman" w:hAnsi="Times New Roman"/>
                <w:sz w:val="20"/>
                <w:szCs w:val="20"/>
              </w:rPr>
              <w:t>cercetări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pentru</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zăcăminte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naturale</w:t>
            </w:r>
            <w:proofErr w:type="spellEnd"/>
            <w:r w:rsidRPr="00C326C3">
              <w:rPr>
                <w:rFonts w:ascii="Times New Roman" w:hAnsi="Times New Roman"/>
                <w:sz w:val="20"/>
                <w:szCs w:val="20"/>
              </w:rPr>
              <w:br/>
              <w:t xml:space="preserve">☐ C.6 · </w:t>
            </w:r>
            <w:proofErr w:type="spellStart"/>
            <w:r w:rsidRPr="00C326C3">
              <w:rPr>
                <w:rFonts w:ascii="Times New Roman" w:hAnsi="Times New Roman"/>
                <w:sz w:val="20"/>
                <w:szCs w:val="20"/>
              </w:rPr>
              <w:t>spații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verzi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plantate</w:t>
            </w:r>
            <w:proofErr w:type="spellEnd"/>
            <w:r w:rsidRPr="00C326C3">
              <w:rPr>
                <w:rFonts w:ascii="Times New Roman" w:hAnsi="Times New Roman"/>
                <w:sz w:val="20"/>
                <w:szCs w:val="20"/>
              </w:rPr>
              <w:br/>
              <w:t xml:space="preserve">☐ C.7 · </w:t>
            </w:r>
            <w:proofErr w:type="spellStart"/>
            <w:r w:rsidRPr="00C326C3">
              <w:rPr>
                <w:rFonts w:ascii="Times New Roman" w:hAnsi="Times New Roman"/>
                <w:sz w:val="20"/>
                <w:szCs w:val="20"/>
              </w:rPr>
              <w:t>spații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publice</w:t>
            </w:r>
            <w:proofErr w:type="spellEnd"/>
            <w:r w:rsidRPr="00C326C3">
              <w:rPr>
                <w:rFonts w:ascii="Times New Roman" w:hAnsi="Times New Roman"/>
                <w:sz w:val="20"/>
                <w:szCs w:val="20"/>
              </w:rPr>
              <w:br/>
              <w:t xml:space="preserve">☐ C.8 · </w:t>
            </w:r>
            <w:proofErr w:type="spellStart"/>
            <w:r w:rsidRPr="00C326C3">
              <w:rPr>
                <w:rFonts w:ascii="Times New Roman" w:hAnsi="Times New Roman"/>
                <w:sz w:val="20"/>
                <w:szCs w:val="20"/>
              </w:rPr>
              <w:t>organizare</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șantier</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 xml:space="preserve">D · </w:t>
            </w:r>
            <w:proofErr w:type="spellStart"/>
            <w:r w:rsidRPr="00C326C3">
              <w:rPr>
                <w:rFonts w:ascii="Times New Roman" w:hAnsi="Times New Roman"/>
                <w:b/>
                <w:sz w:val="20"/>
                <w:szCs w:val="20"/>
              </w:rPr>
              <w:t>Lucrări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inginerești</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inclusiv</w:t>
            </w:r>
            <w:proofErr w:type="spellEnd"/>
            <w:r w:rsidRPr="00C326C3">
              <w:rPr>
                <w:rFonts w:ascii="Times New Roman" w:hAnsi="Times New Roman"/>
                <w:b/>
                <w:sz w:val="20"/>
                <w:szCs w:val="20"/>
              </w:rPr>
              <w:t xml:space="preserve"> </w:t>
            </w:r>
            <w:proofErr w:type="spellStart"/>
            <w:r w:rsidRPr="00C326C3">
              <w:rPr>
                <w:rFonts w:ascii="Times New Roman" w:hAnsi="Times New Roman"/>
                <w:b/>
                <w:sz w:val="20"/>
                <w:szCs w:val="20"/>
              </w:rPr>
              <w:t>intervenții</w:t>
            </w:r>
            <w:proofErr w:type="spellEnd"/>
            <w:r w:rsidRPr="00C326C3">
              <w:rPr>
                <w:rFonts w:ascii="Times New Roman" w:hAnsi="Times New Roman"/>
                <w:b/>
                <w:sz w:val="20"/>
                <w:szCs w:val="20"/>
              </w:rPr>
              <w:t xml:space="preserve"> la </w:t>
            </w:r>
            <w:proofErr w:type="spellStart"/>
            <w:r w:rsidRPr="00C326C3">
              <w:rPr>
                <w:rFonts w:ascii="Times New Roman" w:hAnsi="Times New Roman"/>
                <w:b/>
                <w:sz w:val="20"/>
                <w:szCs w:val="20"/>
              </w:rPr>
              <w:t>astfel</w:t>
            </w:r>
            <w:proofErr w:type="spellEnd"/>
            <w:r w:rsidRPr="00C326C3">
              <w:rPr>
                <w:rFonts w:ascii="Times New Roman" w:hAnsi="Times New Roman"/>
                <w:b/>
                <w:sz w:val="20"/>
                <w:szCs w:val="20"/>
              </w:rPr>
              <w:t xml:space="preserve"> de </w:t>
            </w:r>
            <w:proofErr w:type="spellStart"/>
            <w:r w:rsidRPr="00C326C3">
              <w:rPr>
                <w:rFonts w:ascii="Times New Roman" w:hAnsi="Times New Roman"/>
                <w:b/>
                <w:sz w:val="20"/>
                <w:szCs w:val="20"/>
              </w:rPr>
              <w:t>construcții</w:t>
            </w:r>
            <w:proofErr w:type="spellEnd"/>
          </w:p>
        </w:tc>
      </w:tr>
      <w:tr w:rsidR="006C782F" w:rsidRPr="00C326C3">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D.1 · </w:t>
            </w:r>
            <w:proofErr w:type="spellStart"/>
            <w:r w:rsidRPr="00C326C3">
              <w:rPr>
                <w:rFonts w:ascii="Times New Roman" w:hAnsi="Times New Roman"/>
                <w:sz w:val="20"/>
                <w:szCs w:val="20"/>
              </w:rPr>
              <w:t>infrastructura</w:t>
            </w:r>
            <w:proofErr w:type="spellEnd"/>
            <w:r w:rsidRPr="00C326C3">
              <w:rPr>
                <w:rFonts w:ascii="Times New Roman" w:hAnsi="Times New Roman"/>
                <w:sz w:val="20"/>
                <w:szCs w:val="20"/>
              </w:rPr>
              <w:t xml:space="preserve"> de transport, </w:t>
            </w:r>
            <w:proofErr w:type="spellStart"/>
            <w:r w:rsidRPr="00C326C3">
              <w:rPr>
                <w:rFonts w:ascii="Times New Roman" w:hAnsi="Times New Roman"/>
                <w:sz w:val="20"/>
                <w:szCs w:val="20"/>
              </w:rPr>
              <w:t>alta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decât</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cea</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interes</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național</w:t>
            </w:r>
            <w:proofErr w:type="spellEnd"/>
            <w:r w:rsidRPr="00C326C3">
              <w:rPr>
                <w:rFonts w:ascii="Times New Roman" w:hAnsi="Times New Roman"/>
                <w:sz w:val="20"/>
                <w:szCs w:val="20"/>
              </w:rPr>
              <w:br/>
              <w:t xml:space="preserve">☐ D.2 · </w:t>
            </w:r>
            <w:proofErr w:type="spellStart"/>
            <w:r w:rsidRPr="00C326C3">
              <w:rPr>
                <w:rFonts w:ascii="Times New Roman" w:hAnsi="Times New Roman"/>
                <w:sz w:val="20"/>
                <w:szCs w:val="20"/>
              </w:rPr>
              <w:t>infrastructură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domeniul</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energiei</w:t>
            </w:r>
            <w:proofErr w:type="spellEnd"/>
            <w:r w:rsidRPr="00C326C3">
              <w:rPr>
                <w:rFonts w:ascii="Times New Roman" w:hAnsi="Times New Roman"/>
                <w:sz w:val="20"/>
                <w:szCs w:val="20"/>
              </w:rPr>
              <w:br/>
              <w:t xml:space="preserve">☐ D.3 · </w:t>
            </w:r>
            <w:proofErr w:type="spellStart"/>
            <w:r w:rsidRPr="00C326C3">
              <w:rPr>
                <w:rFonts w:ascii="Times New Roman" w:hAnsi="Times New Roman"/>
                <w:sz w:val="20"/>
                <w:szCs w:val="20"/>
              </w:rPr>
              <w:t>rețele</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comunicații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electronice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și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infrastructurile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fizice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aferente</w:t>
            </w:r>
            <w:proofErr w:type="spellEnd"/>
            <w:r w:rsidRPr="00C326C3">
              <w:rPr>
                <w:rFonts w:ascii="Times New Roman" w:hAnsi="Times New Roman"/>
                <w:sz w:val="20"/>
                <w:szCs w:val="20"/>
              </w:rPr>
              <w:br/>
              <w:t xml:space="preserve">☐ D.4 · </w:t>
            </w:r>
            <w:proofErr w:type="spellStart"/>
            <w:r w:rsidRPr="00C326C3">
              <w:rPr>
                <w:rFonts w:ascii="Times New Roman" w:hAnsi="Times New Roman"/>
                <w:sz w:val="20"/>
                <w:szCs w:val="20"/>
              </w:rPr>
              <w:t>gospodărirea</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apelor</w:t>
            </w:r>
            <w:proofErr w:type="spellEnd"/>
            <w:r w:rsidRPr="00C326C3">
              <w:rPr>
                <w:rFonts w:ascii="Times New Roman" w:hAnsi="Times New Roman"/>
                <w:sz w:val="20"/>
                <w:szCs w:val="20"/>
              </w:rPr>
              <w:br/>
              <w:t xml:space="preserve">☐ D.5 · </w:t>
            </w:r>
            <w:proofErr w:type="spellStart"/>
            <w:r w:rsidRPr="00C326C3">
              <w:rPr>
                <w:rFonts w:ascii="Times New Roman" w:hAnsi="Times New Roman"/>
                <w:sz w:val="20"/>
                <w:szCs w:val="20"/>
              </w:rPr>
              <w:t>hidrotehnice</w:t>
            </w:r>
            <w:proofErr w:type="spellEnd"/>
            <w:r w:rsidRPr="00C326C3">
              <w:rPr>
                <w:rFonts w:ascii="Times New Roman" w:hAnsi="Times New Roman"/>
                <w:sz w:val="20"/>
                <w:szCs w:val="20"/>
              </w:rPr>
              <w:br/>
              <w:t xml:space="preserve">☐ D.6 · </w:t>
            </w:r>
            <w:proofErr w:type="spellStart"/>
            <w:r w:rsidRPr="00C326C3">
              <w:rPr>
                <w:rFonts w:ascii="Times New Roman" w:hAnsi="Times New Roman"/>
                <w:sz w:val="20"/>
                <w:szCs w:val="20"/>
              </w:rPr>
              <w:t>miniere</w:t>
            </w:r>
            <w:proofErr w:type="spellEnd"/>
            <w:r w:rsidRPr="00C326C3">
              <w:rPr>
                <w:rFonts w:ascii="Times New Roman" w:hAnsi="Times New Roman"/>
                <w:sz w:val="20"/>
                <w:szCs w:val="20"/>
              </w:rPr>
              <w:br/>
              <w:t xml:space="preserve">☐ D.7 · </w:t>
            </w:r>
            <w:proofErr w:type="spellStart"/>
            <w:r w:rsidRPr="00C326C3">
              <w:rPr>
                <w:rFonts w:ascii="Times New Roman" w:hAnsi="Times New Roman"/>
                <w:sz w:val="20"/>
                <w:szCs w:val="20"/>
              </w:rPr>
              <w:t>alte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lucrări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inginerești</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necesare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unor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obiective</w:t>
            </w:r>
            <w:proofErr w:type="spellEnd"/>
            <w:r w:rsidRPr="00C326C3">
              <w:rPr>
                <w:rFonts w:ascii="Times New Roman" w:hAnsi="Times New Roman"/>
                <w:sz w:val="20"/>
                <w:szCs w:val="20"/>
              </w:rPr>
              <w:t xml:space="preserve"> de </w:t>
            </w:r>
            <w:proofErr w:type="spellStart"/>
            <w:r w:rsidRPr="00C326C3">
              <w:rPr>
                <w:rFonts w:ascii="Times New Roman" w:hAnsi="Times New Roman"/>
                <w:sz w:val="20"/>
                <w:szCs w:val="20"/>
              </w:rPr>
              <w:t>interes</w:t>
            </w:r>
            <w:proofErr w:type="spellEnd"/>
            <w:r w:rsidRPr="00C326C3">
              <w:rPr>
                <w:rFonts w:ascii="Times New Roman" w:hAnsi="Times New Roman"/>
                <w:sz w:val="20"/>
                <w:szCs w:val="20"/>
              </w:rPr>
              <w:t xml:space="preserve"> public</w:t>
            </w:r>
          </w:p>
        </w:tc>
      </w:tr>
    </w:tbl>
    <w:p w:rsidR="006C782F" w:rsidRPr="008E6085" w:rsidRDefault="00903D73">
      <w:pPr>
        <w:spacing w:before="60" w:after="40" w:line="240" w:lineRule="auto"/>
        <w:rPr>
          <w:sz w:val="24"/>
          <w:szCs w:val="24"/>
        </w:rPr>
      </w:pPr>
      <w:proofErr w:type="spellStart"/>
      <w:r w:rsidRPr="008E6085">
        <w:rPr>
          <w:rFonts w:ascii="Times New Roman" w:hAnsi="Times New Roman"/>
          <w:sz w:val="18"/>
          <w:szCs w:val="24"/>
          <w:u w:val="single"/>
        </w:rPr>
        <w:t>Punctele</w:t>
      </w:r>
      <w:proofErr w:type="spellEnd"/>
      <w:r w:rsidRPr="008E6085">
        <w:rPr>
          <w:rFonts w:ascii="Times New Roman" w:hAnsi="Times New Roman"/>
          <w:sz w:val="18"/>
          <w:szCs w:val="24"/>
          <w:u w:val="single"/>
        </w:rPr>
        <w:t xml:space="preserve"> 2-9 se </w:t>
      </w:r>
      <w:proofErr w:type="spellStart"/>
      <w:r w:rsidRPr="008E6085">
        <w:rPr>
          <w:rFonts w:ascii="Times New Roman" w:hAnsi="Times New Roman"/>
          <w:sz w:val="18"/>
          <w:szCs w:val="24"/>
          <w:u w:val="single"/>
        </w:rPr>
        <w:t>completeaza</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în</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cazul</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cladirilor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si</w:t>
      </w:r>
      <w:proofErr w:type="spellEnd"/>
      <w:r w:rsidRPr="008E6085">
        <w:rPr>
          <w:rFonts w:ascii="Times New Roman" w:hAnsi="Times New Roman"/>
          <w:sz w:val="18"/>
          <w:szCs w:val="24"/>
          <w:u w:val="single"/>
        </w:rPr>
        <w:t xml:space="preserve"> al </w:t>
      </w:r>
      <w:proofErr w:type="spellStart"/>
      <w:r w:rsidRPr="008E6085">
        <w:rPr>
          <w:rFonts w:ascii="Times New Roman" w:hAnsi="Times New Roman"/>
          <w:sz w:val="18"/>
          <w:szCs w:val="24"/>
          <w:u w:val="single"/>
        </w:rPr>
        <w:t>intervențiilor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asupra</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clădirilor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existente</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iar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în</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cazul</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amenajărilor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lucrărilor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inginerești</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doar</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dacă</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acestea</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cuprind</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și</w:t>
      </w:r>
      <w:proofErr w:type="spellEnd"/>
      <w:r w:rsidRPr="008E6085">
        <w:rPr>
          <w:rFonts w:ascii="Times New Roman" w:hAnsi="Times New Roman"/>
          <w:sz w:val="18"/>
          <w:szCs w:val="24"/>
          <w:u w:val="single"/>
        </w:rPr>
        <w:t xml:space="preserve"> </w:t>
      </w:r>
      <w:proofErr w:type="spellStart"/>
      <w:r w:rsidRPr="008E6085">
        <w:rPr>
          <w:rFonts w:ascii="Times New Roman" w:hAnsi="Times New Roman"/>
          <w:sz w:val="18"/>
          <w:szCs w:val="24"/>
          <w:u w:val="single"/>
        </w:rPr>
        <w:t>clădiri</w:t>
      </w:r>
      <w:proofErr w:type="spellEnd"/>
    </w:p>
    <w:tbl>
      <w:tblPr>
        <w:tblW w:w="10944" w:type="dxa"/>
        <w:jc w:val="center"/>
        <w:tblLayout w:type="fixed"/>
        <w:tblLook w:val="04A0" w:firstRow="1" w:lastRow="0" w:firstColumn="1" w:lastColumn="0" w:noHBand="0" w:noVBand="1"/>
      </w:tblPr>
      <w:tblGrid>
        <w:gridCol w:w="2736"/>
        <w:gridCol w:w="2736"/>
        <w:gridCol w:w="2736"/>
        <w:gridCol w:w="2736"/>
      </w:tblGrid>
      <w:tr w:rsidR="006C782F" w:rsidRPr="00C326C3" w:rsidT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2. DATELE CARACTERISTICE ALE AMPLASAMENTULUI</w:t>
            </w:r>
          </w:p>
        </w:tc>
      </w:tr>
      <w:tr w:rsidR="006C782F" w:rsidRPr="00C326C3" w:rsidT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Suprafața</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terenului</w:t>
            </w:r>
            <w:proofErr w:type="spellEnd"/>
            <w:r w:rsidRPr="00C326C3">
              <w:rPr>
                <w:rFonts w:ascii="Times New Roman" w:hAnsi="Times New Roman"/>
                <w:b/>
                <w:color w:val="004682"/>
                <w:sz w:val="20"/>
                <w:szCs w:val="20"/>
              </w:rPr>
              <w:t xml:space="preserve"> (m²)</w:t>
            </w:r>
          </w:p>
        </w:tc>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Terenul</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este</w:t>
            </w:r>
            <w:proofErr w:type="spellEnd"/>
            <w:r w:rsidRPr="00C326C3">
              <w:rPr>
                <w:rFonts w:ascii="Times New Roman" w:hAnsi="Times New Roman"/>
                <w:b/>
                <w:color w:val="004682"/>
                <w:sz w:val="20"/>
                <w:szCs w:val="20"/>
              </w:rPr>
              <w:br/>
              <w:t xml:space="preserve">☐ liber de </w:t>
            </w:r>
            <w:proofErr w:type="spellStart"/>
            <w:r w:rsidRPr="00C326C3">
              <w:rPr>
                <w:rFonts w:ascii="Times New Roman" w:hAnsi="Times New Roman"/>
                <w:b/>
                <w:color w:val="004682"/>
                <w:sz w:val="20"/>
                <w:szCs w:val="20"/>
              </w:rPr>
              <w:t>construcții</w:t>
            </w:r>
            <w:proofErr w:type="spellEnd"/>
            <w:r w:rsidRPr="00C326C3">
              <w:rPr>
                <w:rFonts w:ascii="Times New Roman" w:hAnsi="Times New Roman"/>
                <w:b/>
                <w:color w:val="004682"/>
                <w:sz w:val="20"/>
                <w:szCs w:val="20"/>
              </w:rPr>
              <w:t xml:space="preserve">    ☐ nu </w:t>
            </w:r>
            <w:proofErr w:type="spellStart"/>
            <w:r w:rsidRPr="00C326C3">
              <w:rPr>
                <w:rFonts w:ascii="Times New Roman" w:hAnsi="Times New Roman"/>
                <w:b/>
                <w:color w:val="004682"/>
                <w:sz w:val="20"/>
                <w:szCs w:val="20"/>
              </w:rPr>
              <w:t>este</w:t>
            </w:r>
            <w:proofErr w:type="spellEnd"/>
            <w:r w:rsidRPr="00C326C3">
              <w:rPr>
                <w:rFonts w:ascii="Times New Roman" w:hAnsi="Times New Roman"/>
                <w:b/>
                <w:color w:val="004682"/>
                <w:sz w:val="20"/>
                <w:szCs w:val="20"/>
              </w:rPr>
              <w:t xml:space="preserve"> liber de </w:t>
            </w:r>
            <w:proofErr w:type="spellStart"/>
            <w:r w:rsidRPr="00C326C3">
              <w:rPr>
                <w:rFonts w:ascii="Times New Roman" w:hAnsi="Times New Roman"/>
                <w:b/>
                <w:color w:val="004682"/>
                <w:sz w:val="20"/>
                <w:szCs w:val="20"/>
              </w:rPr>
              <w:t>construcții</w:t>
            </w:r>
            <w:proofErr w:type="spellEnd"/>
          </w:p>
        </w:tc>
      </w:tr>
      <w:tr w:rsidR="006C782F" w:rsidRPr="00C326C3" w:rsidT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Acces</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carosabil</w:t>
            </w:r>
            <w:proofErr w:type="spellEnd"/>
            <w:r w:rsidRPr="00C326C3">
              <w:rPr>
                <w:rFonts w:ascii="Times New Roman" w:hAnsi="Times New Roman"/>
                <w:b/>
                <w:color w:val="004682"/>
                <w:sz w:val="20"/>
                <w:szCs w:val="20"/>
              </w:rPr>
              <w:t xml:space="preserve"> din </w:t>
            </w:r>
            <w:proofErr w:type="spellStart"/>
            <w:r w:rsidRPr="00C326C3">
              <w:rPr>
                <w:rFonts w:ascii="Times New Roman" w:hAnsi="Times New Roman"/>
                <w:b/>
                <w:color w:val="004682"/>
                <w:sz w:val="20"/>
                <w:szCs w:val="20"/>
              </w:rPr>
              <w:t>strada</w:t>
            </w:r>
            <w:proofErr w:type="spellEnd"/>
          </w:p>
        </w:tc>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direct     ☐ </w:t>
            </w:r>
            <w:proofErr w:type="spellStart"/>
            <w:r w:rsidRPr="00C326C3">
              <w:rPr>
                <w:rFonts w:ascii="Times New Roman" w:hAnsi="Times New Roman"/>
                <w:sz w:val="20"/>
                <w:szCs w:val="20"/>
              </w:rPr>
              <w:t>prin</w:t>
            </w:r>
            <w:proofErr w:type="spellEnd"/>
            <w:r w:rsidRPr="00C326C3">
              <w:rPr>
                <w:rFonts w:ascii="Times New Roman" w:hAnsi="Times New Roman"/>
                <w:sz w:val="20"/>
                <w:szCs w:val="20"/>
              </w:rPr>
              <w:t xml:space="preserve"> drum </w:t>
            </w:r>
            <w:proofErr w:type="spellStart"/>
            <w:r w:rsidRPr="00C326C3">
              <w:rPr>
                <w:rFonts w:ascii="Times New Roman" w:hAnsi="Times New Roman"/>
                <w:sz w:val="20"/>
                <w:szCs w:val="20"/>
              </w:rPr>
              <w:t>privat</w:t>
            </w:r>
            <w:proofErr w:type="spellEnd"/>
          </w:p>
        </w:tc>
      </w:tr>
      <w:tr w:rsidR="006C782F" w:rsidRPr="00C326C3" w:rsidT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xml:space="preserve">☐ </w:t>
            </w:r>
            <w:proofErr w:type="spellStart"/>
            <w:r w:rsidRPr="00C326C3">
              <w:rPr>
                <w:rFonts w:ascii="Times New Roman" w:hAnsi="Times New Roman"/>
                <w:sz w:val="20"/>
                <w:szCs w:val="20"/>
              </w:rPr>
              <w:t>terenul</w:t>
            </w:r>
            <w:proofErr w:type="spellEnd"/>
            <w:r w:rsidRPr="00C326C3">
              <w:rPr>
                <w:rFonts w:ascii="Times New Roman" w:hAnsi="Times New Roman"/>
                <w:sz w:val="20"/>
                <w:szCs w:val="20"/>
              </w:rPr>
              <w:t xml:space="preserve"> se </w:t>
            </w:r>
            <w:proofErr w:type="spellStart"/>
            <w:r w:rsidRPr="00C326C3">
              <w:rPr>
                <w:rFonts w:ascii="Times New Roman" w:hAnsi="Times New Roman"/>
                <w:sz w:val="20"/>
                <w:szCs w:val="20"/>
              </w:rPr>
              <w:t>află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zona de </w:t>
            </w:r>
            <w:proofErr w:type="spellStart"/>
            <w:r w:rsidRPr="00C326C3">
              <w:rPr>
                <w:rFonts w:ascii="Times New Roman" w:hAnsi="Times New Roman"/>
                <w:sz w:val="20"/>
                <w:szCs w:val="20"/>
              </w:rPr>
              <w:t>protecție</w:t>
            </w:r>
            <w:proofErr w:type="spellEnd"/>
            <w:r w:rsidRPr="00C326C3">
              <w:rPr>
                <w:rFonts w:ascii="Times New Roman" w:hAnsi="Times New Roman"/>
                <w:sz w:val="20"/>
                <w:szCs w:val="20"/>
              </w:rPr>
              <w:t xml:space="preserve"> a </w:t>
            </w:r>
            <w:proofErr w:type="spellStart"/>
            <w:r w:rsidRPr="00C326C3">
              <w:rPr>
                <w:rFonts w:ascii="Times New Roman" w:hAnsi="Times New Roman"/>
                <w:sz w:val="20"/>
                <w:szCs w:val="20"/>
              </w:rPr>
              <w:t>monumentelor</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istorice</w:t>
            </w:r>
            <w:proofErr w:type="spellEnd"/>
            <w:r w:rsidRPr="00C326C3">
              <w:rPr>
                <w:rFonts w:ascii="Times New Roman" w:hAnsi="Times New Roman"/>
                <w:sz w:val="20"/>
                <w:szCs w:val="20"/>
              </w:rPr>
              <w:t xml:space="preserve">     ☐ </w:t>
            </w:r>
            <w:proofErr w:type="spellStart"/>
            <w:r w:rsidRPr="00C326C3">
              <w:rPr>
                <w:rFonts w:ascii="Times New Roman" w:hAnsi="Times New Roman"/>
                <w:sz w:val="20"/>
                <w:szCs w:val="20"/>
              </w:rPr>
              <w:t>terenul</w:t>
            </w:r>
            <w:proofErr w:type="spellEnd"/>
            <w:r w:rsidRPr="00C326C3">
              <w:rPr>
                <w:rFonts w:ascii="Times New Roman" w:hAnsi="Times New Roman"/>
                <w:sz w:val="20"/>
                <w:szCs w:val="20"/>
              </w:rPr>
              <w:t xml:space="preserve"> se </w:t>
            </w:r>
            <w:proofErr w:type="spellStart"/>
            <w:r w:rsidRPr="00C326C3">
              <w:rPr>
                <w:rFonts w:ascii="Times New Roman" w:hAnsi="Times New Roman"/>
                <w:sz w:val="20"/>
                <w:szCs w:val="20"/>
              </w:rPr>
              <w:t>află</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în</w:t>
            </w:r>
            <w:proofErr w:type="spellEnd"/>
            <w:r w:rsidRPr="00C326C3">
              <w:rPr>
                <w:rFonts w:ascii="Times New Roman" w:hAnsi="Times New Roman"/>
                <w:sz w:val="20"/>
                <w:szCs w:val="20"/>
              </w:rPr>
              <w:t xml:space="preserve"> zone </w:t>
            </w:r>
            <w:proofErr w:type="spellStart"/>
            <w:r w:rsidRPr="00C326C3">
              <w:rPr>
                <w:rFonts w:ascii="Times New Roman" w:hAnsi="Times New Roman"/>
                <w:sz w:val="20"/>
                <w:szCs w:val="20"/>
              </w:rPr>
              <w:t>construite</w:t>
            </w:r>
            <w:proofErr w:type="spellEnd"/>
            <w:r w:rsidRPr="00C326C3">
              <w:rPr>
                <w:rFonts w:ascii="Times New Roman" w:hAnsi="Times New Roman"/>
                <w:sz w:val="20"/>
                <w:szCs w:val="20"/>
              </w:rPr>
              <w:t xml:space="preserve"> </w:t>
            </w:r>
            <w:proofErr w:type="spellStart"/>
            <w:r w:rsidRPr="00C326C3">
              <w:rPr>
                <w:rFonts w:ascii="Times New Roman" w:hAnsi="Times New Roman"/>
                <w:sz w:val="20"/>
                <w:szCs w:val="20"/>
              </w:rPr>
              <w:t>protejate</w:t>
            </w:r>
            <w:proofErr w:type="spellEnd"/>
          </w:p>
        </w:tc>
      </w:tr>
      <w:tr w:rsidR="006C782F" w:rsidRPr="00C326C3" w:rsidT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Servituți</w:t>
            </w:r>
            <w:proofErr w:type="spellEnd"/>
            <w:r w:rsidRPr="00C326C3">
              <w:rPr>
                <w:rFonts w:ascii="Times New Roman" w:hAnsi="Times New Roman"/>
                <w:b/>
                <w:color w:val="004682"/>
                <w:sz w:val="20"/>
                <w:szCs w:val="20"/>
              </w:rPr>
              <w:br/>
            </w: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 xml:space="preserve">Tip </w:t>
            </w:r>
            <w:proofErr w:type="spellStart"/>
            <w:r w:rsidRPr="00C326C3">
              <w:rPr>
                <w:rFonts w:ascii="Times New Roman" w:hAnsi="Times New Roman"/>
                <w:b/>
                <w:color w:val="004682"/>
                <w:sz w:val="20"/>
                <w:szCs w:val="20"/>
              </w:rPr>
              <w:t>amplasare</w:t>
            </w:r>
            <w:proofErr w:type="spellEnd"/>
            <w:r w:rsidRPr="00C326C3">
              <w:rPr>
                <w:rFonts w:ascii="Times New Roman" w:hAnsi="Times New Roman"/>
                <w:b/>
                <w:color w:val="004682"/>
                <w:sz w:val="20"/>
                <w:szCs w:val="20"/>
              </w:rPr>
              <w:br/>
            </w:r>
            <w:proofErr w:type="spellStart"/>
            <w:r w:rsidRPr="00C326C3">
              <w:rPr>
                <w:rFonts w:ascii="Times New Roman" w:hAnsi="Times New Roman"/>
                <w:i/>
                <w:color w:val="787878"/>
                <w:sz w:val="20"/>
                <w:szCs w:val="20"/>
              </w:rPr>
              <w:t>izolat</w:t>
            </w:r>
            <w:proofErr w:type="spellEnd"/>
            <w:r w:rsidRPr="00C326C3">
              <w:rPr>
                <w:rFonts w:ascii="Times New Roman" w:hAnsi="Times New Roman"/>
                <w:i/>
                <w:color w:val="787878"/>
                <w:sz w:val="20"/>
                <w:szCs w:val="20"/>
              </w:rPr>
              <w:t xml:space="preserve"> · </w:t>
            </w:r>
            <w:proofErr w:type="spellStart"/>
            <w:r w:rsidRPr="00C326C3">
              <w:rPr>
                <w:rFonts w:ascii="Times New Roman" w:hAnsi="Times New Roman"/>
                <w:i/>
                <w:color w:val="787878"/>
                <w:sz w:val="20"/>
                <w:szCs w:val="20"/>
              </w:rPr>
              <w:t>cuplat</w:t>
            </w:r>
            <w:proofErr w:type="spellEnd"/>
            <w:r w:rsidRPr="00C326C3">
              <w:rPr>
                <w:rFonts w:ascii="Times New Roman" w:hAnsi="Times New Roman"/>
                <w:i/>
                <w:color w:val="787878"/>
                <w:sz w:val="20"/>
                <w:szCs w:val="20"/>
              </w:rPr>
              <w:t xml:space="preserve"> · </w:t>
            </w:r>
            <w:proofErr w:type="spellStart"/>
            <w:r w:rsidRPr="00C326C3">
              <w:rPr>
                <w:rFonts w:ascii="Times New Roman" w:hAnsi="Times New Roman"/>
                <w:i/>
                <w:color w:val="787878"/>
                <w:sz w:val="20"/>
                <w:szCs w:val="20"/>
              </w:rPr>
              <w:t>înșiruit</w:t>
            </w:r>
            <w:proofErr w:type="spellEnd"/>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Tipologie</w:t>
            </w:r>
            <w:proofErr w:type="spellEnd"/>
            <w:r w:rsidRPr="00C326C3">
              <w:rPr>
                <w:rFonts w:ascii="Times New Roman" w:hAnsi="Times New Roman"/>
                <w:b/>
                <w:color w:val="004682"/>
                <w:sz w:val="20"/>
                <w:szCs w:val="20"/>
              </w:rPr>
              <w:t xml:space="preserve"> / </w:t>
            </w:r>
            <w:proofErr w:type="spellStart"/>
            <w:r w:rsidRPr="00C326C3">
              <w:rPr>
                <w:rFonts w:ascii="Times New Roman" w:hAnsi="Times New Roman"/>
                <w:b/>
                <w:color w:val="004682"/>
                <w:sz w:val="20"/>
                <w:szCs w:val="20"/>
              </w:rPr>
              <w:t>morfologie</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urbană</w:t>
            </w:r>
            <w:proofErr w:type="spellEnd"/>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 xml:space="preserve">Front </w:t>
            </w:r>
            <w:proofErr w:type="spellStart"/>
            <w:r w:rsidRPr="00C326C3">
              <w:rPr>
                <w:rFonts w:ascii="Times New Roman" w:hAnsi="Times New Roman"/>
                <w:b/>
                <w:color w:val="004682"/>
                <w:sz w:val="20"/>
                <w:szCs w:val="20"/>
              </w:rPr>
              <w:t>construit</w:t>
            </w:r>
            <w:proofErr w:type="spellEnd"/>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rsidR="006C782F" w:rsidRPr="00C326C3" w:rsidRDefault="00903D73">
            <w:pPr>
              <w:spacing w:after="0" w:line="240" w:lineRule="auto"/>
              <w:rPr>
                <w:sz w:val="20"/>
                <w:szCs w:val="20"/>
              </w:rPr>
            </w:pPr>
            <w:proofErr w:type="spellStart"/>
            <w:r w:rsidRPr="00C326C3">
              <w:rPr>
                <w:rFonts w:ascii="Times New Roman" w:hAnsi="Times New Roman"/>
                <w:b/>
                <w:color w:val="004682"/>
                <w:sz w:val="20"/>
                <w:szCs w:val="20"/>
              </w:rPr>
              <w:t>Curte</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interioară</w:t>
            </w:r>
            <w:proofErr w:type="spellEnd"/>
          </w:p>
        </w:tc>
      </w:tr>
      <w:tr w:rsidR="006C782F" w:rsidRPr="00C326C3" w:rsidTr="00B205F1">
        <w:trPr>
          <w:jc w:val="center"/>
        </w:trPr>
        <w:tc>
          <w:tcPr>
            <w:tcW w:w="10944" w:type="dxa"/>
            <w:gridSpan w:val="4"/>
            <w:tcBorders>
              <w:top w:val="single" w:sz="4" w:space="0" w:color="808080"/>
              <w:left w:val="single" w:sz="4" w:space="0" w:color="808080"/>
              <w:bottom w:val="single" w:sz="4" w:space="0" w:color="auto"/>
              <w:right w:val="single" w:sz="4" w:space="0" w:color="808080"/>
            </w:tcBorders>
            <w:tcMar>
              <w:top w:w="8" w:type="dxa"/>
              <w:left w:w="35" w:type="dxa"/>
              <w:bottom w:w="8" w:type="dxa"/>
              <w:right w:w="35" w:type="dxa"/>
            </w:tcMar>
          </w:tcPr>
          <w:p w:rsidR="006C782F" w:rsidRPr="00C326C3" w:rsidRDefault="00903D73">
            <w:pPr>
              <w:spacing w:after="10" w:line="240" w:lineRule="auto"/>
              <w:rPr>
                <w:sz w:val="20"/>
                <w:szCs w:val="20"/>
              </w:rPr>
            </w:pPr>
            <w:proofErr w:type="spellStart"/>
            <w:r w:rsidRPr="00C326C3">
              <w:rPr>
                <w:rFonts w:ascii="Times New Roman" w:hAnsi="Times New Roman"/>
                <w:i/>
                <w:sz w:val="20"/>
                <w:szCs w:val="20"/>
              </w:rPr>
              <w:t>Amplasarea</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clădirilor</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pe</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teren</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după</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realizarea</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lucrărilor</w:t>
            </w:r>
            <w:proofErr w:type="spellEnd"/>
            <w:r w:rsidRPr="00C326C3">
              <w:rPr>
                <w:rFonts w:ascii="Times New Roman" w:hAnsi="Times New Roman"/>
                <w:i/>
                <w:sz w:val="20"/>
                <w:szCs w:val="20"/>
              </w:rPr>
              <w:t xml:space="preserve"> — </w:t>
            </w:r>
            <w:proofErr w:type="spellStart"/>
            <w:r w:rsidRPr="00C326C3">
              <w:rPr>
                <w:rFonts w:ascii="Times New Roman" w:hAnsi="Times New Roman"/>
                <w:i/>
                <w:sz w:val="20"/>
                <w:szCs w:val="20"/>
              </w:rPr>
              <w:t>retragerile</w:t>
            </w:r>
            <w:proofErr w:type="spellEnd"/>
            <w:r w:rsidRPr="00C326C3">
              <w:rPr>
                <w:rFonts w:ascii="Times New Roman" w:hAnsi="Times New Roman"/>
                <w:i/>
                <w:sz w:val="20"/>
                <w:szCs w:val="20"/>
              </w:rPr>
              <w:t xml:space="preserve"> </w:t>
            </w:r>
            <w:proofErr w:type="spellStart"/>
            <w:r w:rsidRPr="00C326C3">
              <w:rPr>
                <w:rFonts w:ascii="Times New Roman" w:hAnsi="Times New Roman"/>
                <w:i/>
                <w:sz w:val="20"/>
                <w:szCs w:val="20"/>
              </w:rPr>
              <w:t>minime</w:t>
            </w:r>
            <w:proofErr w:type="spellEnd"/>
            <w:r w:rsidRPr="00C326C3">
              <w:rPr>
                <w:rFonts w:ascii="Times New Roman" w:hAnsi="Times New Roman"/>
                <w:i/>
                <w:sz w:val="20"/>
                <w:szCs w:val="20"/>
              </w:rPr>
              <w:br/>
            </w:r>
            <w:proofErr w:type="spellStart"/>
            <w:r w:rsidRPr="00C326C3">
              <w:rPr>
                <w:rFonts w:ascii="Times New Roman" w:hAnsi="Times New Roman"/>
                <w:b/>
                <w:color w:val="004682"/>
                <w:sz w:val="20"/>
                <w:szCs w:val="20"/>
              </w:rPr>
              <w:t>față</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aliniament</w:t>
            </w:r>
            <w:proofErr w:type="spellEnd"/>
            <w:r w:rsidRPr="00C326C3">
              <w:rPr>
                <w:rFonts w:ascii="Times New Roman" w:hAnsi="Times New Roman"/>
                <w:b/>
                <w:color w:val="004682"/>
                <w:sz w:val="20"/>
                <w:szCs w:val="20"/>
              </w:rPr>
              <w:t xml:space="preserve"> (m)          </w:t>
            </w:r>
            <w:proofErr w:type="spellStart"/>
            <w:r w:rsidRPr="00C326C3">
              <w:rPr>
                <w:rFonts w:ascii="Times New Roman" w:hAnsi="Times New Roman"/>
                <w:b/>
                <w:color w:val="004682"/>
                <w:sz w:val="20"/>
                <w:szCs w:val="20"/>
              </w:rPr>
              <w:t>față</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limita</w:t>
            </w:r>
            <w:proofErr w:type="spellEnd"/>
            <w:r w:rsidRPr="00C326C3">
              <w:rPr>
                <w:rFonts w:ascii="Times New Roman" w:hAnsi="Times New Roman"/>
                <w:b/>
                <w:color w:val="004682"/>
                <w:sz w:val="20"/>
                <w:szCs w:val="20"/>
              </w:rPr>
              <w:t xml:space="preserve"> lateral-</w:t>
            </w:r>
            <w:proofErr w:type="spellStart"/>
            <w:r w:rsidRPr="00C326C3">
              <w:rPr>
                <w:rFonts w:ascii="Times New Roman" w:hAnsi="Times New Roman"/>
                <w:b/>
                <w:color w:val="004682"/>
                <w:sz w:val="20"/>
                <w:szCs w:val="20"/>
              </w:rPr>
              <w:t>dreapta</w:t>
            </w:r>
            <w:proofErr w:type="spellEnd"/>
            <w:r w:rsidRPr="00C326C3">
              <w:rPr>
                <w:rFonts w:ascii="Times New Roman" w:hAnsi="Times New Roman"/>
                <w:b/>
                <w:color w:val="004682"/>
                <w:sz w:val="20"/>
                <w:szCs w:val="20"/>
              </w:rPr>
              <w:t xml:space="preserve"> (m)          </w:t>
            </w:r>
            <w:proofErr w:type="spellStart"/>
            <w:r w:rsidRPr="00C326C3">
              <w:rPr>
                <w:rFonts w:ascii="Times New Roman" w:hAnsi="Times New Roman"/>
                <w:b/>
                <w:color w:val="004682"/>
                <w:sz w:val="20"/>
                <w:szCs w:val="20"/>
              </w:rPr>
              <w:t>față</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limita</w:t>
            </w:r>
            <w:proofErr w:type="spellEnd"/>
            <w:r w:rsidRPr="00C326C3">
              <w:rPr>
                <w:rFonts w:ascii="Times New Roman" w:hAnsi="Times New Roman"/>
                <w:b/>
                <w:color w:val="004682"/>
                <w:sz w:val="20"/>
                <w:szCs w:val="20"/>
              </w:rPr>
              <w:t xml:space="preserve"> lateral-</w:t>
            </w:r>
            <w:proofErr w:type="spellStart"/>
            <w:r w:rsidRPr="00C326C3">
              <w:rPr>
                <w:rFonts w:ascii="Times New Roman" w:hAnsi="Times New Roman"/>
                <w:b/>
                <w:color w:val="004682"/>
                <w:sz w:val="20"/>
                <w:szCs w:val="20"/>
              </w:rPr>
              <w:t>stânga</w:t>
            </w:r>
            <w:proofErr w:type="spellEnd"/>
            <w:r w:rsidRPr="00C326C3">
              <w:rPr>
                <w:rFonts w:ascii="Times New Roman" w:hAnsi="Times New Roman"/>
                <w:b/>
                <w:color w:val="004682"/>
                <w:sz w:val="20"/>
                <w:szCs w:val="20"/>
              </w:rPr>
              <w:t xml:space="preserve"> (m)          </w:t>
            </w:r>
            <w:proofErr w:type="spellStart"/>
            <w:r w:rsidRPr="00C326C3">
              <w:rPr>
                <w:rFonts w:ascii="Times New Roman" w:hAnsi="Times New Roman"/>
                <w:b/>
                <w:color w:val="004682"/>
                <w:sz w:val="20"/>
                <w:szCs w:val="20"/>
              </w:rPr>
              <w:t>față</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limita</w:t>
            </w:r>
            <w:proofErr w:type="spellEnd"/>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posterioară</w:t>
            </w:r>
            <w:proofErr w:type="spellEnd"/>
            <w:r w:rsidRPr="00C326C3">
              <w:rPr>
                <w:rFonts w:ascii="Times New Roman" w:hAnsi="Times New Roman"/>
                <w:b/>
                <w:color w:val="004682"/>
                <w:sz w:val="20"/>
                <w:szCs w:val="20"/>
              </w:rPr>
              <w:t xml:space="preserve"> (m)</w:t>
            </w:r>
          </w:p>
        </w:tc>
      </w:tr>
      <w:tr w:rsidR="006C782F" w:rsidRPr="00C326C3" w:rsidTr="00B205F1">
        <w:trPr>
          <w:jc w:val="center"/>
        </w:trPr>
        <w:tc>
          <w:tcPr>
            <w:tcW w:w="5472" w:type="dxa"/>
            <w:gridSpan w:val="2"/>
            <w:tcBorders>
              <w:top w:val="single" w:sz="4" w:space="0" w:color="auto"/>
              <w:left w:val="single" w:sz="4" w:space="0" w:color="auto"/>
              <w:bottom w:val="single" w:sz="4" w:space="0" w:color="auto"/>
              <w:right w:val="single" w:sz="4" w:space="0" w:color="auto"/>
            </w:tcBorders>
            <w:tcMar>
              <w:top w:w="8" w:type="dxa"/>
              <w:left w:w="35" w:type="dxa"/>
              <w:bottom w:w="8" w:type="dxa"/>
              <w:right w:w="35" w:type="dxa"/>
            </w:tcMar>
          </w:tcPr>
          <w:p w:rsidR="00B205F1" w:rsidRDefault="00903D73">
            <w:pPr>
              <w:spacing w:after="0" w:line="240" w:lineRule="auto"/>
              <w:rPr>
                <w:rFonts w:ascii="Times New Roman" w:hAnsi="Times New Roman"/>
                <w:b/>
                <w:color w:val="004682"/>
                <w:sz w:val="20"/>
                <w:szCs w:val="20"/>
              </w:rPr>
            </w:pPr>
            <w:proofErr w:type="spellStart"/>
            <w:r w:rsidRPr="00C326C3">
              <w:rPr>
                <w:rFonts w:ascii="Times New Roman" w:hAnsi="Times New Roman"/>
                <w:b/>
                <w:color w:val="004682"/>
                <w:sz w:val="20"/>
                <w:szCs w:val="20"/>
              </w:rPr>
              <w:lastRenderedPageBreak/>
              <w:t>Procent</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ocupare</w:t>
            </w:r>
            <w:proofErr w:type="spellEnd"/>
            <w:r w:rsidRPr="00C326C3">
              <w:rPr>
                <w:rFonts w:ascii="Times New Roman" w:hAnsi="Times New Roman"/>
                <w:b/>
                <w:color w:val="004682"/>
                <w:sz w:val="20"/>
                <w:szCs w:val="20"/>
              </w:rPr>
              <w:t xml:space="preserve"> a terenului (%)</w:t>
            </w:r>
            <w:r w:rsidRPr="00C326C3">
              <w:rPr>
                <w:rFonts w:ascii="Times New Roman" w:hAnsi="Times New Roman"/>
                <w:b/>
                <w:color w:val="004682"/>
                <w:sz w:val="20"/>
                <w:szCs w:val="20"/>
              </w:rPr>
              <w:br/>
              <w:t xml:space="preserve">Existent:                       </w:t>
            </w:r>
          </w:p>
          <w:p w:rsidR="006C782F" w:rsidRPr="00C326C3" w:rsidRDefault="00903D73">
            <w:pPr>
              <w:spacing w:after="0" w:line="240" w:lineRule="auto"/>
              <w:rPr>
                <w:sz w:val="20"/>
                <w:szCs w:val="20"/>
              </w:rPr>
            </w:pPr>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Propus</w:t>
            </w:r>
            <w:proofErr w:type="spellEnd"/>
            <w:r w:rsidRPr="00C326C3">
              <w:rPr>
                <w:rFonts w:ascii="Times New Roman" w:hAnsi="Times New Roman"/>
                <w:b/>
                <w:color w:val="004682"/>
                <w:sz w:val="20"/>
                <w:szCs w:val="20"/>
              </w:rPr>
              <w:t>:</w:t>
            </w:r>
          </w:p>
        </w:tc>
        <w:tc>
          <w:tcPr>
            <w:tcW w:w="5472" w:type="dxa"/>
            <w:gridSpan w:val="2"/>
            <w:tcBorders>
              <w:top w:val="single" w:sz="4" w:space="0" w:color="auto"/>
              <w:left w:val="single" w:sz="4" w:space="0" w:color="auto"/>
              <w:bottom w:val="single" w:sz="4" w:space="0" w:color="auto"/>
              <w:right w:val="single" w:sz="4" w:space="0" w:color="auto"/>
            </w:tcBorders>
            <w:tcMar>
              <w:top w:w="8" w:type="dxa"/>
              <w:left w:w="35" w:type="dxa"/>
              <w:bottom w:w="8" w:type="dxa"/>
              <w:right w:w="35" w:type="dxa"/>
            </w:tcMar>
          </w:tcPr>
          <w:p w:rsidR="00B205F1" w:rsidRDefault="00903D73">
            <w:pPr>
              <w:spacing w:after="0" w:line="240" w:lineRule="auto"/>
              <w:rPr>
                <w:rFonts w:ascii="Times New Roman" w:hAnsi="Times New Roman"/>
                <w:b/>
                <w:color w:val="004682"/>
                <w:sz w:val="20"/>
                <w:szCs w:val="20"/>
              </w:rPr>
            </w:pPr>
            <w:proofErr w:type="spellStart"/>
            <w:r w:rsidRPr="00C326C3">
              <w:rPr>
                <w:rFonts w:ascii="Times New Roman" w:hAnsi="Times New Roman"/>
                <w:b/>
                <w:color w:val="004682"/>
                <w:sz w:val="20"/>
                <w:szCs w:val="20"/>
              </w:rPr>
              <w:t>Coeficient</w:t>
            </w:r>
            <w:proofErr w:type="spellEnd"/>
            <w:r w:rsidRPr="00C326C3">
              <w:rPr>
                <w:rFonts w:ascii="Times New Roman" w:hAnsi="Times New Roman"/>
                <w:b/>
                <w:color w:val="004682"/>
                <w:sz w:val="20"/>
                <w:szCs w:val="20"/>
              </w:rPr>
              <w:t xml:space="preserve"> de </w:t>
            </w:r>
            <w:proofErr w:type="spellStart"/>
            <w:r w:rsidRPr="00C326C3">
              <w:rPr>
                <w:rFonts w:ascii="Times New Roman" w:hAnsi="Times New Roman"/>
                <w:b/>
                <w:color w:val="004682"/>
                <w:sz w:val="20"/>
                <w:szCs w:val="20"/>
              </w:rPr>
              <w:t>utilizare</w:t>
            </w:r>
            <w:proofErr w:type="spellEnd"/>
            <w:r w:rsidRPr="00C326C3">
              <w:rPr>
                <w:rFonts w:ascii="Times New Roman" w:hAnsi="Times New Roman"/>
                <w:b/>
                <w:color w:val="004682"/>
                <w:sz w:val="20"/>
                <w:szCs w:val="20"/>
              </w:rPr>
              <w:t xml:space="preserve"> a </w:t>
            </w:r>
            <w:proofErr w:type="spellStart"/>
            <w:r w:rsidRPr="00C326C3">
              <w:rPr>
                <w:rFonts w:ascii="Times New Roman" w:hAnsi="Times New Roman"/>
                <w:b/>
                <w:color w:val="004682"/>
                <w:sz w:val="20"/>
                <w:szCs w:val="20"/>
              </w:rPr>
              <w:t>terenului</w:t>
            </w:r>
            <w:proofErr w:type="spellEnd"/>
            <w:r w:rsidRPr="00C326C3">
              <w:rPr>
                <w:rFonts w:ascii="Times New Roman" w:hAnsi="Times New Roman"/>
                <w:b/>
                <w:color w:val="004682"/>
                <w:sz w:val="20"/>
                <w:szCs w:val="20"/>
              </w:rPr>
              <w:br/>
              <w:t xml:space="preserve">Existent:                </w:t>
            </w:r>
          </w:p>
          <w:p w:rsidR="006C782F" w:rsidRPr="00C326C3" w:rsidRDefault="00903D73">
            <w:pPr>
              <w:spacing w:after="0" w:line="240" w:lineRule="auto"/>
              <w:rPr>
                <w:sz w:val="20"/>
                <w:szCs w:val="20"/>
              </w:rPr>
            </w:pPr>
            <w:r w:rsidRPr="00C326C3">
              <w:rPr>
                <w:rFonts w:ascii="Times New Roman" w:hAnsi="Times New Roman"/>
                <w:b/>
                <w:color w:val="004682"/>
                <w:sz w:val="20"/>
                <w:szCs w:val="20"/>
              </w:rPr>
              <w:t xml:space="preserve"> </w:t>
            </w:r>
            <w:proofErr w:type="spellStart"/>
            <w:r w:rsidRPr="00C326C3">
              <w:rPr>
                <w:rFonts w:ascii="Times New Roman" w:hAnsi="Times New Roman"/>
                <w:b/>
                <w:color w:val="004682"/>
                <w:sz w:val="20"/>
                <w:szCs w:val="20"/>
              </w:rPr>
              <w:t>Propus</w:t>
            </w:r>
            <w:proofErr w:type="spellEnd"/>
            <w:r w:rsidRPr="00C326C3">
              <w:rPr>
                <w:rFonts w:ascii="Times New Roman" w:hAnsi="Times New Roman"/>
                <w:b/>
                <w:color w:val="004682"/>
                <w:sz w:val="20"/>
                <w:szCs w:val="20"/>
              </w:rPr>
              <w:t>:</w:t>
            </w:r>
          </w:p>
        </w:tc>
      </w:tr>
      <w:tr w:rsidR="00B205F1" w:rsidRPr="00C326C3" w:rsidTr="00B205F1">
        <w:trPr>
          <w:jc w:val="center"/>
        </w:trPr>
        <w:tc>
          <w:tcPr>
            <w:tcW w:w="10944" w:type="dxa"/>
            <w:gridSpan w:val="4"/>
            <w:tcBorders>
              <w:top w:val="single" w:sz="4" w:space="0" w:color="auto"/>
              <w:bottom w:val="single" w:sz="4" w:space="0" w:color="auto"/>
            </w:tcBorders>
            <w:tcMar>
              <w:top w:w="8" w:type="dxa"/>
              <w:left w:w="35" w:type="dxa"/>
              <w:bottom w:w="8" w:type="dxa"/>
              <w:right w:w="35" w:type="dxa"/>
            </w:tcMar>
          </w:tcPr>
          <w:p w:rsidR="00B205F1" w:rsidRPr="00C326C3" w:rsidRDefault="00B205F1">
            <w:pPr>
              <w:spacing w:after="0" w:line="240" w:lineRule="auto"/>
              <w:rPr>
                <w:rFonts w:ascii="Times New Roman" w:hAnsi="Times New Roman"/>
                <w:b/>
                <w:color w:val="004682"/>
                <w:sz w:val="20"/>
                <w:szCs w:val="20"/>
              </w:rPr>
            </w:pPr>
          </w:p>
        </w:tc>
      </w:tr>
      <w:tr w:rsidR="006C782F" w:rsidRPr="00C326C3" w:rsidTr="00B205F1">
        <w:trPr>
          <w:jc w:val="center"/>
        </w:trPr>
        <w:tc>
          <w:tcPr>
            <w:tcW w:w="10944" w:type="dxa"/>
            <w:gridSpan w:val="4"/>
            <w:tcBorders>
              <w:top w:val="single" w:sz="4" w:space="0" w:color="auto"/>
              <w:left w:val="single" w:sz="4" w:space="0" w:color="auto"/>
              <w:bottom w:val="single" w:sz="4" w:space="0" w:color="auto"/>
              <w:right w:val="single" w:sz="4" w:space="0" w:color="auto"/>
            </w:tcBorders>
            <w:shd w:val="clear" w:color="auto" w:fill="EBEBEB"/>
            <w:tcMar>
              <w:top w:w="6" w:type="dxa"/>
              <w:left w:w="35" w:type="dxa"/>
              <w:bottom w:w="6" w:type="dxa"/>
              <w:right w:w="35" w:type="dxa"/>
            </w:tcMar>
          </w:tcPr>
          <w:p w:rsidR="006C782F" w:rsidRPr="00C326C3" w:rsidRDefault="00903D73">
            <w:pPr>
              <w:spacing w:before="10" w:after="10" w:line="240" w:lineRule="auto"/>
              <w:rPr>
                <w:rFonts w:ascii="Times New Roman" w:hAnsi="Times New Roman" w:cs="Times New Roman"/>
                <w:sz w:val="20"/>
                <w:szCs w:val="20"/>
              </w:rPr>
            </w:pPr>
            <w:r w:rsidRPr="00C326C3">
              <w:rPr>
                <w:rFonts w:ascii="Times New Roman" w:hAnsi="Times New Roman" w:cs="Times New Roman"/>
                <w:sz w:val="20"/>
                <w:szCs w:val="20"/>
              </w:rPr>
              <w:br w:type="page"/>
            </w:r>
            <w:r w:rsidRPr="00C326C3">
              <w:rPr>
                <w:rFonts w:ascii="Times New Roman" w:hAnsi="Times New Roman" w:cs="Times New Roman"/>
                <w:b/>
                <w:sz w:val="20"/>
                <w:szCs w:val="20"/>
              </w:rPr>
              <w:t>3. SUPRAFEȚE</w:t>
            </w:r>
          </w:p>
        </w:tc>
      </w:tr>
      <w:tr w:rsidR="006C782F" w:rsidRPr="00C326C3" w:rsidTr="00B205F1">
        <w:trPr>
          <w:jc w:val="center"/>
        </w:trPr>
        <w:tc>
          <w:tcPr>
            <w:tcW w:w="2736" w:type="dxa"/>
            <w:tcBorders>
              <w:top w:val="single" w:sz="4" w:space="0" w:color="auto"/>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0000"/>
                <w:sz w:val="20"/>
                <w:szCs w:val="20"/>
              </w:rPr>
              <w:t>clădiri existente, din care:</w:t>
            </w:r>
          </w:p>
        </w:tc>
        <w:tc>
          <w:tcPr>
            <w:tcW w:w="2736" w:type="dxa"/>
            <w:tcBorders>
              <w:top w:val="single" w:sz="4" w:space="0" w:color="auto"/>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Suprafață construită (m²)</w:t>
            </w:r>
          </w:p>
        </w:tc>
        <w:tc>
          <w:tcPr>
            <w:tcW w:w="2736" w:type="dxa"/>
            <w:tcBorders>
              <w:top w:val="single" w:sz="4" w:space="0" w:color="auto"/>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Suprafață desfășurată (m²)</w:t>
            </w:r>
          </w:p>
        </w:tc>
        <w:tc>
          <w:tcPr>
            <w:tcW w:w="2736" w:type="dxa"/>
            <w:tcBorders>
              <w:top w:val="single" w:sz="4" w:space="0" w:color="auto"/>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Suprafață utilă (m²)</w:t>
            </w: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sz w:val="20"/>
                <w:szCs w:val="20"/>
              </w:rPr>
              <w:t>— desființate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sz w:val="20"/>
                <w:szCs w:val="20"/>
              </w:rPr>
              <w:t>— menținute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sz w:val="20"/>
                <w:szCs w:val="20"/>
              </w:rPr>
              <w:t>clădiri propuse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b/>
                <w:sz w:val="20"/>
                <w:szCs w:val="20"/>
              </w:rPr>
              <w:t>TOTAL (menținute + propuse)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6C782F">
            <w:pPr>
              <w:rPr>
                <w:rFonts w:ascii="Times New Roman" w:hAnsi="Times New Roman" w:cs="Times New Roman"/>
                <w:sz w:val="20"/>
                <w:szCs w:val="20"/>
              </w:rPr>
            </w:pPr>
          </w:p>
        </w:tc>
      </w:tr>
    </w:tbl>
    <w:p w:rsidR="006C782F" w:rsidRPr="00C326C3" w:rsidRDefault="006C782F">
      <w:pPr>
        <w:spacing w:before="20" w:after="0"/>
        <w:rPr>
          <w:rFonts w:ascii="Times New Roman" w:hAnsi="Times New Roman" w:cs="Times New Roman"/>
          <w:sz w:val="20"/>
          <w:szCs w:val="20"/>
        </w:rPr>
      </w:pPr>
    </w:p>
    <w:tbl>
      <w:tblPr>
        <w:tblW w:w="0" w:type="auto"/>
        <w:jc w:val="center"/>
        <w:tblLayout w:type="fixed"/>
        <w:tblLook w:val="04A0" w:firstRow="1" w:lastRow="0" w:firstColumn="1" w:lastColumn="0" w:noHBand="0" w:noVBand="1"/>
      </w:tblPr>
      <w:tblGrid>
        <w:gridCol w:w="2736"/>
        <w:gridCol w:w="2736"/>
        <w:gridCol w:w="2736"/>
        <w:gridCol w:w="2736"/>
      </w:tblGrid>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rFonts w:ascii="Times New Roman" w:hAnsi="Times New Roman" w:cs="Times New Roman"/>
                <w:sz w:val="20"/>
                <w:szCs w:val="20"/>
              </w:rPr>
            </w:pPr>
            <w:r w:rsidRPr="00C326C3">
              <w:rPr>
                <w:rFonts w:ascii="Times New Roman" w:hAnsi="Times New Roman" w:cs="Times New Roman"/>
                <w:b/>
                <w:sz w:val="20"/>
                <w:szCs w:val="20"/>
              </w:rPr>
              <w:t>4. FIȘA CLĂDIRII (se completează câte una pentru fiecare imobil)</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b/>
                <w:sz w:val="20"/>
                <w:szCs w:val="20"/>
              </w:rPr>
              <w:t>Identificarea clădirii în registru</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NIS</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numărul din Registrul Național al Clădirilor</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 cadastral al clădirii</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forma 123456-C1</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Identificator e-Terra (IE)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Nr. carte funciară</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Tipul obiectului</w:t>
            </w:r>
            <w:r w:rsidRPr="00C326C3">
              <w:rPr>
                <w:rFonts w:ascii="Times New Roman" w:hAnsi="Times New Roman" w:cs="Times New Roman"/>
                <w:b/>
                <w:color w:val="004682"/>
                <w:sz w:val="20"/>
                <w:szCs w:val="20"/>
              </w:rPr>
              <w:br/>
              <w:t>☐ clădire   ☐ corp de clădire   ☐ unități locative</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Clădirea este</w:t>
            </w:r>
            <w:r w:rsidRPr="00C326C3">
              <w:rPr>
                <w:rFonts w:ascii="Times New Roman" w:hAnsi="Times New Roman" w:cs="Times New Roman"/>
                <w:b/>
                <w:color w:val="004682"/>
                <w:sz w:val="20"/>
                <w:szCs w:val="20"/>
              </w:rPr>
              <w:br/>
              <w:t>☐ existentă     ☐ propusă prin proiect</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Denumirea clădirii</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Descriere</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rFonts w:ascii="Times New Roman" w:hAnsi="Times New Roman" w:cs="Times New Roman"/>
                <w:sz w:val="20"/>
                <w:szCs w:val="20"/>
              </w:rPr>
            </w:pPr>
            <w:r w:rsidRPr="00C326C3">
              <w:rPr>
                <w:rFonts w:ascii="Times New Roman" w:hAnsi="Times New Roman" w:cs="Times New Roman"/>
                <w:i/>
                <w:sz w:val="20"/>
                <w:szCs w:val="20"/>
              </w:rPr>
              <w:t>CARACTERISTICI ALE CLĂDIRII</w:t>
            </w:r>
            <w:r w:rsidRPr="00C326C3">
              <w:rPr>
                <w:rFonts w:ascii="Times New Roman" w:hAnsi="Times New Roman" w:cs="Times New Roman"/>
                <w:i/>
                <w:sz w:val="20"/>
                <w:szCs w:val="20"/>
              </w:rPr>
              <w:br/>
              <w:t>(În cazul intervențiilor asupra clădirilor existente, pentru fiecare câmp, se vor preciza caracteristicile clădirii existente/respectiv ale celei propuse)</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Destinația / funcțiunea principală</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Funcțiuni secundare</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Regim juridic</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Zonă fiscală</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Anul construirii / Anul ultimei renovări</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la clădirile existente / dacă e cazul</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Durata de viață estimată (ani)</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Regim de înălțime</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 S+P+2E+M</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Înălțimea la cornișă (m)</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Înălțimea maximă (m)</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Cota terenului amenajat / natural (m)</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Suprafața construită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Suprafața desfășurată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Suprafața utilă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Volum construit (m³)</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Sistem structural / Material structural</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Clasa de risc seismic</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Rs I ... Rs IV</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Acoperiș / învelitoare</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șarpantă sau terasă</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Învelitoare (material / culoare)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Finisaj / tâmplărie exterioară</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material, culoare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Sistem de încălzire</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Nivel de stabilitate la incendiu</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rFonts w:ascii="Times New Roman" w:hAnsi="Times New Roman" w:cs="Times New Roman"/>
                <w:sz w:val="20"/>
                <w:szCs w:val="20"/>
              </w:rPr>
            </w:pPr>
            <w:r w:rsidRPr="00C326C3">
              <w:rPr>
                <w:rFonts w:ascii="Times New Roman" w:hAnsi="Times New Roman" w:cs="Times New Roman"/>
                <w:b/>
                <w:color w:val="004682"/>
                <w:sz w:val="20"/>
                <w:szCs w:val="20"/>
              </w:rPr>
              <w:t>Număr maxim utilizatori</w:t>
            </w:r>
            <w:r w:rsidRPr="00C326C3">
              <w:rPr>
                <w:rFonts w:ascii="Times New Roman" w:hAnsi="Times New Roman" w:cs="Times New Roman"/>
                <w:b/>
                <w:color w:val="004682"/>
                <w:sz w:val="20"/>
                <w:szCs w:val="20"/>
              </w:rPr>
              <w:br/>
            </w:r>
            <w:r w:rsidRPr="00C326C3">
              <w:rPr>
                <w:rFonts w:ascii="Times New Roman" w:hAnsi="Times New Roman" w:cs="Times New Roman"/>
                <w:i/>
                <w:color w:val="787878"/>
                <w:sz w:val="20"/>
                <w:szCs w:val="20"/>
              </w:rPr>
              <w:t>(existent/propus)</w:t>
            </w:r>
          </w:p>
        </w:tc>
      </w:tr>
    </w:tbl>
    <w:p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2736"/>
        <w:gridCol w:w="2736"/>
        <w:gridCol w:w="2736"/>
        <w:gridCol w:w="2736"/>
      </w:tblGrid>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5. CAPACITĂȚILE FUNCȚIONALE ALE CONSTRUCȚIILOR PROIECTATE</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Construcții de locuințe</w:t>
            </w:r>
            <w:r w:rsidRPr="00C326C3">
              <w:rPr>
                <w:rFonts w:ascii="Times New Roman" w:hAnsi="Times New Roman"/>
                <w:sz w:val="20"/>
                <w:szCs w:val="20"/>
              </w:rPr>
              <w:br/>
              <w:t>☐ principale (permanente)   ☐ sezoniere (de vacanță)   ☐ pentru închiriere   ☐ sociale   ☐ de serviciu   ☐ de necesitate   ☐ de intervenție   ☐ de protocol</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sz w:val="20"/>
                <w:szCs w:val="20"/>
              </w:rPr>
            </w:pPr>
            <w:r w:rsidRPr="00C326C3">
              <w:rPr>
                <w:rFonts w:ascii="Times New Roman" w:hAnsi="Times New Roman"/>
                <w:b/>
                <w:color w:val="004682"/>
                <w:sz w:val="20"/>
                <w:szCs w:val="20"/>
              </w:rPr>
              <w:t>Număr de apartamente:   cu 1 cameră: ____   2 camere: ____   3 camere: ____   4 camere: ____   5+ camere: ____</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sz w:val="20"/>
                <w:szCs w:val="20"/>
              </w:rPr>
            </w:pPr>
            <w:r w:rsidRPr="00C326C3">
              <w:rPr>
                <w:rFonts w:ascii="Times New Roman" w:hAnsi="Times New Roman"/>
                <w:b/>
                <w:sz w:val="20"/>
                <w:szCs w:val="20"/>
              </w:rPr>
              <w:t>Construcții pentru instituții publice și servicii</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sănătate</w:t>
            </w:r>
            <w:proofErr w:type="gramEnd"/>
            <w:r w:rsidRPr="00C326C3">
              <w:rPr>
                <w:rFonts w:ascii="Times New Roman" w:hAnsi="Times New Roman"/>
                <w:b/>
                <w:color w:val="004682"/>
                <w:sz w:val="20"/>
                <w:szCs w:val="20"/>
              </w:rPr>
              <w:t xml:space="preserve"> — nr. de paturi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învățământ — nr. săli / locuri / grupe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cultură</w:t>
            </w:r>
            <w:proofErr w:type="gramEnd"/>
            <w:r w:rsidRPr="00C326C3">
              <w:rPr>
                <w:rFonts w:ascii="Times New Roman" w:hAnsi="Times New Roman"/>
                <w:b/>
                <w:color w:val="004682"/>
                <w:sz w:val="20"/>
                <w:szCs w:val="20"/>
              </w:rPr>
              <w:t xml:space="preserve"> — nr. de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hoteliere</w:t>
            </w:r>
            <w:proofErr w:type="gramEnd"/>
            <w:r w:rsidRPr="00C326C3">
              <w:rPr>
                <w:rFonts w:ascii="Times New Roman" w:hAnsi="Times New Roman"/>
                <w:b/>
                <w:color w:val="004682"/>
                <w:sz w:val="20"/>
                <w:szCs w:val="20"/>
              </w:rPr>
              <w:t xml:space="preserve"> — nr. camere / locuri</w:t>
            </w:r>
          </w:p>
        </w:tc>
      </w:tr>
      <w:tr w:rsidR="006C782F" w:rsidRP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culte</w:t>
            </w:r>
            <w:proofErr w:type="gramEnd"/>
            <w:r w:rsidRPr="00C326C3">
              <w:rPr>
                <w:rFonts w:ascii="Times New Roman" w:hAnsi="Times New Roman"/>
                <w:b/>
                <w:color w:val="004682"/>
                <w:sz w:val="20"/>
                <w:szCs w:val="20"/>
              </w:rPr>
              <w:t xml:space="preserve"> — nr. de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administrative</w:t>
            </w:r>
            <w:proofErr w:type="gramEnd"/>
            <w:r w:rsidRPr="00C326C3">
              <w:rPr>
                <w:rFonts w:ascii="Times New Roman" w:hAnsi="Times New Roman"/>
                <w:b/>
                <w:color w:val="004682"/>
                <w:sz w:val="20"/>
                <w:szCs w:val="20"/>
              </w:rPr>
              <w:t xml:space="preserve"> / financiare — nr. pers.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comerț / servicii / sport — nr. pers.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agricole / producție / depozitare</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Alte caracteristici ale capacităților funcționale, necuprinse mai sus</w:t>
            </w:r>
          </w:p>
        </w:tc>
      </w:tr>
    </w:tbl>
    <w:p w:rsidR="00C326C3" w:rsidRDefault="00C326C3">
      <w:pPr>
        <w:rPr>
          <w:sz w:val="24"/>
          <w:szCs w:val="24"/>
        </w:rPr>
      </w:pPr>
    </w:p>
    <w:p w:rsidR="00B205F1" w:rsidRDefault="00B205F1">
      <w:pPr>
        <w:rPr>
          <w:sz w:val="24"/>
          <w:szCs w:val="24"/>
        </w:rPr>
      </w:pPr>
    </w:p>
    <w:p w:rsidR="00B205F1" w:rsidRDefault="00B205F1">
      <w:pPr>
        <w:rPr>
          <w:sz w:val="24"/>
          <w:szCs w:val="24"/>
        </w:rPr>
      </w:pPr>
    </w:p>
    <w:p w:rsidR="00B205F1" w:rsidRDefault="00B205F1">
      <w:pPr>
        <w:rPr>
          <w:sz w:val="24"/>
          <w:szCs w:val="24"/>
        </w:rPr>
      </w:pPr>
    </w:p>
    <w:p w:rsidR="00B205F1" w:rsidRDefault="00B205F1">
      <w:pPr>
        <w:rPr>
          <w:sz w:val="24"/>
          <w:szCs w:val="24"/>
        </w:rPr>
      </w:pPr>
    </w:p>
    <w:tbl>
      <w:tblPr>
        <w:tblW w:w="10944" w:type="dxa"/>
        <w:jc w:val="center"/>
        <w:tblLayout w:type="fixed"/>
        <w:tblLook w:val="04A0" w:firstRow="1" w:lastRow="0" w:firstColumn="1" w:lastColumn="0" w:noHBand="0" w:noVBand="1"/>
      </w:tblPr>
      <w:tblGrid>
        <w:gridCol w:w="2736"/>
        <w:gridCol w:w="2736"/>
        <w:gridCol w:w="2736"/>
        <w:gridCol w:w="2736"/>
      </w:tblGrid>
      <w:tr w:rsidR="006C782F" w:rsidRPr="00C326C3" w:rsidT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6. UTILITĂȚI · GARAJE ȘI PARCAJE · AMENAJĂRI EXTERIOARE</w:t>
            </w:r>
          </w:p>
        </w:tc>
      </w:tr>
      <w:tr w:rsidR="006C782F" w:rsidRPr="00C326C3" w:rsidT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10" w:line="240" w:lineRule="auto"/>
              <w:rPr>
                <w:sz w:val="20"/>
                <w:szCs w:val="20"/>
              </w:rPr>
            </w:pPr>
            <w:r w:rsidRPr="00C326C3">
              <w:rPr>
                <w:rFonts w:ascii="Times New Roman" w:hAnsi="Times New Roman"/>
                <w:sz w:val="20"/>
                <w:szCs w:val="20"/>
              </w:rPr>
              <w:t>☐ apă   ☐ canalizare   ☐ energie electrică   ☐ energie termică   ☐ gaze naturale   ☐ telefonizare   ☐ salubritate   ☐ transport urban   ☐ alte utilități</w:t>
            </w: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garaje</w:t>
            </w:r>
            <w:proofErr w:type="gramEnd"/>
            <w:r w:rsidRPr="00C326C3">
              <w:rPr>
                <w:rFonts w:ascii="Times New Roman" w:hAnsi="Times New Roman"/>
                <w:b/>
                <w:color w:val="004682"/>
                <w:sz w:val="20"/>
                <w:szCs w:val="20"/>
              </w:rPr>
              <w:t xml:space="preserv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parcaje</w:t>
            </w:r>
            <w:proofErr w:type="gramEnd"/>
            <w:r w:rsidRPr="00C326C3">
              <w:rPr>
                <w:rFonts w:ascii="Times New Roman" w:hAnsi="Times New Roman"/>
                <w:b/>
                <w:color w:val="004682"/>
                <w:sz w:val="20"/>
                <w:szCs w:val="20"/>
              </w:rPr>
              <w:t xml:space="preserv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parcaje</w:t>
            </w:r>
            <w:proofErr w:type="gramEnd"/>
            <w:r w:rsidRPr="00C326C3">
              <w:rPr>
                <w:rFonts w:ascii="Times New Roman" w:hAnsi="Times New Roman"/>
                <w:b/>
                <w:color w:val="004682"/>
                <w:sz w:val="20"/>
                <w:szCs w:val="20"/>
              </w:rPr>
              <w:t xml:space="preserve"> pentru biciclete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alei carosabile / parcaje sol (m²)</w:t>
            </w:r>
          </w:p>
        </w:tc>
      </w:tr>
      <w:tr w:rsidR="006C782F" w:rsidRPr="00C326C3" w:rsidTr="00C326C3">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alei pietonale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alte platforme nivel sol (m²)</w:t>
            </w:r>
            <w:r w:rsidRPr="00C326C3">
              <w:rPr>
                <w:rFonts w:ascii="Times New Roman" w:hAnsi="Times New Roman"/>
                <w:b/>
                <w:color w:val="004682"/>
                <w:sz w:val="20"/>
                <w:szCs w:val="20"/>
              </w:rPr>
              <w:br/>
            </w:r>
            <w:r w:rsidRPr="00C326C3">
              <w:rPr>
                <w:rFonts w:ascii="Times New Roman" w:hAnsi="Times New Roman"/>
                <w:i/>
                <w:color w:val="787878"/>
                <w:sz w:val="20"/>
                <w:szCs w:val="20"/>
              </w:rPr>
              <w:t>deșeuri etc.</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proofErr w:type="gramStart"/>
            <w:r w:rsidRPr="00C326C3">
              <w:rPr>
                <w:rFonts w:ascii="Times New Roman" w:hAnsi="Times New Roman"/>
                <w:b/>
                <w:color w:val="004682"/>
                <w:sz w:val="20"/>
                <w:szCs w:val="20"/>
              </w:rPr>
              <w:t>arbori</w:t>
            </w:r>
            <w:proofErr w:type="gramEnd"/>
            <w:r w:rsidRPr="00C326C3">
              <w:rPr>
                <w:rFonts w:ascii="Times New Roman" w:hAnsi="Times New Roman"/>
                <w:b/>
                <w:color w:val="004682"/>
                <w:sz w:val="20"/>
                <w:szCs w:val="20"/>
              </w:rPr>
              <w:t xml:space="preserve"> tăiați / menținuți / plantați (nr.)</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spații verzi (m²)</w:t>
            </w:r>
          </w:p>
        </w:tc>
      </w:tr>
    </w:tbl>
    <w:p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6C782F" w:rsidRPr="00C326C3">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7. MĂSURI DE PROTECȚIE A MEDIULUI/SECURITATE LA INCENDIU/PROTECȚIE CIVILĂ</w:t>
            </w:r>
          </w:p>
        </w:tc>
      </w:tr>
      <w:tr w:rsidR="006C782F" w:rsidRPr="00C326C3">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Modul de evacuare a deșeurilor</w:t>
            </w:r>
          </w:p>
        </w:tc>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Alte măsuri de securitate la incendiu și protecție civilă</w:t>
            </w:r>
          </w:p>
        </w:tc>
      </w:tr>
      <w:tr w:rsidR="006C782F" w:rsidRPr="00C326C3">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Măsuri de protecție a mediului</w:t>
            </w:r>
          </w:p>
        </w:tc>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Alte măsuri specifice:</w:t>
            </w:r>
          </w:p>
        </w:tc>
      </w:tr>
    </w:tbl>
    <w:p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6C782F" w:rsidRPr="00C326C3">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5"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8. ÎNTOCMIT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Numele și prenumele / firma și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Semnătura și parafa</w:t>
            </w:r>
          </w:p>
        </w:tc>
      </w:tr>
    </w:tbl>
    <w:p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6C782F" w:rsidRPr="00C326C3">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9. COMUNICAREA ÎN REGISTRUL NAȚIONAL AL CLĂDIRILOR</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Clădirea a fost</w:t>
            </w:r>
            <w:r w:rsidRPr="00C326C3">
              <w:rPr>
                <w:rFonts w:ascii="Times New Roman" w:hAnsi="Times New Roman"/>
                <w:b/>
                <w:color w:val="004682"/>
                <w:sz w:val="20"/>
                <w:szCs w:val="20"/>
              </w:rPr>
              <w:br/>
              <w:t>☐ identificată în registru   ☐ declarată acum</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NIS atribuit / confirmat</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Cod investiție</w:t>
            </w:r>
            <w:r w:rsidRPr="00C326C3">
              <w:rPr>
                <w:rFonts w:ascii="Times New Roman" w:hAnsi="Times New Roman"/>
                <w:b/>
                <w:color w:val="004682"/>
                <w:sz w:val="20"/>
                <w:szCs w:val="20"/>
              </w:rPr>
              <w:br/>
            </w:r>
            <w:r w:rsidRPr="00C326C3">
              <w:rPr>
                <w:rFonts w:ascii="Times New Roman" w:hAnsi="Times New Roman"/>
                <w:i/>
                <w:color w:val="787878"/>
                <w:sz w:val="20"/>
                <w:szCs w:val="20"/>
              </w:rPr>
              <w:t>dacă lucrarea e legată de o investiție</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Data comunicării</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Numărul tranzacției</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Comunicat de</w:t>
            </w:r>
          </w:p>
        </w:tc>
      </w:tr>
    </w:tbl>
    <w:p w:rsidR="006C782F" w:rsidRPr="008E6085" w:rsidRDefault="00903D73">
      <w:pPr>
        <w:spacing w:before="80" w:after="40" w:line="240" w:lineRule="auto"/>
        <w:rPr>
          <w:sz w:val="24"/>
          <w:szCs w:val="24"/>
        </w:rPr>
      </w:pPr>
      <w:r w:rsidRPr="008E6085">
        <w:rPr>
          <w:rFonts w:ascii="Times New Roman" w:hAnsi="Times New Roman"/>
          <w:sz w:val="18"/>
          <w:szCs w:val="24"/>
          <w:u w:val="single"/>
        </w:rPr>
        <w:t>Punctele 10-13 se completează în cazul amenajărilor /lucrărilor inginerești</w:t>
      </w:r>
    </w:p>
    <w:tbl>
      <w:tblPr>
        <w:tblW w:w="0" w:type="auto"/>
        <w:jc w:val="center"/>
        <w:tblLayout w:type="fixed"/>
        <w:tblLook w:val="04A0" w:firstRow="1" w:lastRow="0" w:firstColumn="1" w:lastColumn="0" w:noHBand="0" w:noVBand="1"/>
      </w:tblPr>
      <w:tblGrid>
        <w:gridCol w:w="3648"/>
        <w:gridCol w:w="1824"/>
        <w:gridCol w:w="1824"/>
        <w:gridCol w:w="3648"/>
      </w:tblGrid>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2"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10. DATELE CARACTERISTICE ALE AMPLASAMENTULUI</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12" w:type="dxa"/>
              <w:right w:w="35" w:type="dxa"/>
            </w:tcMar>
          </w:tcPr>
          <w:p w:rsidR="006C782F" w:rsidRPr="00C326C3" w:rsidRDefault="006C782F">
            <w:pPr>
              <w:rPr>
                <w:sz w:val="20"/>
                <w:szCs w:val="20"/>
              </w:rPr>
            </w:pP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2"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11. CARACTERISTICI TEHNICE ȘI CAPACITĂȚI FUNCȚIONALE  SPECIFICE</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12" w:type="dxa"/>
              <w:right w:w="35" w:type="dxa"/>
            </w:tcMar>
          </w:tcPr>
          <w:p w:rsidR="006C782F" w:rsidRPr="00C326C3" w:rsidRDefault="006C782F">
            <w:pPr>
              <w:rPr>
                <w:sz w:val="20"/>
                <w:szCs w:val="20"/>
              </w:rPr>
            </w:pP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12. MĂSURI DE PROTECȚIE A MEDIULUI / SECURITATE LA INCENDIU</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Modul de evacuare a deșeurilor</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Măsuri de securitate la incendiu</w:t>
            </w:r>
          </w:p>
        </w:tc>
      </w:tr>
      <w:tr w:rsidR="006C782F" w:rsidRPr="00C326C3">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Măsuri de protecție a mediului</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Alte măsuri specifice</w:t>
            </w:r>
          </w:p>
        </w:tc>
      </w:tr>
      <w:tr w:rsidR="006C782F" w:rsidRPr="00C326C3">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5" w:type="dxa"/>
              <w:right w:w="35" w:type="dxa"/>
            </w:tcMar>
          </w:tcPr>
          <w:p w:rsidR="006C782F" w:rsidRPr="00C326C3" w:rsidRDefault="00903D73">
            <w:pPr>
              <w:spacing w:before="10" w:after="10" w:line="240" w:lineRule="auto"/>
              <w:rPr>
                <w:sz w:val="20"/>
                <w:szCs w:val="20"/>
              </w:rPr>
            </w:pPr>
            <w:r w:rsidRPr="00C326C3">
              <w:rPr>
                <w:rFonts w:ascii="Times New Roman" w:hAnsi="Times New Roman"/>
                <w:b/>
                <w:sz w:val="20"/>
                <w:szCs w:val="20"/>
              </w:rPr>
              <w:t>13. ÎNTOCMIT</w:t>
            </w:r>
          </w:p>
        </w:tc>
      </w:tr>
      <w:tr w:rsidR="006C782F" w:rsidRPr="00C326C3">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Numele și prenumele / firma și reprezentantul</w:t>
            </w:r>
          </w:p>
        </w:tc>
        <w:tc>
          <w:tcPr>
            <w:tcW w:w="3648" w:type="dxa"/>
            <w:gridSpan w:val="2"/>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rsidR="006C782F" w:rsidRPr="00C326C3" w:rsidRDefault="00903D73">
            <w:pPr>
              <w:spacing w:after="0" w:line="240" w:lineRule="auto"/>
              <w:rPr>
                <w:sz w:val="20"/>
                <w:szCs w:val="20"/>
              </w:rPr>
            </w:pPr>
            <w:r w:rsidRPr="00C326C3">
              <w:rPr>
                <w:rFonts w:ascii="Times New Roman" w:hAnsi="Times New Roman"/>
                <w:b/>
                <w:color w:val="004682"/>
                <w:sz w:val="20"/>
                <w:szCs w:val="20"/>
              </w:rPr>
              <w:t>Semnătura și parafa</w:t>
            </w:r>
          </w:p>
        </w:tc>
      </w:tr>
    </w:tbl>
    <w:p w:rsidR="00CF7E1D" w:rsidRPr="008E6085" w:rsidRDefault="00CF7E1D">
      <w:pPr>
        <w:rPr>
          <w:sz w:val="24"/>
          <w:szCs w:val="24"/>
        </w:rPr>
      </w:pPr>
    </w:p>
    <w:sectPr w:rsidR="00CF7E1D" w:rsidRPr="008E6085" w:rsidSect="00D25CED">
      <w:headerReference w:type="default" r:id="rId10"/>
      <w:footerReference w:type="even" r:id="rId11"/>
      <w:footerReference w:type="default" r:id="rId12"/>
      <w:pgSz w:w="11906" w:h="16838" w:code="9"/>
      <w:pgMar w:top="504" w:right="648" w:bottom="504" w:left="648" w:header="227"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496" w:rsidRDefault="00173496">
      <w:pPr>
        <w:spacing w:after="0" w:line="240" w:lineRule="auto"/>
      </w:pPr>
      <w:r>
        <w:separator/>
      </w:r>
    </w:p>
  </w:endnote>
  <w:endnote w:type="continuationSeparator" w:id="0">
    <w:p w:rsidR="00173496" w:rsidRDefault="00173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35F" w:rsidRDefault="006B435F" w:rsidP="00D25CED">
    <w:pPr>
      <w:spacing w:before="40"/>
      <w:ind w:left="20"/>
      <w:rPr>
        <w:sz w:val="14"/>
      </w:rPr>
    </w:pPr>
    <w:r>
      <w:rPr>
        <w:color w:val="585858"/>
        <w:w w:val="105"/>
        <w:sz w:val="14"/>
      </w:rPr>
      <w:t>F_A_01</w:t>
    </w:r>
    <w:r>
      <w:rPr>
        <w:color w:val="585858"/>
        <w:spacing w:val="-9"/>
        <w:w w:val="105"/>
        <w:sz w:val="14"/>
      </w:rPr>
      <w:t xml:space="preserve"> </w:t>
    </w:r>
    <w:r>
      <w:rPr>
        <w:color w:val="585858"/>
        <w:w w:val="105"/>
        <w:sz w:val="14"/>
      </w:rPr>
      <w:t>·</w:t>
    </w:r>
    <w:r>
      <w:rPr>
        <w:color w:val="585858"/>
        <w:spacing w:val="-9"/>
        <w:w w:val="105"/>
        <w:sz w:val="14"/>
      </w:rPr>
      <w:t xml:space="preserve"> </w:t>
    </w:r>
    <w:proofErr w:type="spellStart"/>
    <w:r>
      <w:rPr>
        <w:color w:val="585858"/>
        <w:w w:val="105"/>
        <w:sz w:val="14"/>
      </w:rPr>
      <w:t>versiunea</w:t>
    </w:r>
    <w:proofErr w:type="spellEnd"/>
    <w:r>
      <w:rPr>
        <w:color w:val="585858"/>
        <w:spacing w:val="-9"/>
        <w:w w:val="105"/>
        <w:sz w:val="14"/>
      </w:rPr>
      <w:t xml:space="preserve"> </w:t>
    </w:r>
    <w:r>
      <w:rPr>
        <w:color w:val="585858"/>
        <w:spacing w:val="-5"/>
        <w:w w:val="105"/>
        <w:sz w:val="14"/>
      </w:rPr>
      <w:t>1.0</w:t>
    </w:r>
  </w:p>
  <w:p w:rsidR="006B435F" w:rsidRDefault="006B435F" w:rsidP="00D25CED">
    <w:pPr>
      <w:spacing w:before="40"/>
      <w:ind w:left="20"/>
      <w:rPr>
        <w:sz w:val="14"/>
      </w:rPr>
    </w:pPr>
    <w:r>
      <w:tab/>
    </w:r>
    <w:r>
      <w:tab/>
    </w:r>
    <w:r>
      <w:tab/>
    </w:r>
    <w:r>
      <w:tab/>
    </w:r>
    <w:r>
      <w:tab/>
    </w:r>
    <w:r>
      <w:tab/>
    </w:r>
  </w:p>
  <w:p w:rsidR="006B435F" w:rsidRDefault="006B435F">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35F" w:rsidRDefault="006B435F" w:rsidP="00D25CED">
    <w:pPr>
      <w:spacing w:before="40"/>
      <w:ind w:left="20"/>
      <w:rPr>
        <w:sz w:val="14"/>
      </w:rPr>
    </w:pPr>
    <w:r>
      <w:rPr>
        <w:color w:val="585858"/>
        <w:w w:val="105"/>
        <w:sz w:val="14"/>
      </w:rPr>
      <w:t>F_A_01</w:t>
    </w:r>
    <w:r>
      <w:rPr>
        <w:color w:val="585858"/>
        <w:spacing w:val="-9"/>
        <w:w w:val="105"/>
        <w:sz w:val="14"/>
      </w:rPr>
      <w:t xml:space="preserve"> </w:t>
    </w:r>
    <w:r>
      <w:rPr>
        <w:color w:val="585858"/>
        <w:w w:val="105"/>
        <w:sz w:val="14"/>
      </w:rPr>
      <w:t>·</w:t>
    </w:r>
    <w:r>
      <w:rPr>
        <w:color w:val="585858"/>
        <w:spacing w:val="-9"/>
        <w:w w:val="105"/>
        <w:sz w:val="14"/>
      </w:rPr>
      <w:t xml:space="preserve"> </w:t>
    </w:r>
    <w:proofErr w:type="spellStart"/>
    <w:r>
      <w:rPr>
        <w:color w:val="585858"/>
        <w:w w:val="105"/>
        <w:sz w:val="14"/>
      </w:rPr>
      <w:t>versiunea</w:t>
    </w:r>
    <w:proofErr w:type="spellEnd"/>
    <w:r>
      <w:rPr>
        <w:color w:val="585858"/>
        <w:spacing w:val="-9"/>
        <w:w w:val="105"/>
        <w:sz w:val="14"/>
      </w:rPr>
      <w:t xml:space="preserve"> </w:t>
    </w:r>
    <w:r>
      <w:rPr>
        <w:color w:val="585858"/>
        <w:spacing w:val="-5"/>
        <w:w w:val="105"/>
        <w:sz w:val="14"/>
      </w:rPr>
      <w:t>1.0</w:t>
    </w:r>
  </w:p>
  <w:p w:rsidR="006B435F" w:rsidRDefault="006B435F" w:rsidP="00D25CE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496" w:rsidRDefault="00173496">
      <w:pPr>
        <w:spacing w:after="0" w:line="240" w:lineRule="auto"/>
      </w:pPr>
      <w:r>
        <w:separator/>
      </w:r>
    </w:p>
  </w:footnote>
  <w:footnote w:type="continuationSeparator" w:id="0">
    <w:p w:rsidR="00173496" w:rsidRDefault="001734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35F" w:rsidRDefault="006B435F" w:rsidP="00B205F1">
    <w:pPr>
      <w:spacing w:before="6"/>
      <w:ind w:left="1133"/>
      <w:rPr>
        <w:sz w:val="14"/>
      </w:rPr>
    </w:pPr>
    <w:r>
      <w:rPr>
        <w:color w:val="585858"/>
        <w:spacing w:val="-2"/>
        <w:w w:val="105"/>
        <w:sz w:val="14"/>
      </w:rPr>
      <w:t>F_A_01</w:t>
    </w:r>
    <w:r>
      <w:rPr>
        <w:color w:val="585858"/>
        <w:spacing w:val="1"/>
        <w:w w:val="105"/>
        <w:sz w:val="14"/>
      </w:rPr>
      <w:t xml:space="preserve"> </w:t>
    </w:r>
    <w:r>
      <w:rPr>
        <w:color w:val="585858"/>
        <w:spacing w:val="-2"/>
        <w:w w:val="105"/>
        <w:sz w:val="14"/>
      </w:rPr>
      <w:t>·</w:t>
    </w:r>
    <w:r>
      <w:rPr>
        <w:color w:val="585858"/>
        <w:spacing w:val="1"/>
        <w:w w:val="105"/>
        <w:sz w:val="14"/>
      </w:rPr>
      <w:t xml:space="preserve"> </w:t>
    </w:r>
    <w:proofErr w:type="spellStart"/>
    <w:r>
      <w:rPr>
        <w:color w:val="585858"/>
        <w:spacing w:val="-2"/>
        <w:w w:val="105"/>
        <w:sz w:val="14"/>
      </w:rPr>
      <w:t>versiunea</w:t>
    </w:r>
    <w:proofErr w:type="spellEnd"/>
    <w:r>
      <w:rPr>
        <w:color w:val="585858"/>
        <w:w w:val="105"/>
        <w:sz w:val="14"/>
      </w:rPr>
      <w:t xml:space="preserve"> </w:t>
    </w:r>
    <w:r>
      <w:rPr>
        <w:color w:val="585858"/>
        <w:spacing w:val="-5"/>
        <w:w w:val="105"/>
        <w:sz w:val="14"/>
      </w:rPr>
      <w:t>1.0</w:t>
    </w:r>
  </w:p>
  <w:p w:rsidR="006B435F" w:rsidRDefault="006B435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08A2561A"/>
    <w:multiLevelType w:val="hybridMultilevel"/>
    <w:tmpl w:val="F16A1F3C"/>
    <w:lvl w:ilvl="0" w:tplc="CADE2DA4">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395A7CB0">
      <w:numFmt w:val="bullet"/>
      <w:lvlText w:val="•"/>
      <w:lvlJc w:val="left"/>
      <w:pPr>
        <w:ind w:left="1185" w:hanging="173"/>
      </w:pPr>
      <w:rPr>
        <w:rFonts w:hint="default"/>
        <w:lang w:val="ro-RO" w:eastAsia="en-US" w:bidi="ar-SA"/>
      </w:rPr>
    </w:lvl>
    <w:lvl w:ilvl="2" w:tplc="CC9290B2">
      <w:numFmt w:val="bullet"/>
      <w:lvlText w:val="•"/>
      <w:lvlJc w:val="left"/>
      <w:pPr>
        <w:ind w:left="2091" w:hanging="173"/>
      </w:pPr>
      <w:rPr>
        <w:rFonts w:hint="default"/>
        <w:lang w:val="ro-RO" w:eastAsia="en-US" w:bidi="ar-SA"/>
      </w:rPr>
    </w:lvl>
    <w:lvl w:ilvl="3" w:tplc="8E0869B4">
      <w:numFmt w:val="bullet"/>
      <w:lvlText w:val="•"/>
      <w:lvlJc w:val="left"/>
      <w:pPr>
        <w:ind w:left="2997" w:hanging="173"/>
      </w:pPr>
      <w:rPr>
        <w:rFonts w:hint="default"/>
        <w:lang w:val="ro-RO" w:eastAsia="en-US" w:bidi="ar-SA"/>
      </w:rPr>
    </w:lvl>
    <w:lvl w:ilvl="4" w:tplc="98687A2C">
      <w:numFmt w:val="bullet"/>
      <w:lvlText w:val="•"/>
      <w:lvlJc w:val="left"/>
      <w:pPr>
        <w:ind w:left="3903" w:hanging="173"/>
      </w:pPr>
      <w:rPr>
        <w:rFonts w:hint="default"/>
        <w:lang w:val="ro-RO" w:eastAsia="en-US" w:bidi="ar-SA"/>
      </w:rPr>
    </w:lvl>
    <w:lvl w:ilvl="5" w:tplc="8988AEA4">
      <w:numFmt w:val="bullet"/>
      <w:lvlText w:val="•"/>
      <w:lvlJc w:val="left"/>
      <w:pPr>
        <w:ind w:left="4809" w:hanging="173"/>
      </w:pPr>
      <w:rPr>
        <w:rFonts w:hint="default"/>
        <w:lang w:val="ro-RO" w:eastAsia="en-US" w:bidi="ar-SA"/>
      </w:rPr>
    </w:lvl>
    <w:lvl w:ilvl="6" w:tplc="6010C352">
      <w:numFmt w:val="bullet"/>
      <w:lvlText w:val="•"/>
      <w:lvlJc w:val="left"/>
      <w:pPr>
        <w:ind w:left="5714" w:hanging="173"/>
      </w:pPr>
      <w:rPr>
        <w:rFonts w:hint="default"/>
        <w:lang w:val="ro-RO" w:eastAsia="en-US" w:bidi="ar-SA"/>
      </w:rPr>
    </w:lvl>
    <w:lvl w:ilvl="7" w:tplc="C276BC9E">
      <w:numFmt w:val="bullet"/>
      <w:lvlText w:val="•"/>
      <w:lvlJc w:val="left"/>
      <w:pPr>
        <w:ind w:left="6620" w:hanging="173"/>
      </w:pPr>
      <w:rPr>
        <w:rFonts w:hint="default"/>
        <w:lang w:val="ro-RO" w:eastAsia="en-US" w:bidi="ar-SA"/>
      </w:rPr>
    </w:lvl>
    <w:lvl w:ilvl="8" w:tplc="7E421692">
      <w:numFmt w:val="bullet"/>
      <w:lvlText w:val="•"/>
      <w:lvlJc w:val="left"/>
      <w:pPr>
        <w:ind w:left="7526" w:hanging="173"/>
      </w:pPr>
      <w:rPr>
        <w:rFonts w:hint="default"/>
        <w:lang w:val="ro-RO" w:eastAsia="en-US" w:bidi="ar-SA"/>
      </w:rPr>
    </w:lvl>
  </w:abstractNum>
  <w:abstractNum w:abstractNumId="10" w15:restartNumberingAfterBreak="0">
    <w:nsid w:val="0F7D6447"/>
    <w:multiLevelType w:val="hybridMultilevel"/>
    <w:tmpl w:val="A2980E92"/>
    <w:lvl w:ilvl="0" w:tplc="392CBAF4">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AB127E08">
      <w:numFmt w:val="bullet"/>
      <w:lvlText w:val="•"/>
      <w:lvlJc w:val="left"/>
      <w:pPr>
        <w:ind w:left="1185" w:hanging="173"/>
      </w:pPr>
      <w:rPr>
        <w:rFonts w:hint="default"/>
        <w:lang w:val="ro-RO" w:eastAsia="en-US" w:bidi="ar-SA"/>
      </w:rPr>
    </w:lvl>
    <w:lvl w:ilvl="2" w:tplc="74E2A620">
      <w:numFmt w:val="bullet"/>
      <w:lvlText w:val="•"/>
      <w:lvlJc w:val="left"/>
      <w:pPr>
        <w:ind w:left="2091" w:hanging="173"/>
      </w:pPr>
      <w:rPr>
        <w:rFonts w:hint="default"/>
        <w:lang w:val="ro-RO" w:eastAsia="en-US" w:bidi="ar-SA"/>
      </w:rPr>
    </w:lvl>
    <w:lvl w:ilvl="3" w:tplc="A330E038">
      <w:numFmt w:val="bullet"/>
      <w:lvlText w:val="•"/>
      <w:lvlJc w:val="left"/>
      <w:pPr>
        <w:ind w:left="2997" w:hanging="173"/>
      </w:pPr>
      <w:rPr>
        <w:rFonts w:hint="default"/>
        <w:lang w:val="ro-RO" w:eastAsia="en-US" w:bidi="ar-SA"/>
      </w:rPr>
    </w:lvl>
    <w:lvl w:ilvl="4" w:tplc="6046BA3C">
      <w:numFmt w:val="bullet"/>
      <w:lvlText w:val="•"/>
      <w:lvlJc w:val="left"/>
      <w:pPr>
        <w:ind w:left="3903" w:hanging="173"/>
      </w:pPr>
      <w:rPr>
        <w:rFonts w:hint="default"/>
        <w:lang w:val="ro-RO" w:eastAsia="en-US" w:bidi="ar-SA"/>
      </w:rPr>
    </w:lvl>
    <w:lvl w:ilvl="5" w:tplc="089A6E00">
      <w:numFmt w:val="bullet"/>
      <w:lvlText w:val="•"/>
      <w:lvlJc w:val="left"/>
      <w:pPr>
        <w:ind w:left="4809" w:hanging="173"/>
      </w:pPr>
      <w:rPr>
        <w:rFonts w:hint="default"/>
        <w:lang w:val="ro-RO" w:eastAsia="en-US" w:bidi="ar-SA"/>
      </w:rPr>
    </w:lvl>
    <w:lvl w:ilvl="6" w:tplc="5972049C">
      <w:numFmt w:val="bullet"/>
      <w:lvlText w:val="•"/>
      <w:lvlJc w:val="left"/>
      <w:pPr>
        <w:ind w:left="5714" w:hanging="173"/>
      </w:pPr>
      <w:rPr>
        <w:rFonts w:hint="default"/>
        <w:lang w:val="ro-RO" w:eastAsia="en-US" w:bidi="ar-SA"/>
      </w:rPr>
    </w:lvl>
    <w:lvl w:ilvl="7" w:tplc="2282283E">
      <w:numFmt w:val="bullet"/>
      <w:lvlText w:val="•"/>
      <w:lvlJc w:val="left"/>
      <w:pPr>
        <w:ind w:left="6620" w:hanging="173"/>
      </w:pPr>
      <w:rPr>
        <w:rFonts w:hint="default"/>
        <w:lang w:val="ro-RO" w:eastAsia="en-US" w:bidi="ar-SA"/>
      </w:rPr>
    </w:lvl>
    <w:lvl w:ilvl="8" w:tplc="4334A2E2">
      <w:numFmt w:val="bullet"/>
      <w:lvlText w:val="•"/>
      <w:lvlJc w:val="left"/>
      <w:pPr>
        <w:ind w:left="7526" w:hanging="173"/>
      </w:pPr>
      <w:rPr>
        <w:rFonts w:hint="default"/>
        <w:lang w:val="ro-RO" w:eastAsia="en-US" w:bidi="ar-SA"/>
      </w:rPr>
    </w:lvl>
  </w:abstractNum>
  <w:abstractNum w:abstractNumId="11" w15:restartNumberingAfterBreak="0">
    <w:nsid w:val="174E4B4A"/>
    <w:multiLevelType w:val="hybridMultilevel"/>
    <w:tmpl w:val="2878006A"/>
    <w:lvl w:ilvl="0" w:tplc="4E7C5FC4">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644AEC54">
      <w:numFmt w:val="bullet"/>
      <w:lvlText w:val="•"/>
      <w:lvlJc w:val="left"/>
      <w:pPr>
        <w:ind w:left="1023" w:hanging="173"/>
      </w:pPr>
      <w:rPr>
        <w:rFonts w:hint="default"/>
        <w:lang w:val="ro-RO" w:eastAsia="en-US" w:bidi="ar-SA"/>
      </w:rPr>
    </w:lvl>
    <w:lvl w:ilvl="2" w:tplc="196A5290">
      <w:numFmt w:val="bullet"/>
      <w:lvlText w:val="•"/>
      <w:lvlJc w:val="left"/>
      <w:pPr>
        <w:ind w:left="1947" w:hanging="173"/>
      </w:pPr>
      <w:rPr>
        <w:rFonts w:hint="default"/>
        <w:lang w:val="ro-RO" w:eastAsia="en-US" w:bidi="ar-SA"/>
      </w:rPr>
    </w:lvl>
    <w:lvl w:ilvl="3" w:tplc="DC1CB766">
      <w:numFmt w:val="bullet"/>
      <w:lvlText w:val="•"/>
      <w:lvlJc w:val="left"/>
      <w:pPr>
        <w:ind w:left="2871" w:hanging="173"/>
      </w:pPr>
      <w:rPr>
        <w:rFonts w:hint="default"/>
        <w:lang w:val="ro-RO" w:eastAsia="en-US" w:bidi="ar-SA"/>
      </w:rPr>
    </w:lvl>
    <w:lvl w:ilvl="4" w:tplc="37728454">
      <w:numFmt w:val="bullet"/>
      <w:lvlText w:val="•"/>
      <w:lvlJc w:val="left"/>
      <w:pPr>
        <w:ind w:left="3795" w:hanging="173"/>
      </w:pPr>
      <w:rPr>
        <w:rFonts w:hint="default"/>
        <w:lang w:val="ro-RO" w:eastAsia="en-US" w:bidi="ar-SA"/>
      </w:rPr>
    </w:lvl>
    <w:lvl w:ilvl="5" w:tplc="238289F2">
      <w:numFmt w:val="bullet"/>
      <w:lvlText w:val="•"/>
      <w:lvlJc w:val="left"/>
      <w:pPr>
        <w:ind w:left="4719" w:hanging="173"/>
      </w:pPr>
      <w:rPr>
        <w:rFonts w:hint="default"/>
        <w:lang w:val="ro-RO" w:eastAsia="en-US" w:bidi="ar-SA"/>
      </w:rPr>
    </w:lvl>
    <w:lvl w:ilvl="6" w:tplc="AEDA6518">
      <w:numFmt w:val="bullet"/>
      <w:lvlText w:val="•"/>
      <w:lvlJc w:val="left"/>
      <w:pPr>
        <w:ind w:left="5642" w:hanging="173"/>
      </w:pPr>
      <w:rPr>
        <w:rFonts w:hint="default"/>
        <w:lang w:val="ro-RO" w:eastAsia="en-US" w:bidi="ar-SA"/>
      </w:rPr>
    </w:lvl>
    <w:lvl w:ilvl="7" w:tplc="DEECB76C">
      <w:numFmt w:val="bullet"/>
      <w:lvlText w:val="•"/>
      <w:lvlJc w:val="left"/>
      <w:pPr>
        <w:ind w:left="6566" w:hanging="173"/>
      </w:pPr>
      <w:rPr>
        <w:rFonts w:hint="default"/>
        <w:lang w:val="ro-RO" w:eastAsia="en-US" w:bidi="ar-SA"/>
      </w:rPr>
    </w:lvl>
    <w:lvl w:ilvl="8" w:tplc="2CCC08BA">
      <w:numFmt w:val="bullet"/>
      <w:lvlText w:val="•"/>
      <w:lvlJc w:val="left"/>
      <w:pPr>
        <w:ind w:left="7490" w:hanging="173"/>
      </w:pPr>
      <w:rPr>
        <w:rFonts w:hint="default"/>
        <w:lang w:val="ro-RO" w:eastAsia="en-US" w:bidi="ar-SA"/>
      </w:rPr>
    </w:lvl>
  </w:abstractNum>
  <w:abstractNum w:abstractNumId="12" w15:restartNumberingAfterBreak="0">
    <w:nsid w:val="182273CF"/>
    <w:multiLevelType w:val="hybridMultilevel"/>
    <w:tmpl w:val="1590B22A"/>
    <w:lvl w:ilvl="0" w:tplc="8AB4930A">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53B25874">
      <w:numFmt w:val="bullet"/>
      <w:lvlText w:val="•"/>
      <w:lvlJc w:val="left"/>
      <w:pPr>
        <w:ind w:left="1185" w:hanging="173"/>
      </w:pPr>
      <w:rPr>
        <w:rFonts w:hint="default"/>
        <w:lang w:val="ro-RO" w:eastAsia="en-US" w:bidi="ar-SA"/>
      </w:rPr>
    </w:lvl>
    <w:lvl w:ilvl="2" w:tplc="D0BA13F0">
      <w:numFmt w:val="bullet"/>
      <w:lvlText w:val="•"/>
      <w:lvlJc w:val="left"/>
      <w:pPr>
        <w:ind w:left="2091" w:hanging="173"/>
      </w:pPr>
      <w:rPr>
        <w:rFonts w:hint="default"/>
        <w:lang w:val="ro-RO" w:eastAsia="en-US" w:bidi="ar-SA"/>
      </w:rPr>
    </w:lvl>
    <w:lvl w:ilvl="3" w:tplc="58B8F0EE">
      <w:numFmt w:val="bullet"/>
      <w:lvlText w:val="•"/>
      <w:lvlJc w:val="left"/>
      <w:pPr>
        <w:ind w:left="2997" w:hanging="173"/>
      </w:pPr>
      <w:rPr>
        <w:rFonts w:hint="default"/>
        <w:lang w:val="ro-RO" w:eastAsia="en-US" w:bidi="ar-SA"/>
      </w:rPr>
    </w:lvl>
    <w:lvl w:ilvl="4" w:tplc="7D24591C">
      <w:numFmt w:val="bullet"/>
      <w:lvlText w:val="•"/>
      <w:lvlJc w:val="left"/>
      <w:pPr>
        <w:ind w:left="3903" w:hanging="173"/>
      </w:pPr>
      <w:rPr>
        <w:rFonts w:hint="default"/>
        <w:lang w:val="ro-RO" w:eastAsia="en-US" w:bidi="ar-SA"/>
      </w:rPr>
    </w:lvl>
    <w:lvl w:ilvl="5" w:tplc="DF681F6C">
      <w:numFmt w:val="bullet"/>
      <w:lvlText w:val="•"/>
      <w:lvlJc w:val="left"/>
      <w:pPr>
        <w:ind w:left="4809" w:hanging="173"/>
      </w:pPr>
      <w:rPr>
        <w:rFonts w:hint="default"/>
        <w:lang w:val="ro-RO" w:eastAsia="en-US" w:bidi="ar-SA"/>
      </w:rPr>
    </w:lvl>
    <w:lvl w:ilvl="6" w:tplc="F912E4BE">
      <w:numFmt w:val="bullet"/>
      <w:lvlText w:val="•"/>
      <w:lvlJc w:val="left"/>
      <w:pPr>
        <w:ind w:left="5714" w:hanging="173"/>
      </w:pPr>
      <w:rPr>
        <w:rFonts w:hint="default"/>
        <w:lang w:val="ro-RO" w:eastAsia="en-US" w:bidi="ar-SA"/>
      </w:rPr>
    </w:lvl>
    <w:lvl w:ilvl="7" w:tplc="13F84E4A">
      <w:numFmt w:val="bullet"/>
      <w:lvlText w:val="•"/>
      <w:lvlJc w:val="left"/>
      <w:pPr>
        <w:ind w:left="6620" w:hanging="173"/>
      </w:pPr>
      <w:rPr>
        <w:rFonts w:hint="default"/>
        <w:lang w:val="ro-RO" w:eastAsia="en-US" w:bidi="ar-SA"/>
      </w:rPr>
    </w:lvl>
    <w:lvl w:ilvl="8" w:tplc="EFB81D0C">
      <w:numFmt w:val="bullet"/>
      <w:lvlText w:val="•"/>
      <w:lvlJc w:val="left"/>
      <w:pPr>
        <w:ind w:left="7526" w:hanging="173"/>
      </w:pPr>
      <w:rPr>
        <w:rFonts w:hint="default"/>
        <w:lang w:val="ro-RO" w:eastAsia="en-US" w:bidi="ar-SA"/>
      </w:rPr>
    </w:lvl>
  </w:abstractNum>
  <w:abstractNum w:abstractNumId="13" w15:restartNumberingAfterBreak="0">
    <w:nsid w:val="23CC7AA1"/>
    <w:multiLevelType w:val="hybridMultilevel"/>
    <w:tmpl w:val="7C02BF54"/>
    <w:lvl w:ilvl="0" w:tplc="970AE1D8">
      <w:numFmt w:val="bullet"/>
      <w:lvlText w:val="☐"/>
      <w:lvlJc w:val="left"/>
      <w:pPr>
        <w:ind w:left="315"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BFD278E6">
      <w:numFmt w:val="bullet"/>
      <w:lvlText w:val="•"/>
      <w:lvlJc w:val="left"/>
      <w:pPr>
        <w:ind w:left="1221" w:hanging="173"/>
      </w:pPr>
      <w:rPr>
        <w:rFonts w:hint="default"/>
        <w:lang w:val="ro-RO" w:eastAsia="en-US" w:bidi="ar-SA"/>
      </w:rPr>
    </w:lvl>
    <w:lvl w:ilvl="2" w:tplc="9EF4712E">
      <w:numFmt w:val="bullet"/>
      <w:lvlText w:val="•"/>
      <w:lvlJc w:val="left"/>
      <w:pPr>
        <w:ind w:left="2123" w:hanging="173"/>
      </w:pPr>
      <w:rPr>
        <w:rFonts w:hint="default"/>
        <w:lang w:val="ro-RO" w:eastAsia="en-US" w:bidi="ar-SA"/>
      </w:rPr>
    </w:lvl>
    <w:lvl w:ilvl="3" w:tplc="53AEA2B6">
      <w:numFmt w:val="bullet"/>
      <w:lvlText w:val="•"/>
      <w:lvlJc w:val="left"/>
      <w:pPr>
        <w:ind w:left="3025" w:hanging="173"/>
      </w:pPr>
      <w:rPr>
        <w:rFonts w:hint="default"/>
        <w:lang w:val="ro-RO" w:eastAsia="en-US" w:bidi="ar-SA"/>
      </w:rPr>
    </w:lvl>
    <w:lvl w:ilvl="4" w:tplc="C0E0EC90">
      <w:numFmt w:val="bullet"/>
      <w:lvlText w:val="•"/>
      <w:lvlJc w:val="left"/>
      <w:pPr>
        <w:ind w:left="3927" w:hanging="173"/>
      </w:pPr>
      <w:rPr>
        <w:rFonts w:hint="default"/>
        <w:lang w:val="ro-RO" w:eastAsia="en-US" w:bidi="ar-SA"/>
      </w:rPr>
    </w:lvl>
    <w:lvl w:ilvl="5" w:tplc="E09C5154">
      <w:numFmt w:val="bullet"/>
      <w:lvlText w:val="•"/>
      <w:lvlJc w:val="left"/>
      <w:pPr>
        <w:ind w:left="4829" w:hanging="173"/>
      </w:pPr>
      <w:rPr>
        <w:rFonts w:hint="default"/>
        <w:lang w:val="ro-RO" w:eastAsia="en-US" w:bidi="ar-SA"/>
      </w:rPr>
    </w:lvl>
    <w:lvl w:ilvl="6" w:tplc="79A8B12E">
      <w:numFmt w:val="bullet"/>
      <w:lvlText w:val="•"/>
      <w:lvlJc w:val="left"/>
      <w:pPr>
        <w:ind w:left="5730" w:hanging="173"/>
      </w:pPr>
      <w:rPr>
        <w:rFonts w:hint="default"/>
        <w:lang w:val="ro-RO" w:eastAsia="en-US" w:bidi="ar-SA"/>
      </w:rPr>
    </w:lvl>
    <w:lvl w:ilvl="7" w:tplc="BE32FF4C">
      <w:numFmt w:val="bullet"/>
      <w:lvlText w:val="•"/>
      <w:lvlJc w:val="left"/>
      <w:pPr>
        <w:ind w:left="6632" w:hanging="173"/>
      </w:pPr>
      <w:rPr>
        <w:rFonts w:hint="default"/>
        <w:lang w:val="ro-RO" w:eastAsia="en-US" w:bidi="ar-SA"/>
      </w:rPr>
    </w:lvl>
    <w:lvl w:ilvl="8" w:tplc="D494C226">
      <w:numFmt w:val="bullet"/>
      <w:lvlText w:val="•"/>
      <w:lvlJc w:val="left"/>
      <w:pPr>
        <w:ind w:left="7534" w:hanging="173"/>
      </w:pPr>
      <w:rPr>
        <w:rFonts w:hint="default"/>
        <w:lang w:val="ro-RO" w:eastAsia="en-US" w:bidi="ar-SA"/>
      </w:rPr>
    </w:lvl>
  </w:abstractNum>
  <w:abstractNum w:abstractNumId="14" w15:restartNumberingAfterBreak="0">
    <w:nsid w:val="26DC72A5"/>
    <w:multiLevelType w:val="hybridMultilevel"/>
    <w:tmpl w:val="F1EA28A8"/>
    <w:lvl w:ilvl="0" w:tplc="27E4B434">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BC8A9116">
      <w:numFmt w:val="bullet"/>
      <w:lvlText w:val="•"/>
      <w:lvlJc w:val="left"/>
      <w:pPr>
        <w:ind w:left="1023" w:hanging="173"/>
      </w:pPr>
      <w:rPr>
        <w:rFonts w:hint="default"/>
        <w:lang w:val="ro-RO" w:eastAsia="en-US" w:bidi="ar-SA"/>
      </w:rPr>
    </w:lvl>
    <w:lvl w:ilvl="2" w:tplc="89A88AD6">
      <w:numFmt w:val="bullet"/>
      <w:lvlText w:val="•"/>
      <w:lvlJc w:val="left"/>
      <w:pPr>
        <w:ind w:left="1947" w:hanging="173"/>
      </w:pPr>
      <w:rPr>
        <w:rFonts w:hint="default"/>
        <w:lang w:val="ro-RO" w:eastAsia="en-US" w:bidi="ar-SA"/>
      </w:rPr>
    </w:lvl>
    <w:lvl w:ilvl="3" w:tplc="9C12D862">
      <w:numFmt w:val="bullet"/>
      <w:lvlText w:val="•"/>
      <w:lvlJc w:val="left"/>
      <w:pPr>
        <w:ind w:left="2871" w:hanging="173"/>
      </w:pPr>
      <w:rPr>
        <w:rFonts w:hint="default"/>
        <w:lang w:val="ro-RO" w:eastAsia="en-US" w:bidi="ar-SA"/>
      </w:rPr>
    </w:lvl>
    <w:lvl w:ilvl="4" w:tplc="CA409DDE">
      <w:numFmt w:val="bullet"/>
      <w:lvlText w:val="•"/>
      <w:lvlJc w:val="left"/>
      <w:pPr>
        <w:ind w:left="3795" w:hanging="173"/>
      </w:pPr>
      <w:rPr>
        <w:rFonts w:hint="default"/>
        <w:lang w:val="ro-RO" w:eastAsia="en-US" w:bidi="ar-SA"/>
      </w:rPr>
    </w:lvl>
    <w:lvl w:ilvl="5" w:tplc="B5761E02">
      <w:numFmt w:val="bullet"/>
      <w:lvlText w:val="•"/>
      <w:lvlJc w:val="left"/>
      <w:pPr>
        <w:ind w:left="4719" w:hanging="173"/>
      </w:pPr>
      <w:rPr>
        <w:rFonts w:hint="default"/>
        <w:lang w:val="ro-RO" w:eastAsia="en-US" w:bidi="ar-SA"/>
      </w:rPr>
    </w:lvl>
    <w:lvl w:ilvl="6" w:tplc="B7C829C6">
      <w:numFmt w:val="bullet"/>
      <w:lvlText w:val="•"/>
      <w:lvlJc w:val="left"/>
      <w:pPr>
        <w:ind w:left="5642" w:hanging="173"/>
      </w:pPr>
      <w:rPr>
        <w:rFonts w:hint="default"/>
        <w:lang w:val="ro-RO" w:eastAsia="en-US" w:bidi="ar-SA"/>
      </w:rPr>
    </w:lvl>
    <w:lvl w:ilvl="7" w:tplc="D652B95E">
      <w:numFmt w:val="bullet"/>
      <w:lvlText w:val="•"/>
      <w:lvlJc w:val="left"/>
      <w:pPr>
        <w:ind w:left="6566" w:hanging="173"/>
      </w:pPr>
      <w:rPr>
        <w:rFonts w:hint="default"/>
        <w:lang w:val="ro-RO" w:eastAsia="en-US" w:bidi="ar-SA"/>
      </w:rPr>
    </w:lvl>
    <w:lvl w:ilvl="8" w:tplc="DC54287E">
      <w:numFmt w:val="bullet"/>
      <w:lvlText w:val="•"/>
      <w:lvlJc w:val="left"/>
      <w:pPr>
        <w:ind w:left="7490" w:hanging="173"/>
      </w:pPr>
      <w:rPr>
        <w:rFonts w:hint="default"/>
        <w:lang w:val="ro-RO" w:eastAsia="en-US" w:bidi="ar-SA"/>
      </w:rPr>
    </w:lvl>
  </w:abstractNum>
  <w:abstractNum w:abstractNumId="15" w15:restartNumberingAfterBreak="0">
    <w:nsid w:val="2A7758F6"/>
    <w:multiLevelType w:val="hybridMultilevel"/>
    <w:tmpl w:val="28943DD2"/>
    <w:lvl w:ilvl="0" w:tplc="2098E260">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119619F6">
      <w:numFmt w:val="bullet"/>
      <w:lvlText w:val="•"/>
      <w:lvlJc w:val="left"/>
      <w:pPr>
        <w:ind w:left="1185" w:hanging="173"/>
      </w:pPr>
      <w:rPr>
        <w:rFonts w:hint="default"/>
        <w:lang w:val="ro-RO" w:eastAsia="en-US" w:bidi="ar-SA"/>
      </w:rPr>
    </w:lvl>
    <w:lvl w:ilvl="2" w:tplc="717C348C">
      <w:numFmt w:val="bullet"/>
      <w:lvlText w:val="•"/>
      <w:lvlJc w:val="left"/>
      <w:pPr>
        <w:ind w:left="2091" w:hanging="173"/>
      </w:pPr>
      <w:rPr>
        <w:rFonts w:hint="default"/>
        <w:lang w:val="ro-RO" w:eastAsia="en-US" w:bidi="ar-SA"/>
      </w:rPr>
    </w:lvl>
    <w:lvl w:ilvl="3" w:tplc="623649CA">
      <w:numFmt w:val="bullet"/>
      <w:lvlText w:val="•"/>
      <w:lvlJc w:val="left"/>
      <w:pPr>
        <w:ind w:left="2997" w:hanging="173"/>
      </w:pPr>
      <w:rPr>
        <w:rFonts w:hint="default"/>
        <w:lang w:val="ro-RO" w:eastAsia="en-US" w:bidi="ar-SA"/>
      </w:rPr>
    </w:lvl>
    <w:lvl w:ilvl="4" w:tplc="57F00002">
      <w:numFmt w:val="bullet"/>
      <w:lvlText w:val="•"/>
      <w:lvlJc w:val="left"/>
      <w:pPr>
        <w:ind w:left="3903" w:hanging="173"/>
      </w:pPr>
      <w:rPr>
        <w:rFonts w:hint="default"/>
        <w:lang w:val="ro-RO" w:eastAsia="en-US" w:bidi="ar-SA"/>
      </w:rPr>
    </w:lvl>
    <w:lvl w:ilvl="5" w:tplc="B7FA6A8E">
      <w:numFmt w:val="bullet"/>
      <w:lvlText w:val="•"/>
      <w:lvlJc w:val="left"/>
      <w:pPr>
        <w:ind w:left="4809" w:hanging="173"/>
      </w:pPr>
      <w:rPr>
        <w:rFonts w:hint="default"/>
        <w:lang w:val="ro-RO" w:eastAsia="en-US" w:bidi="ar-SA"/>
      </w:rPr>
    </w:lvl>
    <w:lvl w:ilvl="6" w:tplc="4FAE3DC8">
      <w:numFmt w:val="bullet"/>
      <w:lvlText w:val="•"/>
      <w:lvlJc w:val="left"/>
      <w:pPr>
        <w:ind w:left="5714" w:hanging="173"/>
      </w:pPr>
      <w:rPr>
        <w:rFonts w:hint="default"/>
        <w:lang w:val="ro-RO" w:eastAsia="en-US" w:bidi="ar-SA"/>
      </w:rPr>
    </w:lvl>
    <w:lvl w:ilvl="7" w:tplc="B1D23E36">
      <w:numFmt w:val="bullet"/>
      <w:lvlText w:val="•"/>
      <w:lvlJc w:val="left"/>
      <w:pPr>
        <w:ind w:left="6620" w:hanging="173"/>
      </w:pPr>
      <w:rPr>
        <w:rFonts w:hint="default"/>
        <w:lang w:val="ro-RO" w:eastAsia="en-US" w:bidi="ar-SA"/>
      </w:rPr>
    </w:lvl>
    <w:lvl w:ilvl="8" w:tplc="2702BB58">
      <w:numFmt w:val="bullet"/>
      <w:lvlText w:val="•"/>
      <w:lvlJc w:val="left"/>
      <w:pPr>
        <w:ind w:left="7526" w:hanging="173"/>
      </w:pPr>
      <w:rPr>
        <w:rFonts w:hint="default"/>
        <w:lang w:val="ro-RO" w:eastAsia="en-US" w:bidi="ar-SA"/>
      </w:rPr>
    </w:lvl>
  </w:abstractNum>
  <w:abstractNum w:abstractNumId="16" w15:restartNumberingAfterBreak="0">
    <w:nsid w:val="320F21EB"/>
    <w:multiLevelType w:val="hybridMultilevel"/>
    <w:tmpl w:val="FC32B690"/>
    <w:lvl w:ilvl="0" w:tplc="414C7758">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01BE3E4A">
      <w:numFmt w:val="bullet"/>
      <w:lvlText w:val="•"/>
      <w:lvlJc w:val="left"/>
      <w:pPr>
        <w:ind w:left="1023" w:hanging="173"/>
      </w:pPr>
      <w:rPr>
        <w:rFonts w:hint="default"/>
        <w:lang w:val="ro-RO" w:eastAsia="en-US" w:bidi="ar-SA"/>
      </w:rPr>
    </w:lvl>
    <w:lvl w:ilvl="2" w:tplc="FABEDF4A">
      <w:numFmt w:val="bullet"/>
      <w:lvlText w:val="•"/>
      <w:lvlJc w:val="left"/>
      <w:pPr>
        <w:ind w:left="1947" w:hanging="173"/>
      </w:pPr>
      <w:rPr>
        <w:rFonts w:hint="default"/>
        <w:lang w:val="ro-RO" w:eastAsia="en-US" w:bidi="ar-SA"/>
      </w:rPr>
    </w:lvl>
    <w:lvl w:ilvl="3" w:tplc="ABFC7D18">
      <w:numFmt w:val="bullet"/>
      <w:lvlText w:val="•"/>
      <w:lvlJc w:val="left"/>
      <w:pPr>
        <w:ind w:left="2871" w:hanging="173"/>
      </w:pPr>
      <w:rPr>
        <w:rFonts w:hint="default"/>
        <w:lang w:val="ro-RO" w:eastAsia="en-US" w:bidi="ar-SA"/>
      </w:rPr>
    </w:lvl>
    <w:lvl w:ilvl="4" w:tplc="60B0A1E4">
      <w:numFmt w:val="bullet"/>
      <w:lvlText w:val="•"/>
      <w:lvlJc w:val="left"/>
      <w:pPr>
        <w:ind w:left="3795" w:hanging="173"/>
      </w:pPr>
      <w:rPr>
        <w:rFonts w:hint="default"/>
        <w:lang w:val="ro-RO" w:eastAsia="en-US" w:bidi="ar-SA"/>
      </w:rPr>
    </w:lvl>
    <w:lvl w:ilvl="5" w:tplc="565C6EC6">
      <w:numFmt w:val="bullet"/>
      <w:lvlText w:val="•"/>
      <w:lvlJc w:val="left"/>
      <w:pPr>
        <w:ind w:left="4719" w:hanging="173"/>
      </w:pPr>
      <w:rPr>
        <w:rFonts w:hint="default"/>
        <w:lang w:val="ro-RO" w:eastAsia="en-US" w:bidi="ar-SA"/>
      </w:rPr>
    </w:lvl>
    <w:lvl w:ilvl="6" w:tplc="0AD4B3CC">
      <w:numFmt w:val="bullet"/>
      <w:lvlText w:val="•"/>
      <w:lvlJc w:val="left"/>
      <w:pPr>
        <w:ind w:left="5642" w:hanging="173"/>
      </w:pPr>
      <w:rPr>
        <w:rFonts w:hint="default"/>
        <w:lang w:val="ro-RO" w:eastAsia="en-US" w:bidi="ar-SA"/>
      </w:rPr>
    </w:lvl>
    <w:lvl w:ilvl="7" w:tplc="0D0C0112">
      <w:numFmt w:val="bullet"/>
      <w:lvlText w:val="•"/>
      <w:lvlJc w:val="left"/>
      <w:pPr>
        <w:ind w:left="6566" w:hanging="173"/>
      </w:pPr>
      <w:rPr>
        <w:rFonts w:hint="default"/>
        <w:lang w:val="ro-RO" w:eastAsia="en-US" w:bidi="ar-SA"/>
      </w:rPr>
    </w:lvl>
    <w:lvl w:ilvl="8" w:tplc="78F6EBE8">
      <w:numFmt w:val="bullet"/>
      <w:lvlText w:val="•"/>
      <w:lvlJc w:val="left"/>
      <w:pPr>
        <w:ind w:left="7490" w:hanging="173"/>
      </w:pPr>
      <w:rPr>
        <w:rFonts w:hint="default"/>
        <w:lang w:val="ro-RO" w:eastAsia="en-US" w:bidi="ar-SA"/>
      </w:rPr>
    </w:lvl>
  </w:abstractNum>
  <w:abstractNum w:abstractNumId="17" w15:restartNumberingAfterBreak="0">
    <w:nsid w:val="350C3D27"/>
    <w:multiLevelType w:val="hybridMultilevel"/>
    <w:tmpl w:val="8ED27510"/>
    <w:lvl w:ilvl="0" w:tplc="5B427686">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66623B78">
      <w:numFmt w:val="bullet"/>
      <w:lvlText w:val="•"/>
      <w:lvlJc w:val="left"/>
      <w:pPr>
        <w:ind w:left="1023" w:hanging="173"/>
      </w:pPr>
      <w:rPr>
        <w:rFonts w:hint="default"/>
        <w:lang w:val="ro-RO" w:eastAsia="en-US" w:bidi="ar-SA"/>
      </w:rPr>
    </w:lvl>
    <w:lvl w:ilvl="2" w:tplc="D29433F0">
      <w:numFmt w:val="bullet"/>
      <w:lvlText w:val="•"/>
      <w:lvlJc w:val="left"/>
      <w:pPr>
        <w:ind w:left="1947" w:hanging="173"/>
      </w:pPr>
      <w:rPr>
        <w:rFonts w:hint="default"/>
        <w:lang w:val="ro-RO" w:eastAsia="en-US" w:bidi="ar-SA"/>
      </w:rPr>
    </w:lvl>
    <w:lvl w:ilvl="3" w:tplc="0060A04E">
      <w:numFmt w:val="bullet"/>
      <w:lvlText w:val="•"/>
      <w:lvlJc w:val="left"/>
      <w:pPr>
        <w:ind w:left="2871" w:hanging="173"/>
      </w:pPr>
      <w:rPr>
        <w:rFonts w:hint="default"/>
        <w:lang w:val="ro-RO" w:eastAsia="en-US" w:bidi="ar-SA"/>
      </w:rPr>
    </w:lvl>
    <w:lvl w:ilvl="4" w:tplc="8188A350">
      <w:numFmt w:val="bullet"/>
      <w:lvlText w:val="•"/>
      <w:lvlJc w:val="left"/>
      <w:pPr>
        <w:ind w:left="3795" w:hanging="173"/>
      </w:pPr>
      <w:rPr>
        <w:rFonts w:hint="default"/>
        <w:lang w:val="ro-RO" w:eastAsia="en-US" w:bidi="ar-SA"/>
      </w:rPr>
    </w:lvl>
    <w:lvl w:ilvl="5" w:tplc="C6E6158A">
      <w:numFmt w:val="bullet"/>
      <w:lvlText w:val="•"/>
      <w:lvlJc w:val="left"/>
      <w:pPr>
        <w:ind w:left="4719" w:hanging="173"/>
      </w:pPr>
      <w:rPr>
        <w:rFonts w:hint="default"/>
        <w:lang w:val="ro-RO" w:eastAsia="en-US" w:bidi="ar-SA"/>
      </w:rPr>
    </w:lvl>
    <w:lvl w:ilvl="6" w:tplc="A658F66E">
      <w:numFmt w:val="bullet"/>
      <w:lvlText w:val="•"/>
      <w:lvlJc w:val="left"/>
      <w:pPr>
        <w:ind w:left="5642" w:hanging="173"/>
      </w:pPr>
      <w:rPr>
        <w:rFonts w:hint="default"/>
        <w:lang w:val="ro-RO" w:eastAsia="en-US" w:bidi="ar-SA"/>
      </w:rPr>
    </w:lvl>
    <w:lvl w:ilvl="7" w:tplc="6E2E5532">
      <w:numFmt w:val="bullet"/>
      <w:lvlText w:val="•"/>
      <w:lvlJc w:val="left"/>
      <w:pPr>
        <w:ind w:left="6566" w:hanging="173"/>
      </w:pPr>
      <w:rPr>
        <w:rFonts w:hint="default"/>
        <w:lang w:val="ro-RO" w:eastAsia="en-US" w:bidi="ar-SA"/>
      </w:rPr>
    </w:lvl>
    <w:lvl w:ilvl="8" w:tplc="C5F0283A">
      <w:numFmt w:val="bullet"/>
      <w:lvlText w:val="•"/>
      <w:lvlJc w:val="left"/>
      <w:pPr>
        <w:ind w:left="7490" w:hanging="173"/>
      </w:pPr>
      <w:rPr>
        <w:rFonts w:hint="default"/>
        <w:lang w:val="ro-RO" w:eastAsia="en-US" w:bidi="ar-SA"/>
      </w:rPr>
    </w:lvl>
  </w:abstractNum>
  <w:abstractNum w:abstractNumId="18" w15:restartNumberingAfterBreak="0">
    <w:nsid w:val="396A4C60"/>
    <w:multiLevelType w:val="hybridMultilevel"/>
    <w:tmpl w:val="97648214"/>
    <w:lvl w:ilvl="0" w:tplc="B8D08FEE">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30CA2ACE">
      <w:numFmt w:val="bullet"/>
      <w:lvlText w:val="•"/>
      <w:lvlJc w:val="left"/>
      <w:pPr>
        <w:ind w:left="1023" w:hanging="173"/>
      </w:pPr>
      <w:rPr>
        <w:rFonts w:hint="default"/>
        <w:lang w:val="ro-RO" w:eastAsia="en-US" w:bidi="ar-SA"/>
      </w:rPr>
    </w:lvl>
    <w:lvl w:ilvl="2" w:tplc="6AFC9FB0">
      <w:numFmt w:val="bullet"/>
      <w:lvlText w:val="•"/>
      <w:lvlJc w:val="left"/>
      <w:pPr>
        <w:ind w:left="1947" w:hanging="173"/>
      </w:pPr>
      <w:rPr>
        <w:rFonts w:hint="default"/>
        <w:lang w:val="ro-RO" w:eastAsia="en-US" w:bidi="ar-SA"/>
      </w:rPr>
    </w:lvl>
    <w:lvl w:ilvl="3" w:tplc="A78648B2">
      <w:numFmt w:val="bullet"/>
      <w:lvlText w:val="•"/>
      <w:lvlJc w:val="left"/>
      <w:pPr>
        <w:ind w:left="2871" w:hanging="173"/>
      </w:pPr>
      <w:rPr>
        <w:rFonts w:hint="default"/>
        <w:lang w:val="ro-RO" w:eastAsia="en-US" w:bidi="ar-SA"/>
      </w:rPr>
    </w:lvl>
    <w:lvl w:ilvl="4" w:tplc="6C7ADB22">
      <w:numFmt w:val="bullet"/>
      <w:lvlText w:val="•"/>
      <w:lvlJc w:val="left"/>
      <w:pPr>
        <w:ind w:left="3795" w:hanging="173"/>
      </w:pPr>
      <w:rPr>
        <w:rFonts w:hint="default"/>
        <w:lang w:val="ro-RO" w:eastAsia="en-US" w:bidi="ar-SA"/>
      </w:rPr>
    </w:lvl>
    <w:lvl w:ilvl="5" w:tplc="4EE06F7A">
      <w:numFmt w:val="bullet"/>
      <w:lvlText w:val="•"/>
      <w:lvlJc w:val="left"/>
      <w:pPr>
        <w:ind w:left="4719" w:hanging="173"/>
      </w:pPr>
      <w:rPr>
        <w:rFonts w:hint="default"/>
        <w:lang w:val="ro-RO" w:eastAsia="en-US" w:bidi="ar-SA"/>
      </w:rPr>
    </w:lvl>
    <w:lvl w:ilvl="6" w:tplc="291EEDDC">
      <w:numFmt w:val="bullet"/>
      <w:lvlText w:val="•"/>
      <w:lvlJc w:val="left"/>
      <w:pPr>
        <w:ind w:left="5642" w:hanging="173"/>
      </w:pPr>
      <w:rPr>
        <w:rFonts w:hint="default"/>
        <w:lang w:val="ro-RO" w:eastAsia="en-US" w:bidi="ar-SA"/>
      </w:rPr>
    </w:lvl>
    <w:lvl w:ilvl="7" w:tplc="BE3A548C">
      <w:numFmt w:val="bullet"/>
      <w:lvlText w:val="•"/>
      <w:lvlJc w:val="left"/>
      <w:pPr>
        <w:ind w:left="6566" w:hanging="173"/>
      </w:pPr>
      <w:rPr>
        <w:rFonts w:hint="default"/>
        <w:lang w:val="ro-RO" w:eastAsia="en-US" w:bidi="ar-SA"/>
      </w:rPr>
    </w:lvl>
    <w:lvl w:ilvl="8" w:tplc="FBFA5A22">
      <w:numFmt w:val="bullet"/>
      <w:lvlText w:val="•"/>
      <w:lvlJc w:val="left"/>
      <w:pPr>
        <w:ind w:left="7490" w:hanging="173"/>
      </w:pPr>
      <w:rPr>
        <w:rFonts w:hint="default"/>
        <w:lang w:val="ro-RO" w:eastAsia="en-US" w:bidi="ar-SA"/>
      </w:rPr>
    </w:lvl>
  </w:abstractNum>
  <w:abstractNum w:abstractNumId="19" w15:restartNumberingAfterBreak="0">
    <w:nsid w:val="3C386544"/>
    <w:multiLevelType w:val="hybridMultilevel"/>
    <w:tmpl w:val="3E1AB8C6"/>
    <w:lvl w:ilvl="0" w:tplc="04F0DE2C">
      <w:numFmt w:val="bullet"/>
      <w:lvlText w:val="☐"/>
      <w:lvlJc w:val="left"/>
      <w:pPr>
        <w:ind w:left="104"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D5E69372">
      <w:numFmt w:val="bullet"/>
      <w:lvlText w:val="•"/>
      <w:lvlJc w:val="left"/>
      <w:pPr>
        <w:ind w:left="1023" w:hanging="173"/>
      </w:pPr>
      <w:rPr>
        <w:rFonts w:hint="default"/>
        <w:lang w:val="ro-RO" w:eastAsia="en-US" w:bidi="ar-SA"/>
      </w:rPr>
    </w:lvl>
    <w:lvl w:ilvl="2" w:tplc="F5FA28E8">
      <w:numFmt w:val="bullet"/>
      <w:lvlText w:val="•"/>
      <w:lvlJc w:val="left"/>
      <w:pPr>
        <w:ind w:left="1947" w:hanging="173"/>
      </w:pPr>
      <w:rPr>
        <w:rFonts w:hint="default"/>
        <w:lang w:val="ro-RO" w:eastAsia="en-US" w:bidi="ar-SA"/>
      </w:rPr>
    </w:lvl>
    <w:lvl w:ilvl="3" w:tplc="B274A510">
      <w:numFmt w:val="bullet"/>
      <w:lvlText w:val="•"/>
      <w:lvlJc w:val="left"/>
      <w:pPr>
        <w:ind w:left="2871" w:hanging="173"/>
      </w:pPr>
      <w:rPr>
        <w:rFonts w:hint="default"/>
        <w:lang w:val="ro-RO" w:eastAsia="en-US" w:bidi="ar-SA"/>
      </w:rPr>
    </w:lvl>
    <w:lvl w:ilvl="4" w:tplc="CD66521A">
      <w:numFmt w:val="bullet"/>
      <w:lvlText w:val="•"/>
      <w:lvlJc w:val="left"/>
      <w:pPr>
        <w:ind w:left="3795" w:hanging="173"/>
      </w:pPr>
      <w:rPr>
        <w:rFonts w:hint="default"/>
        <w:lang w:val="ro-RO" w:eastAsia="en-US" w:bidi="ar-SA"/>
      </w:rPr>
    </w:lvl>
    <w:lvl w:ilvl="5" w:tplc="09ECEEBA">
      <w:numFmt w:val="bullet"/>
      <w:lvlText w:val="•"/>
      <w:lvlJc w:val="left"/>
      <w:pPr>
        <w:ind w:left="4719" w:hanging="173"/>
      </w:pPr>
      <w:rPr>
        <w:rFonts w:hint="default"/>
        <w:lang w:val="ro-RO" w:eastAsia="en-US" w:bidi="ar-SA"/>
      </w:rPr>
    </w:lvl>
    <w:lvl w:ilvl="6" w:tplc="1C5EB152">
      <w:numFmt w:val="bullet"/>
      <w:lvlText w:val="•"/>
      <w:lvlJc w:val="left"/>
      <w:pPr>
        <w:ind w:left="5642" w:hanging="173"/>
      </w:pPr>
      <w:rPr>
        <w:rFonts w:hint="default"/>
        <w:lang w:val="ro-RO" w:eastAsia="en-US" w:bidi="ar-SA"/>
      </w:rPr>
    </w:lvl>
    <w:lvl w:ilvl="7" w:tplc="13785C26">
      <w:numFmt w:val="bullet"/>
      <w:lvlText w:val="•"/>
      <w:lvlJc w:val="left"/>
      <w:pPr>
        <w:ind w:left="6566" w:hanging="173"/>
      </w:pPr>
      <w:rPr>
        <w:rFonts w:hint="default"/>
        <w:lang w:val="ro-RO" w:eastAsia="en-US" w:bidi="ar-SA"/>
      </w:rPr>
    </w:lvl>
    <w:lvl w:ilvl="8" w:tplc="B9D6CF68">
      <w:numFmt w:val="bullet"/>
      <w:lvlText w:val="•"/>
      <w:lvlJc w:val="left"/>
      <w:pPr>
        <w:ind w:left="7490" w:hanging="173"/>
      </w:pPr>
      <w:rPr>
        <w:rFonts w:hint="default"/>
        <w:lang w:val="ro-RO" w:eastAsia="en-US" w:bidi="ar-SA"/>
      </w:rPr>
    </w:lvl>
  </w:abstractNum>
  <w:abstractNum w:abstractNumId="20" w15:restartNumberingAfterBreak="0">
    <w:nsid w:val="47147EFD"/>
    <w:multiLevelType w:val="hybridMultilevel"/>
    <w:tmpl w:val="E55810A8"/>
    <w:lvl w:ilvl="0" w:tplc="8286B792">
      <w:numFmt w:val="bullet"/>
      <w:lvlText w:val="☐"/>
      <w:lvlJc w:val="left"/>
      <w:pPr>
        <w:ind w:left="277"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D7A2E30E">
      <w:numFmt w:val="bullet"/>
      <w:lvlText w:val="•"/>
      <w:lvlJc w:val="left"/>
      <w:pPr>
        <w:ind w:left="1185" w:hanging="173"/>
      </w:pPr>
      <w:rPr>
        <w:rFonts w:hint="default"/>
        <w:lang w:val="ro-RO" w:eastAsia="en-US" w:bidi="ar-SA"/>
      </w:rPr>
    </w:lvl>
    <w:lvl w:ilvl="2" w:tplc="0EB0C7F4">
      <w:numFmt w:val="bullet"/>
      <w:lvlText w:val="•"/>
      <w:lvlJc w:val="left"/>
      <w:pPr>
        <w:ind w:left="2091" w:hanging="173"/>
      </w:pPr>
      <w:rPr>
        <w:rFonts w:hint="default"/>
        <w:lang w:val="ro-RO" w:eastAsia="en-US" w:bidi="ar-SA"/>
      </w:rPr>
    </w:lvl>
    <w:lvl w:ilvl="3" w:tplc="7188C914">
      <w:numFmt w:val="bullet"/>
      <w:lvlText w:val="•"/>
      <w:lvlJc w:val="left"/>
      <w:pPr>
        <w:ind w:left="2997" w:hanging="173"/>
      </w:pPr>
      <w:rPr>
        <w:rFonts w:hint="default"/>
        <w:lang w:val="ro-RO" w:eastAsia="en-US" w:bidi="ar-SA"/>
      </w:rPr>
    </w:lvl>
    <w:lvl w:ilvl="4" w:tplc="860C125E">
      <w:numFmt w:val="bullet"/>
      <w:lvlText w:val="•"/>
      <w:lvlJc w:val="left"/>
      <w:pPr>
        <w:ind w:left="3903" w:hanging="173"/>
      </w:pPr>
      <w:rPr>
        <w:rFonts w:hint="default"/>
        <w:lang w:val="ro-RO" w:eastAsia="en-US" w:bidi="ar-SA"/>
      </w:rPr>
    </w:lvl>
    <w:lvl w:ilvl="5" w:tplc="283C0FEC">
      <w:numFmt w:val="bullet"/>
      <w:lvlText w:val="•"/>
      <w:lvlJc w:val="left"/>
      <w:pPr>
        <w:ind w:left="4809" w:hanging="173"/>
      </w:pPr>
      <w:rPr>
        <w:rFonts w:hint="default"/>
        <w:lang w:val="ro-RO" w:eastAsia="en-US" w:bidi="ar-SA"/>
      </w:rPr>
    </w:lvl>
    <w:lvl w:ilvl="6" w:tplc="1A3CC080">
      <w:numFmt w:val="bullet"/>
      <w:lvlText w:val="•"/>
      <w:lvlJc w:val="left"/>
      <w:pPr>
        <w:ind w:left="5714" w:hanging="173"/>
      </w:pPr>
      <w:rPr>
        <w:rFonts w:hint="default"/>
        <w:lang w:val="ro-RO" w:eastAsia="en-US" w:bidi="ar-SA"/>
      </w:rPr>
    </w:lvl>
    <w:lvl w:ilvl="7" w:tplc="83F4CD44">
      <w:numFmt w:val="bullet"/>
      <w:lvlText w:val="•"/>
      <w:lvlJc w:val="left"/>
      <w:pPr>
        <w:ind w:left="6620" w:hanging="173"/>
      </w:pPr>
      <w:rPr>
        <w:rFonts w:hint="default"/>
        <w:lang w:val="ro-RO" w:eastAsia="en-US" w:bidi="ar-SA"/>
      </w:rPr>
    </w:lvl>
    <w:lvl w:ilvl="8" w:tplc="2928704A">
      <w:numFmt w:val="bullet"/>
      <w:lvlText w:val="•"/>
      <w:lvlJc w:val="left"/>
      <w:pPr>
        <w:ind w:left="7526" w:hanging="173"/>
      </w:pPr>
      <w:rPr>
        <w:rFonts w:hint="default"/>
        <w:lang w:val="ro-RO" w:eastAsia="en-US" w:bidi="ar-SA"/>
      </w:rPr>
    </w:lvl>
  </w:abstractNum>
  <w:abstractNum w:abstractNumId="21" w15:restartNumberingAfterBreak="0">
    <w:nsid w:val="474B55AB"/>
    <w:multiLevelType w:val="hybridMultilevel"/>
    <w:tmpl w:val="72768644"/>
    <w:lvl w:ilvl="0" w:tplc="5CE42E76">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CD98FE5C">
      <w:numFmt w:val="bullet"/>
      <w:lvlText w:val="•"/>
      <w:lvlJc w:val="left"/>
      <w:pPr>
        <w:ind w:left="1185" w:hanging="173"/>
      </w:pPr>
      <w:rPr>
        <w:rFonts w:hint="default"/>
        <w:lang w:val="ro-RO" w:eastAsia="en-US" w:bidi="ar-SA"/>
      </w:rPr>
    </w:lvl>
    <w:lvl w:ilvl="2" w:tplc="D3AAA62A">
      <w:numFmt w:val="bullet"/>
      <w:lvlText w:val="•"/>
      <w:lvlJc w:val="left"/>
      <w:pPr>
        <w:ind w:left="2091" w:hanging="173"/>
      </w:pPr>
      <w:rPr>
        <w:rFonts w:hint="default"/>
        <w:lang w:val="ro-RO" w:eastAsia="en-US" w:bidi="ar-SA"/>
      </w:rPr>
    </w:lvl>
    <w:lvl w:ilvl="3" w:tplc="47D4DEFE">
      <w:numFmt w:val="bullet"/>
      <w:lvlText w:val="•"/>
      <w:lvlJc w:val="left"/>
      <w:pPr>
        <w:ind w:left="2997" w:hanging="173"/>
      </w:pPr>
      <w:rPr>
        <w:rFonts w:hint="default"/>
        <w:lang w:val="ro-RO" w:eastAsia="en-US" w:bidi="ar-SA"/>
      </w:rPr>
    </w:lvl>
    <w:lvl w:ilvl="4" w:tplc="78CC90EA">
      <w:numFmt w:val="bullet"/>
      <w:lvlText w:val="•"/>
      <w:lvlJc w:val="left"/>
      <w:pPr>
        <w:ind w:left="3903" w:hanging="173"/>
      </w:pPr>
      <w:rPr>
        <w:rFonts w:hint="default"/>
        <w:lang w:val="ro-RO" w:eastAsia="en-US" w:bidi="ar-SA"/>
      </w:rPr>
    </w:lvl>
    <w:lvl w:ilvl="5" w:tplc="D87E18FA">
      <w:numFmt w:val="bullet"/>
      <w:lvlText w:val="•"/>
      <w:lvlJc w:val="left"/>
      <w:pPr>
        <w:ind w:left="4809" w:hanging="173"/>
      </w:pPr>
      <w:rPr>
        <w:rFonts w:hint="default"/>
        <w:lang w:val="ro-RO" w:eastAsia="en-US" w:bidi="ar-SA"/>
      </w:rPr>
    </w:lvl>
    <w:lvl w:ilvl="6" w:tplc="A2342726">
      <w:numFmt w:val="bullet"/>
      <w:lvlText w:val="•"/>
      <w:lvlJc w:val="left"/>
      <w:pPr>
        <w:ind w:left="5714" w:hanging="173"/>
      </w:pPr>
      <w:rPr>
        <w:rFonts w:hint="default"/>
        <w:lang w:val="ro-RO" w:eastAsia="en-US" w:bidi="ar-SA"/>
      </w:rPr>
    </w:lvl>
    <w:lvl w:ilvl="7" w:tplc="5B342B8A">
      <w:numFmt w:val="bullet"/>
      <w:lvlText w:val="•"/>
      <w:lvlJc w:val="left"/>
      <w:pPr>
        <w:ind w:left="6620" w:hanging="173"/>
      </w:pPr>
      <w:rPr>
        <w:rFonts w:hint="default"/>
        <w:lang w:val="ro-RO" w:eastAsia="en-US" w:bidi="ar-SA"/>
      </w:rPr>
    </w:lvl>
    <w:lvl w:ilvl="8" w:tplc="DA1CE128">
      <w:numFmt w:val="bullet"/>
      <w:lvlText w:val="•"/>
      <w:lvlJc w:val="left"/>
      <w:pPr>
        <w:ind w:left="7526" w:hanging="173"/>
      </w:pPr>
      <w:rPr>
        <w:rFonts w:hint="default"/>
        <w:lang w:val="ro-RO" w:eastAsia="en-US" w:bidi="ar-SA"/>
      </w:rPr>
    </w:lvl>
  </w:abstractNum>
  <w:abstractNum w:abstractNumId="22" w15:restartNumberingAfterBreak="0">
    <w:nsid w:val="511B4E97"/>
    <w:multiLevelType w:val="hybridMultilevel"/>
    <w:tmpl w:val="5E2E9410"/>
    <w:lvl w:ilvl="0" w:tplc="B2B0ACF2">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5556317E">
      <w:numFmt w:val="bullet"/>
      <w:lvlText w:val="•"/>
      <w:lvlJc w:val="left"/>
      <w:pPr>
        <w:ind w:left="1185" w:hanging="173"/>
      </w:pPr>
      <w:rPr>
        <w:rFonts w:hint="default"/>
        <w:lang w:val="ro-RO" w:eastAsia="en-US" w:bidi="ar-SA"/>
      </w:rPr>
    </w:lvl>
    <w:lvl w:ilvl="2" w:tplc="F84E84AC">
      <w:numFmt w:val="bullet"/>
      <w:lvlText w:val="•"/>
      <w:lvlJc w:val="left"/>
      <w:pPr>
        <w:ind w:left="2091" w:hanging="173"/>
      </w:pPr>
      <w:rPr>
        <w:rFonts w:hint="default"/>
        <w:lang w:val="ro-RO" w:eastAsia="en-US" w:bidi="ar-SA"/>
      </w:rPr>
    </w:lvl>
    <w:lvl w:ilvl="3" w:tplc="1A3A92B8">
      <w:numFmt w:val="bullet"/>
      <w:lvlText w:val="•"/>
      <w:lvlJc w:val="left"/>
      <w:pPr>
        <w:ind w:left="2997" w:hanging="173"/>
      </w:pPr>
      <w:rPr>
        <w:rFonts w:hint="default"/>
        <w:lang w:val="ro-RO" w:eastAsia="en-US" w:bidi="ar-SA"/>
      </w:rPr>
    </w:lvl>
    <w:lvl w:ilvl="4" w:tplc="0D802FF2">
      <w:numFmt w:val="bullet"/>
      <w:lvlText w:val="•"/>
      <w:lvlJc w:val="left"/>
      <w:pPr>
        <w:ind w:left="3903" w:hanging="173"/>
      </w:pPr>
      <w:rPr>
        <w:rFonts w:hint="default"/>
        <w:lang w:val="ro-RO" w:eastAsia="en-US" w:bidi="ar-SA"/>
      </w:rPr>
    </w:lvl>
    <w:lvl w:ilvl="5" w:tplc="BC36FC9C">
      <w:numFmt w:val="bullet"/>
      <w:lvlText w:val="•"/>
      <w:lvlJc w:val="left"/>
      <w:pPr>
        <w:ind w:left="4809" w:hanging="173"/>
      </w:pPr>
      <w:rPr>
        <w:rFonts w:hint="default"/>
        <w:lang w:val="ro-RO" w:eastAsia="en-US" w:bidi="ar-SA"/>
      </w:rPr>
    </w:lvl>
    <w:lvl w:ilvl="6" w:tplc="7B086CAC">
      <w:numFmt w:val="bullet"/>
      <w:lvlText w:val="•"/>
      <w:lvlJc w:val="left"/>
      <w:pPr>
        <w:ind w:left="5714" w:hanging="173"/>
      </w:pPr>
      <w:rPr>
        <w:rFonts w:hint="default"/>
        <w:lang w:val="ro-RO" w:eastAsia="en-US" w:bidi="ar-SA"/>
      </w:rPr>
    </w:lvl>
    <w:lvl w:ilvl="7" w:tplc="A32C6CF2">
      <w:numFmt w:val="bullet"/>
      <w:lvlText w:val="•"/>
      <w:lvlJc w:val="left"/>
      <w:pPr>
        <w:ind w:left="6620" w:hanging="173"/>
      </w:pPr>
      <w:rPr>
        <w:rFonts w:hint="default"/>
        <w:lang w:val="ro-RO" w:eastAsia="en-US" w:bidi="ar-SA"/>
      </w:rPr>
    </w:lvl>
    <w:lvl w:ilvl="8" w:tplc="FADA0E04">
      <w:numFmt w:val="bullet"/>
      <w:lvlText w:val="•"/>
      <w:lvlJc w:val="left"/>
      <w:pPr>
        <w:ind w:left="7526" w:hanging="173"/>
      </w:pPr>
      <w:rPr>
        <w:rFonts w:hint="default"/>
        <w:lang w:val="ro-RO" w:eastAsia="en-US" w:bidi="ar-SA"/>
      </w:rPr>
    </w:lvl>
  </w:abstractNum>
  <w:abstractNum w:abstractNumId="23" w15:restartNumberingAfterBreak="0">
    <w:nsid w:val="55BF3C41"/>
    <w:multiLevelType w:val="hybridMultilevel"/>
    <w:tmpl w:val="9E98A524"/>
    <w:lvl w:ilvl="0" w:tplc="FECECFD2">
      <w:numFmt w:val="bullet"/>
      <w:lvlText w:val="☐"/>
      <w:lvlJc w:val="left"/>
      <w:pPr>
        <w:ind w:left="315"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6BE0D6F2">
      <w:numFmt w:val="bullet"/>
      <w:lvlText w:val="•"/>
      <w:lvlJc w:val="left"/>
      <w:pPr>
        <w:ind w:left="1221" w:hanging="173"/>
      </w:pPr>
      <w:rPr>
        <w:rFonts w:hint="default"/>
        <w:lang w:val="ro-RO" w:eastAsia="en-US" w:bidi="ar-SA"/>
      </w:rPr>
    </w:lvl>
    <w:lvl w:ilvl="2" w:tplc="C08671BC">
      <w:numFmt w:val="bullet"/>
      <w:lvlText w:val="•"/>
      <w:lvlJc w:val="left"/>
      <w:pPr>
        <w:ind w:left="2123" w:hanging="173"/>
      </w:pPr>
      <w:rPr>
        <w:rFonts w:hint="default"/>
        <w:lang w:val="ro-RO" w:eastAsia="en-US" w:bidi="ar-SA"/>
      </w:rPr>
    </w:lvl>
    <w:lvl w:ilvl="3" w:tplc="BAA60896">
      <w:numFmt w:val="bullet"/>
      <w:lvlText w:val="•"/>
      <w:lvlJc w:val="left"/>
      <w:pPr>
        <w:ind w:left="3025" w:hanging="173"/>
      </w:pPr>
      <w:rPr>
        <w:rFonts w:hint="default"/>
        <w:lang w:val="ro-RO" w:eastAsia="en-US" w:bidi="ar-SA"/>
      </w:rPr>
    </w:lvl>
    <w:lvl w:ilvl="4" w:tplc="D4FC85E2">
      <w:numFmt w:val="bullet"/>
      <w:lvlText w:val="•"/>
      <w:lvlJc w:val="left"/>
      <w:pPr>
        <w:ind w:left="3926" w:hanging="173"/>
      </w:pPr>
      <w:rPr>
        <w:rFonts w:hint="default"/>
        <w:lang w:val="ro-RO" w:eastAsia="en-US" w:bidi="ar-SA"/>
      </w:rPr>
    </w:lvl>
    <w:lvl w:ilvl="5" w:tplc="D6B0AC88">
      <w:numFmt w:val="bullet"/>
      <w:lvlText w:val="•"/>
      <w:lvlJc w:val="left"/>
      <w:pPr>
        <w:ind w:left="4828" w:hanging="173"/>
      </w:pPr>
      <w:rPr>
        <w:rFonts w:hint="default"/>
        <w:lang w:val="ro-RO" w:eastAsia="en-US" w:bidi="ar-SA"/>
      </w:rPr>
    </w:lvl>
    <w:lvl w:ilvl="6" w:tplc="81EA4CCE">
      <w:numFmt w:val="bullet"/>
      <w:lvlText w:val="•"/>
      <w:lvlJc w:val="left"/>
      <w:pPr>
        <w:ind w:left="5730" w:hanging="173"/>
      </w:pPr>
      <w:rPr>
        <w:rFonts w:hint="default"/>
        <w:lang w:val="ro-RO" w:eastAsia="en-US" w:bidi="ar-SA"/>
      </w:rPr>
    </w:lvl>
    <w:lvl w:ilvl="7" w:tplc="0B949B92">
      <w:numFmt w:val="bullet"/>
      <w:lvlText w:val="•"/>
      <w:lvlJc w:val="left"/>
      <w:pPr>
        <w:ind w:left="6631" w:hanging="173"/>
      </w:pPr>
      <w:rPr>
        <w:rFonts w:hint="default"/>
        <w:lang w:val="ro-RO" w:eastAsia="en-US" w:bidi="ar-SA"/>
      </w:rPr>
    </w:lvl>
    <w:lvl w:ilvl="8" w:tplc="CCE64868">
      <w:numFmt w:val="bullet"/>
      <w:lvlText w:val="•"/>
      <w:lvlJc w:val="left"/>
      <w:pPr>
        <w:ind w:left="7533" w:hanging="173"/>
      </w:pPr>
      <w:rPr>
        <w:rFonts w:hint="default"/>
        <w:lang w:val="ro-RO" w:eastAsia="en-US" w:bidi="ar-SA"/>
      </w:rPr>
    </w:lvl>
  </w:abstractNum>
  <w:abstractNum w:abstractNumId="24" w15:restartNumberingAfterBreak="0">
    <w:nsid w:val="5754025C"/>
    <w:multiLevelType w:val="hybridMultilevel"/>
    <w:tmpl w:val="4558B99C"/>
    <w:lvl w:ilvl="0" w:tplc="126E70B2">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EB26AE04">
      <w:numFmt w:val="bullet"/>
      <w:lvlText w:val="•"/>
      <w:lvlJc w:val="left"/>
      <w:pPr>
        <w:ind w:left="1185" w:hanging="173"/>
      </w:pPr>
      <w:rPr>
        <w:rFonts w:hint="default"/>
        <w:lang w:val="ro-RO" w:eastAsia="en-US" w:bidi="ar-SA"/>
      </w:rPr>
    </w:lvl>
    <w:lvl w:ilvl="2" w:tplc="7758E398">
      <w:numFmt w:val="bullet"/>
      <w:lvlText w:val="•"/>
      <w:lvlJc w:val="left"/>
      <w:pPr>
        <w:ind w:left="2091" w:hanging="173"/>
      </w:pPr>
      <w:rPr>
        <w:rFonts w:hint="default"/>
        <w:lang w:val="ro-RO" w:eastAsia="en-US" w:bidi="ar-SA"/>
      </w:rPr>
    </w:lvl>
    <w:lvl w:ilvl="3" w:tplc="C09CD700">
      <w:numFmt w:val="bullet"/>
      <w:lvlText w:val="•"/>
      <w:lvlJc w:val="left"/>
      <w:pPr>
        <w:ind w:left="2997" w:hanging="173"/>
      </w:pPr>
      <w:rPr>
        <w:rFonts w:hint="default"/>
        <w:lang w:val="ro-RO" w:eastAsia="en-US" w:bidi="ar-SA"/>
      </w:rPr>
    </w:lvl>
    <w:lvl w:ilvl="4" w:tplc="A81E14C8">
      <w:numFmt w:val="bullet"/>
      <w:lvlText w:val="•"/>
      <w:lvlJc w:val="left"/>
      <w:pPr>
        <w:ind w:left="3903" w:hanging="173"/>
      </w:pPr>
      <w:rPr>
        <w:rFonts w:hint="default"/>
        <w:lang w:val="ro-RO" w:eastAsia="en-US" w:bidi="ar-SA"/>
      </w:rPr>
    </w:lvl>
    <w:lvl w:ilvl="5" w:tplc="8FB45686">
      <w:numFmt w:val="bullet"/>
      <w:lvlText w:val="•"/>
      <w:lvlJc w:val="left"/>
      <w:pPr>
        <w:ind w:left="4809" w:hanging="173"/>
      </w:pPr>
      <w:rPr>
        <w:rFonts w:hint="default"/>
        <w:lang w:val="ro-RO" w:eastAsia="en-US" w:bidi="ar-SA"/>
      </w:rPr>
    </w:lvl>
    <w:lvl w:ilvl="6" w:tplc="E9086000">
      <w:numFmt w:val="bullet"/>
      <w:lvlText w:val="•"/>
      <w:lvlJc w:val="left"/>
      <w:pPr>
        <w:ind w:left="5714" w:hanging="173"/>
      </w:pPr>
      <w:rPr>
        <w:rFonts w:hint="default"/>
        <w:lang w:val="ro-RO" w:eastAsia="en-US" w:bidi="ar-SA"/>
      </w:rPr>
    </w:lvl>
    <w:lvl w:ilvl="7" w:tplc="59B04C9C">
      <w:numFmt w:val="bullet"/>
      <w:lvlText w:val="•"/>
      <w:lvlJc w:val="left"/>
      <w:pPr>
        <w:ind w:left="6620" w:hanging="173"/>
      </w:pPr>
      <w:rPr>
        <w:rFonts w:hint="default"/>
        <w:lang w:val="ro-RO" w:eastAsia="en-US" w:bidi="ar-SA"/>
      </w:rPr>
    </w:lvl>
    <w:lvl w:ilvl="8" w:tplc="72A227D6">
      <w:numFmt w:val="bullet"/>
      <w:lvlText w:val="•"/>
      <w:lvlJc w:val="left"/>
      <w:pPr>
        <w:ind w:left="7526" w:hanging="173"/>
      </w:pPr>
      <w:rPr>
        <w:rFonts w:hint="default"/>
        <w:lang w:val="ro-RO" w:eastAsia="en-US" w:bidi="ar-SA"/>
      </w:rPr>
    </w:lvl>
  </w:abstractNum>
  <w:abstractNum w:abstractNumId="25" w15:restartNumberingAfterBreak="0">
    <w:nsid w:val="5D096CF5"/>
    <w:multiLevelType w:val="hybridMultilevel"/>
    <w:tmpl w:val="89ECCC42"/>
    <w:lvl w:ilvl="0" w:tplc="A382256C">
      <w:numFmt w:val="bullet"/>
      <w:lvlText w:val="☐"/>
      <w:lvlJc w:val="left"/>
      <w:pPr>
        <w:ind w:left="276"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F0F68EB0">
      <w:numFmt w:val="bullet"/>
      <w:lvlText w:val="•"/>
      <w:lvlJc w:val="left"/>
      <w:pPr>
        <w:ind w:left="1185" w:hanging="173"/>
      </w:pPr>
      <w:rPr>
        <w:rFonts w:hint="default"/>
        <w:lang w:val="ro-RO" w:eastAsia="en-US" w:bidi="ar-SA"/>
      </w:rPr>
    </w:lvl>
    <w:lvl w:ilvl="2" w:tplc="5A5A999A">
      <w:numFmt w:val="bullet"/>
      <w:lvlText w:val="•"/>
      <w:lvlJc w:val="left"/>
      <w:pPr>
        <w:ind w:left="2091" w:hanging="173"/>
      </w:pPr>
      <w:rPr>
        <w:rFonts w:hint="default"/>
        <w:lang w:val="ro-RO" w:eastAsia="en-US" w:bidi="ar-SA"/>
      </w:rPr>
    </w:lvl>
    <w:lvl w:ilvl="3" w:tplc="3D008ED0">
      <w:numFmt w:val="bullet"/>
      <w:lvlText w:val="•"/>
      <w:lvlJc w:val="left"/>
      <w:pPr>
        <w:ind w:left="2997" w:hanging="173"/>
      </w:pPr>
      <w:rPr>
        <w:rFonts w:hint="default"/>
        <w:lang w:val="ro-RO" w:eastAsia="en-US" w:bidi="ar-SA"/>
      </w:rPr>
    </w:lvl>
    <w:lvl w:ilvl="4" w:tplc="4210EEF6">
      <w:numFmt w:val="bullet"/>
      <w:lvlText w:val="•"/>
      <w:lvlJc w:val="left"/>
      <w:pPr>
        <w:ind w:left="3903" w:hanging="173"/>
      </w:pPr>
      <w:rPr>
        <w:rFonts w:hint="default"/>
        <w:lang w:val="ro-RO" w:eastAsia="en-US" w:bidi="ar-SA"/>
      </w:rPr>
    </w:lvl>
    <w:lvl w:ilvl="5" w:tplc="D2D27A46">
      <w:numFmt w:val="bullet"/>
      <w:lvlText w:val="•"/>
      <w:lvlJc w:val="left"/>
      <w:pPr>
        <w:ind w:left="4809" w:hanging="173"/>
      </w:pPr>
      <w:rPr>
        <w:rFonts w:hint="default"/>
        <w:lang w:val="ro-RO" w:eastAsia="en-US" w:bidi="ar-SA"/>
      </w:rPr>
    </w:lvl>
    <w:lvl w:ilvl="6" w:tplc="57B67E2A">
      <w:numFmt w:val="bullet"/>
      <w:lvlText w:val="•"/>
      <w:lvlJc w:val="left"/>
      <w:pPr>
        <w:ind w:left="5714" w:hanging="173"/>
      </w:pPr>
      <w:rPr>
        <w:rFonts w:hint="default"/>
        <w:lang w:val="ro-RO" w:eastAsia="en-US" w:bidi="ar-SA"/>
      </w:rPr>
    </w:lvl>
    <w:lvl w:ilvl="7" w:tplc="B4DA7BB8">
      <w:numFmt w:val="bullet"/>
      <w:lvlText w:val="•"/>
      <w:lvlJc w:val="left"/>
      <w:pPr>
        <w:ind w:left="6620" w:hanging="173"/>
      </w:pPr>
      <w:rPr>
        <w:rFonts w:hint="default"/>
        <w:lang w:val="ro-RO" w:eastAsia="en-US" w:bidi="ar-SA"/>
      </w:rPr>
    </w:lvl>
    <w:lvl w:ilvl="8" w:tplc="D32CC3E4">
      <w:numFmt w:val="bullet"/>
      <w:lvlText w:val="•"/>
      <w:lvlJc w:val="left"/>
      <w:pPr>
        <w:ind w:left="7526" w:hanging="173"/>
      </w:pPr>
      <w:rPr>
        <w:rFonts w:hint="default"/>
        <w:lang w:val="ro-RO" w:eastAsia="en-US" w:bidi="ar-SA"/>
      </w:rPr>
    </w:lvl>
  </w:abstractNum>
  <w:abstractNum w:abstractNumId="26" w15:restartNumberingAfterBreak="0">
    <w:nsid w:val="63051405"/>
    <w:multiLevelType w:val="hybridMultilevel"/>
    <w:tmpl w:val="63A87920"/>
    <w:lvl w:ilvl="0" w:tplc="64C2FBA2">
      <w:numFmt w:val="bullet"/>
      <w:lvlText w:val="☐"/>
      <w:lvlJc w:val="left"/>
      <w:pPr>
        <w:ind w:left="277"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36889072">
      <w:numFmt w:val="bullet"/>
      <w:lvlText w:val="•"/>
      <w:lvlJc w:val="left"/>
      <w:pPr>
        <w:ind w:left="1185" w:hanging="173"/>
      </w:pPr>
      <w:rPr>
        <w:rFonts w:hint="default"/>
        <w:lang w:val="ro-RO" w:eastAsia="en-US" w:bidi="ar-SA"/>
      </w:rPr>
    </w:lvl>
    <w:lvl w:ilvl="2" w:tplc="DDAEE202">
      <w:numFmt w:val="bullet"/>
      <w:lvlText w:val="•"/>
      <w:lvlJc w:val="left"/>
      <w:pPr>
        <w:ind w:left="2091" w:hanging="173"/>
      </w:pPr>
      <w:rPr>
        <w:rFonts w:hint="default"/>
        <w:lang w:val="ro-RO" w:eastAsia="en-US" w:bidi="ar-SA"/>
      </w:rPr>
    </w:lvl>
    <w:lvl w:ilvl="3" w:tplc="0F30FA2A">
      <w:numFmt w:val="bullet"/>
      <w:lvlText w:val="•"/>
      <w:lvlJc w:val="left"/>
      <w:pPr>
        <w:ind w:left="2997" w:hanging="173"/>
      </w:pPr>
      <w:rPr>
        <w:rFonts w:hint="default"/>
        <w:lang w:val="ro-RO" w:eastAsia="en-US" w:bidi="ar-SA"/>
      </w:rPr>
    </w:lvl>
    <w:lvl w:ilvl="4" w:tplc="C8E6C042">
      <w:numFmt w:val="bullet"/>
      <w:lvlText w:val="•"/>
      <w:lvlJc w:val="left"/>
      <w:pPr>
        <w:ind w:left="3903" w:hanging="173"/>
      </w:pPr>
      <w:rPr>
        <w:rFonts w:hint="default"/>
        <w:lang w:val="ro-RO" w:eastAsia="en-US" w:bidi="ar-SA"/>
      </w:rPr>
    </w:lvl>
    <w:lvl w:ilvl="5" w:tplc="4C665B36">
      <w:numFmt w:val="bullet"/>
      <w:lvlText w:val="•"/>
      <w:lvlJc w:val="left"/>
      <w:pPr>
        <w:ind w:left="4809" w:hanging="173"/>
      </w:pPr>
      <w:rPr>
        <w:rFonts w:hint="default"/>
        <w:lang w:val="ro-RO" w:eastAsia="en-US" w:bidi="ar-SA"/>
      </w:rPr>
    </w:lvl>
    <w:lvl w:ilvl="6" w:tplc="C1022008">
      <w:numFmt w:val="bullet"/>
      <w:lvlText w:val="•"/>
      <w:lvlJc w:val="left"/>
      <w:pPr>
        <w:ind w:left="5714" w:hanging="173"/>
      </w:pPr>
      <w:rPr>
        <w:rFonts w:hint="default"/>
        <w:lang w:val="ro-RO" w:eastAsia="en-US" w:bidi="ar-SA"/>
      </w:rPr>
    </w:lvl>
    <w:lvl w:ilvl="7" w:tplc="2F8443F2">
      <w:numFmt w:val="bullet"/>
      <w:lvlText w:val="•"/>
      <w:lvlJc w:val="left"/>
      <w:pPr>
        <w:ind w:left="6620" w:hanging="173"/>
      </w:pPr>
      <w:rPr>
        <w:rFonts w:hint="default"/>
        <w:lang w:val="ro-RO" w:eastAsia="en-US" w:bidi="ar-SA"/>
      </w:rPr>
    </w:lvl>
    <w:lvl w:ilvl="8" w:tplc="2A2AFAE2">
      <w:numFmt w:val="bullet"/>
      <w:lvlText w:val="•"/>
      <w:lvlJc w:val="left"/>
      <w:pPr>
        <w:ind w:left="7526" w:hanging="173"/>
      </w:pPr>
      <w:rPr>
        <w:rFonts w:hint="default"/>
        <w:lang w:val="ro-RO" w:eastAsia="en-US" w:bidi="ar-SA"/>
      </w:rPr>
    </w:lvl>
  </w:abstractNum>
  <w:abstractNum w:abstractNumId="27" w15:restartNumberingAfterBreak="0">
    <w:nsid w:val="6EDB1922"/>
    <w:multiLevelType w:val="hybridMultilevel"/>
    <w:tmpl w:val="B74432C2"/>
    <w:lvl w:ilvl="0" w:tplc="BCBE4C22">
      <w:numFmt w:val="bullet"/>
      <w:lvlText w:val="☐"/>
      <w:lvlJc w:val="left"/>
      <w:pPr>
        <w:ind w:left="315" w:hanging="173"/>
      </w:pPr>
      <w:rPr>
        <w:rFonts w:ascii="Segoe UI Symbol" w:eastAsia="Segoe UI Symbol" w:hAnsi="Segoe UI Symbol" w:cs="Segoe UI Symbol" w:hint="default"/>
        <w:b w:val="0"/>
        <w:bCs w:val="0"/>
        <w:i w:val="0"/>
        <w:iCs w:val="0"/>
        <w:spacing w:val="0"/>
        <w:w w:val="103"/>
        <w:sz w:val="15"/>
        <w:szCs w:val="15"/>
        <w:lang w:val="ro-RO" w:eastAsia="en-US" w:bidi="ar-SA"/>
      </w:rPr>
    </w:lvl>
    <w:lvl w:ilvl="1" w:tplc="30CC7658">
      <w:numFmt w:val="bullet"/>
      <w:lvlText w:val="•"/>
      <w:lvlJc w:val="left"/>
      <w:pPr>
        <w:ind w:left="1221" w:hanging="173"/>
      </w:pPr>
      <w:rPr>
        <w:rFonts w:hint="default"/>
        <w:lang w:val="ro-RO" w:eastAsia="en-US" w:bidi="ar-SA"/>
      </w:rPr>
    </w:lvl>
    <w:lvl w:ilvl="2" w:tplc="98B4C6DC">
      <w:numFmt w:val="bullet"/>
      <w:lvlText w:val="•"/>
      <w:lvlJc w:val="left"/>
      <w:pPr>
        <w:ind w:left="2123" w:hanging="173"/>
      </w:pPr>
      <w:rPr>
        <w:rFonts w:hint="default"/>
        <w:lang w:val="ro-RO" w:eastAsia="en-US" w:bidi="ar-SA"/>
      </w:rPr>
    </w:lvl>
    <w:lvl w:ilvl="3" w:tplc="7CB2556E">
      <w:numFmt w:val="bullet"/>
      <w:lvlText w:val="•"/>
      <w:lvlJc w:val="left"/>
      <w:pPr>
        <w:ind w:left="3025" w:hanging="173"/>
      </w:pPr>
      <w:rPr>
        <w:rFonts w:hint="default"/>
        <w:lang w:val="ro-RO" w:eastAsia="en-US" w:bidi="ar-SA"/>
      </w:rPr>
    </w:lvl>
    <w:lvl w:ilvl="4" w:tplc="E67823F8">
      <w:numFmt w:val="bullet"/>
      <w:lvlText w:val="•"/>
      <w:lvlJc w:val="left"/>
      <w:pPr>
        <w:ind w:left="3927" w:hanging="173"/>
      </w:pPr>
      <w:rPr>
        <w:rFonts w:hint="default"/>
        <w:lang w:val="ro-RO" w:eastAsia="en-US" w:bidi="ar-SA"/>
      </w:rPr>
    </w:lvl>
    <w:lvl w:ilvl="5" w:tplc="479CAE70">
      <w:numFmt w:val="bullet"/>
      <w:lvlText w:val="•"/>
      <w:lvlJc w:val="left"/>
      <w:pPr>
        <w:ind w:left="4829" w:hanging="173"/>
      </w:pPr>
      <w:rPr>
        <w:rFonts w:hint="default"/>
        <w:lang w:val="ro-RO" w:eastAsia="en-US" w:bidi="ar-SA"/>
      </w:rPr>
    </w:lvl>
    <w:lvl w:ilvl="6" w:tplc="9FD2C8B0">
      <w:numFmt w:val="bullet"/>
      <w:lvlText w:val="•"/>
      <w:lvlJc w:val="left"/>
      <w:pPr>
        <w:ind w:left="5730" w:hanging="173"/>
      </w:pPr>
      <w:rPr>
        <w:rFonts w:hint="default"/>
        <w:lang w:val="ro-RO" w:eastAsia="en-US" w:bidi="ar-SA"/>
      </w:rPr>
    </w:lvl>
    <w:lvl w:ilvl="7" w:tplc="C54C84BA">
      <w:numFmt w:val="bullet"/>
      <w:lvlText w:val="•"/>
      <w:lvlJc w:val="left"/>
      <w:pPr>
        <w:ind w:left="6632" w:hanging="173"/>
      </w:pPr>
      <w:rPr>
        <w:rFonts w:hint="default"/>
        <w:lang w:val="ro-RO" w:eastAsia="en-US" w:bidi="ar-SA"/>
      </w:rPr>
    </w:lvl>
    <w:lvl w:ilvl="8" w:tplc="7772C7C0">
      <w:numFmt w:val="bullet"/>
      <w:lvlText w:val="•"/>
      <w:lvlJc w:val="left"/>
      <w:pPr>
        <w:ind w:left="7534" w:hanging="173"/>
      </w:pPr>
      <w:rPr>
        <w:rFonts w:hint="default"/>
        <w:lang w:val="ro-RO"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3"/>
  </w:num>
  <w:num w:numId="11">
    <w:abstractNumId w:val="13"/>
  </w:num>
  <w:num w:numId="12">
    <w:abstractNumId w:val="17"/>
  </w:num>
  <w:num w:numId="13">
    <w:abstractNumId w:val="20"/>
  </w:num>
  <w:num w:numId="14">
    <w:abstractNumId w:val="12"/>
  </w:num>
  <w:num w:numId="15">
    <w:abstractNumId w:val="25"/>
  </w:num>
  <w:num w:numId="16">
    <w:abstractNumId w:val="18"/>
  </w:num>
  <w:num w:numId="17">
    <w:abstractNumId w:val="15"/>
  </w:num>
  <w:num w:numId="18">
    <w:abstractNumId w:val="26"/>
  </w:num>
  <w:num w:numId="19">
    <w:abstractNumId w:val="19"/>
  </w:num>
  <w:num w:numId="20">
    <w:abstractNumId w:val="16"/>
  </w:num>
  <w:num w:numId="21">
    <w:abstractNumId w:val="27"/>
  </w:num>
  <w:num w:numId="22">
    <w:abstractNumId w:val="21"/>
  </w:num>
  <w:num w:numId="23">
    <w:abstractNumId w:val="14"/>
  </w:num>
  <w:num w:numId="24">
    <w:abstractNumId w:val="24"/>
  </w:num>
  <w:num w:numId="25">
    <w:abstractNumId w:val="22"/>
  </w:num>
  <w:num w:numId="26">
    <w:abstractNumId w:val="11"/>
  </w:num>
  <w:num w:numId="27">
    <w:abstractNumId w:val="9"/>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0A004C"/>
    <w:rsid w:val="000C29A5"/>
    <w:rsid w:val="001014FA"/>
    <w:rsid w:val="00143495"/>
    <w:rsid w:val="0015074B"/>
    <w:rsid w:val="00173496"/>
    <w:rsid w:val="001947ED"/>
    <w:rsid w:val="00200FFD"/>
    <w:rsid w:val="00203E66"/>
    <w:rsid w:val="0029639D"/>
    <w:rsid w:val="002C52E6"/>
    <w:rsid w:val="00324B5F"/>
    <w:rsid w:val="00325E86"/>
    <w:rsid w:val="00326F90"/>
    <w:rsid w:val="00387CA9"/>
    <w:rsid w:val="00470429"/>
    <w:rsid w:val="006127C3"/>
    <w:rsid w:val="006B435F"/>
    <w:rsid w:val="006C54AF"/>
    <w:rsid w:val="006C7691"/>
    <w:rsid w:val="006C782F"/>
    <w:rsid w:val="006D2345"/>
    <w:rsid w:val="006F6ACD"/>
    <w:rsid w:val="007E2E89"/>
    <w:rsid w:val="008E6085"/>
    <w:rsid w:val="00902307"/>
    <w:rsid w:val="00903D73"/>
    <w:rsid w:val="00AA1D8D"/>
    <w:rsid w:val="00B205F1"/>
    <w:rsid w:val="00B47730"/>
    <w:rsid w:val="00C326C3"/>
    <w:rsid w:val="00C75D0A"/>
    <w:rsid w:val="00CB0664"/>
    <w:rsid w:val="00CF7E1D"/>
    <w:rsid w:val="00D25CED"/>
    <w:rsid w:val="00D43DA5"/>
    <w:rsid w:val="00D8598E"/>
    <w:rsid w:val="00E47027"/>
    <w:rsid w:val="00FC69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5:docId w15:val="{C0C9548B-F0D7-40F5-B132-1554D130A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mbriredeculoaredeschis1">
    <w:name w:val="Umbrire de culoare deschisă1"/>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Umbriredeculoaredeschis-Accentuare11">
    <w:name w:val="Umbrire de culoare deschisă - Accentuare 1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deculoaredeschis1">
    <w:name w:val="Listă de culoare deschisă1"/>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deculoaredeschis-Accentuare11">
    <w:name w:val="Listă de culoare deschisă - Accentuare 1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deculoaredeschis1">
    <w:name w:val="Grilă de culoare deschisă1"/>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deculoaredeschis-Accentuare11">
    <w:name w:val="Grilă de culoare deschisă - Accentuare 1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Umbriremedie11">
    <w:name w:val="Umbrire medie 1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Umbriremedie1-Accentuare11">
    <w:name w:val="Umbrire medie 1 - Accentuare 1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Umbriremedie21">
    <w:name w:val="Umbrire medie 2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medie11">
    <w:name w:val="Listă medie 1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medie1-Accentuare11">
    <w:name w:val="Listă medie 1 - Accentuare 1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medie21">
    <w:name w:val="Listă medie 2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lmedie11">
    <w:name w:val="Grilă medie 1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Grilmedie21">
    <w:name w:val="Grilă medie 2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Grilmedie31">
    <w:name w:val="Grilă medie 3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deculoarenchis1">
    <w:name w:val="Listă de culoare închisă1"/>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Umbrirecolorat1">
    <w:name w:val="Umbrire colorată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colorat1">
    <w:name w:val="Listă colorată1"/>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Grilcolorat1">
    <w:name w:val="Grilă colorată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C326C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326C3"/>
    <w:rPr>
      <w:rFonts w:ascii="Tahoma" w:hAnsi="Tahoma" w:cs="Tahoma"/>
      <w:sz w:val="16"/>
      <w:szCs w:val="16"/>
    </w:rPr>
  </w:style>
  <w:style w:type="paragraph" w:customStyle="1" w:styleId="TableParagraph">
    <w:name w:val="Table Paragraph"/>
    <w:basedOn w:val="Normal"/>
    <w:uiPriority w:val="1"/>
    <w:qFormat/>
    <w:rsid w:val="00C326C3"/>
    <w:pPr>
      <w:widowControl w:val="0"/>
      <w:autoSpaceDE w:val="0"/>
      <w:autoSpaceDN w:val="0"/>
      <w:spacing w:before="5" w:after="0" w:line="240" w:lineRule="auto"/>
      <w:ind w:left="104"/>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91814-0460-48F2-9BF4-5382AA369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2272</Words>
  <Characters>12957</Characters>
  <Application>Microsoft Office Word</Application>
  <DocSecurity>0</DocSecurity>
  <Lines>107</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15199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Urbanism3</cp:lastModifiedBy>
  <cp:revision>12</cp:revision>
  <dcterms:created xsi:type="dcterms:W3CDTF">2026-08-28T06:42:00Z</dcterms:created>
  <dcterms:modified xsi:type="dcterms:W3CDTF">2026-09-23T11:52:00Z</dcterms:modified>
</cp:coreProperties>
</file>