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9" w:type="dxa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3"/>
        <w:gridCol w:w="2646"/>
        <w:gridCol w:w="2644"/>
        <w:gridCol w:w="3536"/>
      </w:tblGrid>
      <w:tr w:rsidR="0034624D" w:rsidTr="00A9775B">
        <w:trPr>
          <w:trHeight w:val="530"/>
        </w:trPr>
        <w:tc>
          <w:tcPr>
            <w:tcW w:w="1763" w:type="dxa"/>
            <w:vMerge w:val="restart"/>
          </w:tcPr>
          <w:p w:rsidR="0034624D" w:rsidRDefault="0034624D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34624D" w:rsidRDefault="00844CB8" w:rsidP="00A9775B">
            <w:pPr>
              <w:jc w:val="center"/>
              <w:rPr>
                <w:sz w:val="16"/>
                <w:szCs w:val="16"/>
              </w:rPr>
            </w:pPr>
            <w:r>
              <w:object w:dxaOrig="2190" w:dyaOrig="3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99pt" o:ole="">
                  <v:imagedata r:id="rId8" o:title=""/>
                </v:shape>
                <o:OLEObject Type="Embed" ProgID="PBrush" ShapeID="_x0000_i1025" DrawAspect="Content" ObjectID="_1852352652" r:id="rId9"/>
              </w:object>
            </w:r>
            <w:bookmarkStart w:id="0" w:name="_GoBack"/>
            <w:bookmarkEnd w:id="0"/>
          </w:p>
          <w:p w:rsidR="0034624D" w:rsidRPr="009077E0" w:rsidRDefault="00CF49AD" w:rsidP="00A977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PRIMĂRIA ORAȘULUI MOLDOVA NOUĂ</w:t>
            </w:r>
          </w:p>
          <w:p w:rsidR="0034624D" w:rsidRDefault="0034624D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34624D" w:rsidRPr="00932795" w:rsidRDefault="0034624D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 Caraș-Severin</w:t>
            </w:r>
          </w:p>
        </w:tc>
      </w:tr>
      <w:tr w:rsidR="0034624D" w:rsidTr="00A9775B">
        <w:trPr>
          <w:trHeight w:val="529"/>
        </w:trPr>
        <w:tc>
          <w:tcPr>
            <w:tcW w:w="1763" w:type="dxa"/>
            <w:vMerge/>
            <w:tcBorders>
              <w:top w:val="nil"/>
            </w:tcBorders>
          </w:tcPr>
          <w:p w:rsidR="0034624D" w:rsidRDefault="0034624D" w:rsidP="00A9775B">
            <w:pPr>
              <w:rPr>
                <w:sz w:val="2"/>
                <w:szCs w:val="2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34624D" w:rsidRPr="00932795" w:rsidRDefault="00CF49AD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Primăria Orașului Moldova Nouă</w:t>
            </w:r>
          </w:p>
        </w:tc>
      </w:tr>
      <w:tr w:rsidR="0034624D" w:rsidTr="00A9775B">
        <w:trPr>
          <w:trHeight w:val="539"/>
        </w:trPr>
        <w:tc>
          <w:tcPr>
            <w:tcW w:w="1763" w:type="dxa"/>
            <w:vMerge/>
            <w:tcBorders>
              <w:top w:val="nil"/>
            </w:tcBorders>
          </w:tcPr>
          <w:p w:rsidR="0034624D" w:rsidRDefault="0034624D" w:rsidP="00A9775B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  <w:shd w:val="clear" w:color="auto" w:fill="EFEFEF"/>
          </w:tcPr>
          <w:p w:rsidR="0034624D" w:rsidRDefault="0034624D" w:rsidP="00A9775B">
            <w:pPr>
              <w:pStyle w:val="TableParagraph"/>
              <w:rPr>
                <w:b/>
                <w:color w:val="0D5F78"/>
                <w:spacing w:val="-2"/>
                <w:w w:val="105"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932795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identificare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fiscală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</w:p>
          <w:p w:rsidR="00D95EED" w:rsidRPr="00932795" w:rsidRDefault="00CF49AD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pacing w:val="-2"/>
                <w:w w:val="105"/>
                <w:sz w:val="18"/>
                <w:szCs w:val="18"/>
              </w:rPr>
              <w:t>3227955</w:t>
            </w:r>
          </w:p>
        </w:tc>
        <w:tc>
          <w:tcPr>
            <w:tcW w:w="6180" w:type="dxa"/>
            <w:gridSpan w:val="2"/>
            <w:shd w:val="clear" w:color="auto" w:fill="EFEFEF"/>
          </w:tcPr>
          <w:p w:rsidR="0034624D" w:rsidRPr="00932795" w:rsidRDefault="0034624D" w:rsidP="00A9775B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Adresa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oficială</w:t>
            </w:r>
          </w:p>
          <w:p w:rsidR="0034624D" w:rsidRDefault="00CF49AD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Strada Nicolae Bălcescu, nr. 26</w:t>
            </w:r>
            <w:r w:rsidR="0034624D" w:rsidRPr="00932795">
              <w:rPr>
                <w:b/>
                <w:color w:val="0D5F78"/>
                <w:w w:val="105"/>
                <w:sz w:val="18"/>
                <w:szCs w:val="18"/>
              </w:rPr>
              <w:t>,</w:t>
            </w:r>
            <w:r w:rsidR="0034624D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325500 Moldova Nouă</w:t>
            </w:r>
            <w:r w:rsidR="0034624D">
              <w:rPr>
                <w:b/>
                <w:color w:val="0D5F78"/>
                <w:w w:val="105"/>
                <w:sz w:val="18"/>
                <w:szCs w:val="18"/>
              </w:rPr>
              <w:t>, Caraș-Severin</w:t>
            </w:r>
          </w:p>
          <w:p w:rsidR="0034624D" w:rsidRDefault="00CF49AD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Tel.: 0255-540997</w:t>
            </w:r>
          </w:p>
          <w:p w:rsidR="0034624D" w:rsidRPr="00932795" w:rsidRDefault="0034624D" w:rsidP="00CF49AD">
            <w:pPr>
              <w:pStyle w:val="TableParagraph"/>
              <w:ind w:left="103"/>
              <w:rPr>
                <w:i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E-mail: </w:t>
            </w:r>
            <w:r w:rsidR="00CF49AD">
              <w:rPr>
                <w:b/>
                <w:color w:val="0D5F78"/>
                <w:w w:val="105"/>
                <w:sz w:val="18"/>
                <w:szCs w:val="18"/>
              </w:rPr>
              <w:t>contact@primariamoldovanoua.ro</w:t>
            </w:r>
          </w:p>
        </w:tc>
      </w:tr>
      <w:tr w:rsidR="0034624D" w:rsidTr="00A9775B">
        <w:trPr>
          <w:trHeight w:val="530"/>
        </w:trPr>
        <w:tc>
          <w:tcPr>
            <w:tcW w:w="1763" w:type="dxa"/>
            <w:vMerge/>
            <w:tcBorders>
              <w:top w:val="nil"/>
            </w:tcBorders>
          </w:tcPr>
          <w:p w:rsidR="0034624D" w:rsidRDefault="0034624D" w:rsidP="00A9775B">
            <w:pPr>
              <w:rPr>
                <w:sz w:val="2"/>
                <w:szCs w:val="2"/>
              </w:rPr>
            </w:pPr>
          </w:p>
        </w:tc>
        <w:tc>
          <w:tcPr>
            <w:tcW w:w="5290" w:type="dxa"/>
            <w:gridSpan w:val="2"/>
            <w:shd w:val="clear" w:color="auto" w:fill="EFEFEF"/>
          </w:tcPr>
          <w:p w:rsidR="0034624D" w:rsidRPr="00932795" w:rsidRDefault="0034624D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Număr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înregistrare</w:t>
            </w:r>
          </w:p>
        </w:tc>
        <w:tc>
          <w:tcPr>
            <w:tcW w:w="3536" w:type="dxa"/>
            <w:shd w:val="clear" w:color="auto" w:fill="EFEFEF"/>
          </w:tcPr>
          <w:p w:rsidR="0034624D" w:rsidRPr="00932795" w:rsidRDefault="0034624D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34624D" w:rsidTr="00A9775B">
        <w:trPr>
          <w:trHeight w:val="186"/>
        </w:trPr>
        <w:tc>
          <w:tcPr>
            <w:tcW w:w="10589" w:type="dxa"/>
            <w:gridSpan w:val="4"/>
            <w:shd w:val="clear" w:color="auto" w:fill="EFEFEF"/>
          </w:tcPr>
          <w:p w:rsidR="0034624D" w:rsidRDefault="0034624D" w:rsidP="00A9775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4624D" w:rsidRDefault="0034624D" w:rsidP="0034624D">
      <w:pPr>
        <w:spacing w:before="80" w:after="6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017265" w:rsidRPr="00A35EB4" w:rsidRDefault="00A35EB4" w:rsidP="00A35EB4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  <w:r w:rsidRPr="00A35EB4">
        <w:rPr>
          <w:rFonts w:ascii="Times New Roman" w:hAnsi="Times New Roman"/>
          <w:b/>
          <w:sz w:val="28"/>
          <w:szCs w:val="24"/>
        </w:rPr>
        <w:br/>
      </w:r>
      <w:proofErr w:type="spellStart"/>
      <w:r w:rsidRPr="00A35EB4">
        <w:rPr>
          <w:rFonts w:ascii="Times New Roman" w:hAnsi="Times New Roman"/>
          <w:sz w:val="20"/>
          <w:szCs w:val="24"/>
        </w:rPr>
        <w:t>pentru</w:t>
      </w:r>
      <w:proofErr w:type="spellEnd"/>
      <w:r w:rsidRPr="00A35EB4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A35EB4">
        <w:rPr>
          <w:rFonts w:ascii="Times New Roman" w:hAnsi="Times New Roman"/>
          <w:sz w:val="20"/>
          <w:szCs w:val="24"/>
        </w:rPr>
        <w:t>emiterea</w:t>
      </w:r>
      <w:proofErr w:type="spellEnd"/>
      <w:r w:rsidRPr="00A35EB4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A35EB4">
        <w:rPr>
          <w:rFonts w:ascii="Times New Roman" w:hAnsi="Times New Roman"/>
          <w:sz w:val="20"/>
          <w:szCs w:val="24"/>
        </w:rPr>
        <w:t>avizului</w:t>
      </w:r>
      <w:proofErr w:type="spellEnd"/>
      <w:r w:rsidRPr="00A35EB4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A35EB4">
        <w:rPr>
          <w:rFonts w:ascii="Times New Roman" w:hAnsi="Times New Roman"/>
          <w:sz w:val="20"/>
          <w:szCs w:val="24"/>
        </w:rPr>
        <w:t>primarului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17265" w:rsidRPr="0034624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17265" w:rsidRPr="0034624D" w:rsidRDefault="00C4238E">
            <w:pPr>
              <w:spacing w:before="10" w:after="1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b/>
                <w:sz w:val="20"/>
                <w:szCs w:val="20"/>
              </w:rPr>
              <w:t>1. CĂTRE</w:t>
            </w:r>
          </w:p>
        </w:tc>
      </w:tr>
      <w:tr w:rsidR="00017265" w:rsidRPr="0034624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CF49AD" w:rsidRDefault="00C4238E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20"/>
                <w:szCs w:val="20"/>
              </w:rPr>
            </w:pP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Instituția</w:t>
            </w:r>
            <w:proofErr w:type="spellEnd"/>
          </w:p>
          <w:p w:rsidR="00017265" w:rsidRDefault="00CF49AD">
            <w:pPr>
              <w:spacing w:after="0" w:line="240" w:lineRule="auto"/>
              <w:rPr>
                <w:rFonts w:ascii="Times New Roman" w:hAnsi="Times New Roman"/>
                <w:i/>
                <w:color w:val="787878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Orașului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Moldova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Nouă</w:t>
            </w:r>
            <w:proofErr w:type="spellEnd"/>
            <w:r w:rsidR="00C4238E"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br/>
            </w:r>
            <w:proofErr w:type="spellStart"/>
            <w:r w:rsidR="00C4238E" w:rsidRPr="0034624D">
              <w:rPr>
                <w:rFonts w:ascii="Times New Roman" w:hAnsi="Times New Roman"/>
                <w:i/>
                <w:color w:val="787878"/>
                <w:sz w:val="16"/>
                <w:szCs w:val="16"/>
              </w:rPr>
              <w:t>primăria</w:t>
            </w:r>
            <w:proofErr w:type="spellEnd"/>
            <w:r w:rsidR="00C4238E" w:rsidRPr="0034624D">
              <w:rPr>
                <w:rFonts w:ascii="Times New Roman" w:hAnsi="Times New Roman"/>
                <w:i/>
                <w:color w:val="787878"/>
                <w:sz w:val="16"/>
                <w:szCs w:val="16"/>
              </w:rPr>
              <w:t xml:space="preserve"> </w:t>
            </w:r>
            <w:proofErr w:type="spellStart"/>
            <w:r w:rsidR="00C4238E" w:rsidRPr="0034624D">
              <w:rPr>
                <w:rFonts w:ascii="Times New Roman" w:hAnsi="Times New Roman"/>
                <w:i/>
                <w:color w:val="787878"/>
                <w:sz w:val="16"/>
                <w:szCs w:val="16"/>
              </w:rPr>
              <w:t>municipiului</w:t>
            </w:r>
            <w:proofErr w:type="spellEnd"/>
            <w:r w:rsidR="00C4238E" w:rsidRPr="0034624D">
              <w:rPr>
                <w:rFonts w:ascii="Times New Roman" w:hAnsi="Times New Roman"/>
                <w:i/>
                <w:color w:val="787878"/>
                <w:sz w:val="16"/>
                <w:szCs w:val="16"/>
              </w:rPr>
              <w:t xml:space="preserve"> / </w:t>
            </w:r>
            <w:proofErr w:type="spellStart"/>
            <w:r w:rsidR="00C4238E" w:rsidRPr="0034624D">
              <w:rPr>
                <w:rFonts w:ascii="Times New Roman" w:hAnsi="Times New Roman"/>
                <w:i/>
                <w:color w:val="787878"/>
                <w:sz w:val="16"/>
                <w:szCs w:val="16"/>
              </w:rPr>
              <w:t>orașului</w:t>
            </w:r>
            <w:proofErr w:type="spellEnd"/>
            <w:r w:rsidR="00C4238E" w:rsidRPr="0034624D">
              <w:rPr>
                <w:rFonts w:ascii="Times New Roman" w:hAnsi="Times New Roman"/>
                <w:i/>
                <w:color w:val="787878"/>
                <w:sz w:val="16"/>
                <w:szCs w:val="16"/>
              </w:rPr>
              <w:t xml:space="preserve"> / </w:t>
            </w:r>
            <w:proofErr w:type="spellStart"/>
            <w:r w:rsidR="00C4238E" w:rsidRPr="0034624D">
              <w:rPr>
                <w:rFonts w:ascii="Times New Roman" w:hAnsi="Times New Roman"/>
                <w:i/>
                <w:color w:val="787878"/>
                <w:sz w:val="16"/>
                <w:szCs w:val="16"/>
              </w:rPr>
              <w:t>comunei</w:t>
            </w:r>
            <w:proofErr w:type="spellEnd"/>
            <w:r w:rsidR="00C4238E" w:rsidRPr="0034624D">
              <w:rPr>
                <w:rFonts w:ascii="Times New Roman" w:hAnsi="Times New Roman"/>
                <w:i/>
                <w:color w:val="787878"/>
                <w:sz w:val="16"/>
                <w:szCs w:val="16"/>
              </w:rPr>
              <w:t xml:space="preserve"> · </w:t>
            </w:r>
            <w:proofErr w:type="spellStart"/>
            <w:r w:rsidR="00C4238E" w:rsidRPr="0034624D">
              <w:rPr>
                <w:rFonts w:ascii="Times New Roman" w:hAnsi="Times New Roman"/>
                <w:i/>
                <w:color w:val="787878"/>
                <w:sz w:val="16"/>
                <w:szCs w:val="16"/>
              </w:rPr>
              <w:t>primăria</w:t>
            </w:r>
            <w:proofErr w:type="spellEnd"/>
            <w:r w:rsidR="00C4238E" w:rsidRPr="0034624D">
              <w:rPr>
                <w:rFonts w:ascii="Times New Roman" w:hAnsi="Times New Roman"/>
                <w:i/>
                <w:color w:val="787878"/>
                <w:sz w:val="16"/>
                <w:szCs w:val="16"/>
              </w:rPr>
              <w:t xml:space="preserve"> de sector · </w:t>
            </w:r>
            <w:proofErr w:type="spellStart"/>
            <w:r w:rsidR="00C4238E" w:rsidRPr="0034624D">
              <w:rPr>
                <w:rFonts w:ascii="Times New Roman" w:hAnsi="Times New Roman"/>
                <w:i/>
                <w:color w:val="787878"/>
                <w:sz w:val="16"/>
                <w:szCs w:val="16"/>
              </w:rPr>
              <w:t>consiliul</w:t>
            </w:r>
            <w:proofErr w:type="spellEnd"/>
            <w:r w:rsidR="00C4238E" w:rsidRPr="0034624D">
              <w:rPr>
                <w:rFonts w:ascii="Times New Roman" w:hAnsi="Times New Roman"/>
                <w:i/>
                <w:color w:val="787878"/>
                <w:sz w:val="16"/>
                <w:szCs w:val="16"/>
              </w:rPr>
              <w:t xml:space="preserve"> </w:t>
            </w:r>
            <w:proofErr w:type="spellStart"/>
            <w:r w:rsidR="00C4238E" w:rsidRPr="0034624D">
              <w:rPr>
                <w:rFonts w:ascii="Times New Roman" w:hAnsi="Times New Roman"/>
                <w:i/>
                <w:color w:val="787878"/>
                <w:sz w:val="16"/>
                <w:szCs w:val="16"/>
              </w:rPr>
              <w:t>județean</w:t>
            </w:r>
            <w:proofErr w:type="spellEnd"/>
          </w:p>
          <w:p w:rsidR="0034624D" w:rsidRDefault="0034624D">
            <w:pPr>
              <w:spacing w:after="0" w:line="240" w:lineRule="auto"/>
              <w:rPr>
                <w:rFonts w:ascii="Times New Roman" w:hAnsi="Times New Roman"/>
                <w:i/>
                <w:color w:val="787878"/>
                <w:sz w:val="16"/>
                <w:szCs w:val="16"/>
              </w:rPr>
            </w:pPr>
          </w:p>
          <w:p w:rsidR="0034624D" w:rsidRPr="0034624D" w:rsidRDefault="0034624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17265" w:rsidRPr="0034624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17265" w:rsidRPr="0034624D" w:rsidRDefault="00C4238E">
            <w:pPr>
              <w:spacing w:after="10" w:line="240" w:lineRule="auto"/>
              <w:rPr>
                <w:sz w:val="20"/>
                <w:szCs w:val="20"/>
              </w:rPr>
            </w:pP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Cererea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va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fi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transmisă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către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primarul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general,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primarul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de sector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sau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primarul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municipiului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/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orașului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/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comunei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după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caz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</w:tr>
    </w:tbl>
    <w:p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017265" w:rsidRPr="0034624D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Pr="0034624D" w:rsidRDefault="00C4238E">
            <w:pPr>
              <w:spacing w:before="10" w:after="1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b/>
                <w:sz w:val="20"/>
                <w:szCs w:val="20"/>
              </w:rPr>
              <w:t>2. SOLICITANTUL — INSTITUȚIA ARHITECTULUI-ȘEF</w:t>
            </w:r>
          </w:p>
        </w:tc>
      </w:tr>
      <w:tr w:rsidR="00017265" w:rsidRPr="0034624D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Pr="0034624D" w:rsidRDefault="0034624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a</w:t>
            </w:r>
            <w:r w:rsidR="00C4238E"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</w:t>
            </w:r>
            <w:proofErr w:type="spellStart"/>
            <w:r w:rsidR="00C4238E"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județului</w:t>
            </w:r>
            <w:proofErr w:type="spellEnd"/>
            <w:r w:rsidR="00C4238E"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Caraș-Severin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Default="00C4238E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20"/>
                <w:szCs w:val="20"/>
              </w:rPr>
            </w:pP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Reprezentată</w:t>
            </w:r>
            <w:proofErr w:type="spellEnd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prin</w:t>
            </w:r>
            <w:proofErr w:type="spellEnd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arhitect-șef</w:t>
            </w:r>
            <w:proofErr w:type="spellEnd"/>
            <w:r w:rsidR="00784BFC"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</w:t>
            </w:r>
          </w:p>
          <w:p w:rsidR="0034624D" w:rsidRPr="0034624D" w:rsidRDefault="0034624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17265" w:rsidRPr="0034624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17265" w:rsidRPr="0034624D" w:rsidRDefault="00C4238E">
            <w:pPr>
              <w:spacing w:before="10" w:after="1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b/>
                <w:sz w:val="20"/>
                <w:szCs w:val="20"/>
              </w:rPr>
              <w:t>3. SITUAȚIA LEGALĂ APLICABILĂ DIN COD</w:t>
            </w:r>
          </w:p>
        </w:tc>
      </w:tr>
      <w:tr w:rsidR="00017265" w:rsidRPr="0034624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17265" w:rsidRPr="0034624D" w:rsidRDefault="00C4238E">
            <w:pPr>
              <w:spacing w:after="1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sz w:val="20"/>
                <w:szCs w:val="20"/>
              </w:rPr>
              <w:t xml:space="preserve">☐ </w:t>
            </w:r>
            <w:proofErr w:type="gramStart"/>
            <w:r w:rsidRPr="0034624D">
              <w:rPr>
                <w:rFonts w:ascii="Times New Roman" w:hAnsi="Times New Roman"/>
                <w:sz w:val="20"/>
                <w:szCs w:val="20"/>
              </w:rPr>
              <w:t>art</w:t>
            </w:r>
            <w:proofErr w:type="gram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. 41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alin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. (3) —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avizul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primarului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în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cadrul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procedurii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de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consultare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reciprocă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pentru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un plan urbanistic zonal (PUZ)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aferent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unei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investiții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ce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se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realizează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teritoriul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mai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multor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unități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administrativ-teritoriale</w:t>
            </w:r>
            <w:proofErr w:type="spellEnd"/>
          </w:p>
        </w:tc>
      </w:tr>
      <w:tr w:rsidR="00017265" w:rsidRPr="0034624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17265" w:rsidRPr="0034624D" w:rsidRDefault="00C4238E">
            <w:pPr>
              <w:spacing w:after="1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sz w:val="20"/>
                <w:szCs w:val="20"/>
              </w:rPr>
              <w:t xml:space="preserve">☐ </w:t>
            </w:r>
            <w:proofErr w:type="gramStart"/>
            <w:r w:rsidRPr="0034624D">
              <w:rPr>
                <w:rFonts w:ascii="Times New Roman" w:hAnsi="Times New Roman"/>
                <w:sz w:val="20"/>
                <w:szCs w:val="20"/>
              </w:rPr>
              <w:t>art</w:t>
            </w:r>
            <w:proofErr w:type="gram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. 69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alin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. (3) —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avizul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prealabil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favorabil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, al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primarului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necesar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în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vederea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aprobării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de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către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președintele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consiliului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județean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avizului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de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inițiere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pentru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un PUZ al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cărui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teritoriu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reglementat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implică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cel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puțin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două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unități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administrativ-teritoriale</w:t>
            </w:r>
            <w:proofErr w:type="spellEnd"/>
          </w:p>
        </w:tc>
      </w:tr>
      <w:tr w:rsidR="00017265" w:rsidRPr="0034624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17265" w:rsidRPr="0034624D" w:rsidRDefault="00C4238E">
            <w:pPr>
              <w:spacing w:after="1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sz w:val="20"/>
                <w:szCs w:val="20"/>
              </w:rPr>
              <w:t xml:space="preserve">☐ </w:t>
            </w:r>
            <w:proofErr w:type="gramStart"/>
            <w:r w:rsidRPr="0034624D">
              <w:rPr>
                <w:rFonts w:ascii="Times New Roman" w:hAnsi="Times New Roman"/>
                <w:sz w:val="20"/>
                <w:szCs w:val="20"/>
              </w:rPr>
              <w:t>art</w:t>
            </w:r>
            <w:proofErr w:type="gram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. 304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alin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. (3) —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avizul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prealabil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al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primarului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necesar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în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vederea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emiterii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autorizației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de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construire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desființare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de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către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președintele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consiliului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județean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pentru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lucrări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imobile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care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depășesc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limita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unei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localități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sau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în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localitățile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care nu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dețin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structuri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de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specialitate</w:t>
            </w:r>
            <w:proofErr w:type="spellEnd"/>
          </w:p>
        </w:tc>
      </w:tr>
    </w:tbl>
    <w:p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017265" w:rsidRPr="0034624D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Pr="0034624D" w:rsidRDefault="00C4238E">
            <w:pPr>
              <w:spacing w:before="10" w:after="1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b/>
                <w:sz w:val="20"/>
                <w:szCs w:val="20"/>
              </w:rPr>
              <w:t>4. IMOBILUL</w:t>
            </w:r>
          </w:p>
        </w:tc>
      </w:tr>
      <w:tr w:rsidR="00017265" w:rsidRPr="0034624D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Pr="0034624D" w:rsidRDefault="00C4238E">
            <w:pPr>
              <w:spacing w:after="1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sz w:val="20"/>
                <w:szCs w:val="20"/>
              </w:rPr>
              <w:t xml:space="preserve">☐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teren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    ☐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construcții</w:t>
            </w:r>
            <w:proofErr w:type="spellEnd"/>
          </w:p>
        </w:tc>
      </w:tr>
      <w:tr w:rsidR="00017265" w:rsidRPr="0034624D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Pr="0034624D" w:rsidRDefault="00C4238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Județ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Pr="0034624D" w:rsidRDefault="00C4238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Municipiu</w:t>
            </w:r>
            <w:proofErr w:type="spellEnd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/ </w:t>
            </w: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oraș</w:t>
            </w:r>
            <w:proofErr w:type="spellEnd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/ </w:t>
            </w: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comună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Pr="0034624D" w:rsidRDefault="00C4238E">
            <w:pPr>
              <w:spacing w:after="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Sat / sector</w:t>
            </w:r>
          </w:p>
        </w:tc>
      </w:tr>
      <w:tr w:rsidR="00017265" w:rsidRPr="0034624D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Pr="0034624D" w:rsidRDefault="00C4238E">
            <w:pPr>
              <w:spacing w:after="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Cod </w:t>
            </w: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poștal</w:t>
            </w:r>
            <w:proofErr w:type="spellEnd"/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Pr="0034624D" w:rsidRDefault="00C4238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Strada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Pr="0034624D" w:rsidRDefault="00C4238E">
            <w:pPr>
              <w:spacing w:after="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Default="00C4238E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20"/>
                <w:szCs w:val="20"/>
              </w:rPr>
            </w:pPr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Bl. / sc. / et. / </w:t>
            </w:r>
            <w:proofErr w:type="gram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ap</w:t>
            </w:r>
            <w:proofErr w:type="gramEnd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.</w:t>
            </w:r>
          </w:p>
          <w:p w:rsidR="001B2158" w:rsidRPr="0034624D" w:rsidRDefault="001B215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17265" w:rsidRPr="0034624D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Pr="0034624D" w:rsidRDefault="00C4238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Număr</w:t>
            </w:r>
            <w:proofErr w:type="spellEnd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cadastral</w:t>
            </w:r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br/>
            </w:r>
            <w:proofErr w:type="spellStart"/>
            <w:r w:rsidRPr="0034624D">
              <w:rPr>
                <w:rFonts w:ascii="Times New Roman" w:hAnsi="Times New Roman"/>
                <w:i/>
                <w:color w:val="787878"/>
                <w:sz w:val="20"/>
                <w:szCs w:val="20"/>
              </w:rPr>
              <w:t>dacă</w:t>
            </w:r>
            <w:proofErr w:type="spellEnd"/>
            <w:r w:rsidRPr="0034624D">
              <w:rPr>
                <w:rFonts w:ascii="Times New Roman" w:hAnsi="Times New Roman"/>
                <w:i/>
                <w:color w:val="787878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color w:val="787878"/>
                <w:sz w:val="20"/>
                <w:szCs w:val="20"/>
              </w:rPr>
              <w:t>imobilul</w:t>
            </w:r>
            <w:proofErr w:type="spellEnd"/>
            <w:r w:rsidRPr="0034624D">
              <w:rPr>
                <w:rFonts w:ascii="Times New Roman" w:hAnsi="Times New Roman"/>
                <w:i/>
                <w:color w:val="787878"/>
                <w:sz w:val="20"/>
                <w:szCs w:val="20"/>
              </w:rPr>
              <w:t xml:space="preserve"> e </w:t>
            </w:r>
            <w:proofErr w:type="spellStart"/>
            <w:r w:rsidRPr="0034624D">
              <w:rPr>
                <w:rFonts w:ascii="Times New Roman" w:hAnsi="Times New Roman"/>
                <w:i/>
                <w:color w:val="787878"/>
                <w:sz w:val="20"/>
                <w:szCs w:val="20"/>
              </w:rPr>
              <w:t>înscris</w:t>
            </w:r>
            <w:proofErr w:type="spellEnd"/>
            <w:r w:rsidRPr="0034624D">
              <w:rPr>
                <w:rFonts w:ascii="Times New Roman" w:hAnsi="Times New Roman"/>
                <w:i/>
                <w:color w:val="787878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color w:val="787878"/>
                <w:sz w:val="20"/>
                <w:szCs w:val="20"/>
              </w:rPr>
              <w:t>în</w:t>
            </w:r>
            <w:proofErr w:type="spellEnd"/>
            <w:r w:rsidRPr="0034624D">
              <w:rPr>
                <w:rFonts w:ascii="Times New Roman" w:hAnsi="Times New Roman"/>
                <w:i/>
                <w:color w:val="787878"/>
                <w:sz w:val="20"/>
                <w:szCs w:val="20"/>
              </w:rPr>
              <w:t xml:space="preserve">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:rsidR="00017265" w:rsidRPr="0034624D" w:rsidRDefault="00C4238E">
            <w:pPr>
              <w:spacing w:after="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Carte </w:t>
            </w: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funciară</w:t>
            </w:r>
            <w:proofErr w:type="spellEnd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</w:t>
            </w:r>
            <w:proofErr w:type="spellEnd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.</w:t>
            </w:r>
          </w:p>
        </w:tc>
      </w:tr>
    </w:tbl>
    <w:p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17265" w:rsidRPr="0034624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17265" w:rsidRPr="0034624D" w:rsidRDefault="00C4238E">
            <w:pPr>
              <w:spacing w:before="10" w:after="1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b/>
                <w:sz w:val="20"/>
                <w:szCs w:val="20"/>
              </w:rPr>
              <w:t>5. ANEXEZ PREZENTEI</w:t>
            </w:r>
          </w:p>
        </w:tc>
      </w:tr>
      <w:tr w:rsidR="00017265" w:rsidRPr="0034624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17265" w:rsidRPr="0034624D" w:rsidRDefault="00C4238E">
            <w:pPr>
              <w:spacing w:after="1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sz w:val="20"/>
                <w:szCs w:val="20"/>
              </w:rPr>
              <w:t xml:space="preserve">☐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copie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după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Certificatul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de urbanism,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împreună</w:t>
            </w:r>
            <w:proofErr w:type="spellEnd"/>
            <w:r w:rsidRPr="0034624D">
              <w:rPr>
                <w:rFonts w:ascii="Times New Roman" w:hAnsi="Times New Roman"/>
                <w:sz w:val="20"/>
                <w:szCs w:val="20"/>
              </w:rPr>
              <w:t xml:space="preserve"> cu </w:t>
            </w:r>
            <w:proofErr w:type="spellStart"/>
            <w:r w:rsidRPr="0034624D">
              <w:rPr>
                <w:rFonts w:ascii="Times New Roman" w:hAnsi="Times New Roman"/>
                <w:sz w:val="20"/>
                <w:szCs w:val="20"/>
              </w:rPr>
              <w:t>planurile-anexă</w:t>
            </w:r>
            <w:proofErr w:type="spellEnd"/>
          </w:p>
        </w:tc>
      </w:tr>
    </w:tbl>
    <w:p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017265" w:rsidRPr="0034624D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:rsidR="00017265" w:rsidRPr="0034624D" w:rsidRDefault="00C4238E">
            <w:pPr>
              <w:spacing w:before="10" w:after="1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b/>
                <w:sz w:val="20"/>
                <w:szCs w:val="20"/>
              </w:rPr>
              <w:t>6. DATA ȘI SEMNĂTURA</w:t>
            </w:r>
          </w:p>
        </w:tc>
      </w:tr>
      <w:tr w:rsidR="00017265" w:rsidRPr="0034624D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:rsidR="00017265" w:rsidRPr="0034624D" w:rsidRDefault="00C4238E">
            <w:pPr>
              <w:spacing w:after="10" w:line="240" w:lineRule="auto"/>
              <w:rPr>
                <w:sz w:val="20"/>
                <w:szCs w:val="20"/>
              </w:rPr>
            </w:pP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Declar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pe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propria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răspundere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cunoscând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prevederile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legii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penale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privind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falsul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în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declarații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că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datele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înscrise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sunt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reale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și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exacte</w:t>
            </w:r>
            <w:proofErr w:type="spellEnd"/>
            <w:r w:rsidRPr="0034624D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</w:tr>
      <w:tr w:rsidR="00017265" w:rsidRPr="0034624D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:rsidR="00017265" w:rsidRPr="0034624D" w:rsidRDefault="00C4238E">
            <w:pPr>
              <w:spacing w:after="0" w:line="240" w:lineRule="auto"/>
              <w:rPr>
                <w:sz w:val="20"/>
                <w:szCs w:val="20"/>
              </w:rPr>
            </w:pPr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:rsidR="00017265" w:rsidRPr="0034624D" w:rsidRDefault="00C4238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Arhitectul-șef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:rsidR="00017265" w:rsidRDefault="00C4238E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20"/>
                <w:szCs w:val="20"/>
              </w:rPr>
            </w:pPr>
            <w:proofErr w:type="spellStart"/>
            <w:r w:rsidRPr="0034624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Semnătura</w:t>
            </w:r>
            <w:proofErr w:type="spellEnd"/>
          </w:p>
          <w:p w:rsidR="0034624D" w:rsidRDefault="0034624D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20"/>
                <w:szCs w:val="20"/>
              </w:rPr>
            </w:pPr>
          </w:p>
          <w:p w:rsidR="0034624D" w:rsidRPr="0034624D" w:rsidRDefault="0034624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D57A25" w:rsidRPr="00A35EB4" w:rsidRDefault="00D57A25">
      <w:pPr>
        <w:rPr>
          <w:sz w:val="24"/>
          <w:szCs w:val="24"/>
        </w:rPr>
      </w:pPr>
    </w:p>
    <w:sectPr w:rsidR="00D57A25" w:rsidRPr="00A35EB4" w:rsidSect="0034624D">
      <w:headerReference w:type="default" r:id="rId10"/>
      <w:footerReference w:type="default" r:id="rId11"/>
      <w:pgSz w:w="11906" w:h="16838" w:code="9"/>
      <w:pgMar w:top="576" w:right="648" w:bottom="576" w:left="64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B79" w:rsidRDefault="00FF7B79">
      <w:pPr>
        <w:spacing w:after="0" w:line="240" w:lineRule="auto"/>
      </w:pPr>
      <w:r>
        <w:separator/>
      </w:r>
    </w:p>
  </w:endnote>
  <w:endnote w:type="continuationSeparator" w:id="0">
    <w:p w:rsidR="00FF7B79" w:rsidRDefault="00FF7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265" w:rsidRDefault="00C4238E">
    <w:pPr>
      <w:pStyle w:val="Subsol"/>
      <w:jc w:val="center"/>
    </w:pPr>
    <w:r>
      <w:rPr>
        <w:rFonts w:ascii="Times New Roman" w:hAnsi="Times New Roman"/>
        <w:color w:val="646464"/>
        <w:sz w:val="16"/>
      </w:rPr>
      <w:t xml:space="preserve">F_CU_05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B79" w:rsidRDefault="00FF7B79">
      <w:pPr>
        <w:spacing w:after="0" w:line="240" w:lineRule="auto"/>
      </w:pPr>
      <w:r>
        <w:separator/>
      </w:r>
    </w:p>
  </w:footnote>
  <w:footnote w:type="continuationSeparator" w:id="0">
    <w:p w:rsidR="00FF7B79" w:rsidRDefault="00FF7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265" w:rsidRDefault="00017265">
    <w:pPr>
      <w:pStyle w:val="Antet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17265"/>
    <w:rsid w:val="000259C5"/>
    <w:rsid w:val="00034616"/>
    <w:rsid w:val="0006063C"/>
    <w:rsid w:val="000E69F4"/>
    <w:rsid w:val="0015074B"/>
    <w:rsid w:val="001B2158"/>
    <w:rsid w:val="00200FFD"/>
    <w:rsid w:val="0029639D"/>
    <w:rsid w:val="00326F90"/>
    <w:rsid w:val="0034624D"/>
    <w:rsid w:val="00784BFC"/>
    <w:rsid w:val="00844CB8"/>
    <w:rsid w:val="00937389"/>
    <w:rsid w:val="00A35EB4"/>
    <w:rsid w:val="00AA1D8D"/>
    <w:rsid w:val="00B20D7D"/>
    <w:rsid w:val="00B47730"/>
    <w:rsid w:val="00C4238E"/>
    <w:rsid w:val="00C42A13"/>
    <w:rsid w:val="00CB0664"/>
    <w:rsid w:val="00CF49AD"/>
    <w:rsid w:val="00D57A25"/>
    <w:rsid w:val="00D95EED"/>
    <w:rsid w:val="00E16AF5"/>
    <w:rsid w:val="00F02159"/>
    <w:rsid w:val="00F80625"/>
    <w:rsid w:val="00FC693F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B3A69DD0-A275-474A-B37B-6C5D30BE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346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4624D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34624D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66693E-7018-494C-AB0F-A4478F60A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Urbanism3</cp:lastModifiedBy>
  <cp:revision>6</cp:revision>
  <dcterms:created xsi:type="dcterms:W3CDTF">2026-08-28T06:45:00Z</dcterms:created>
  <dcterms:modified xsi:type="dcterms:W3CDTF">2026-10-01T06:38:00Z</dcterms:modified>
</cp:coreProperties>
</file>