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66163D" w:rsidTr="0066163D">
        <w:trPr>
          <w:trHeight w:val="530"/>
        </w:trPr>
        <w:tc>
          <w:tcPr>
            <w:tcW w:w="1763" w:type="dxa"/>
            <w:vMerge w:val="restart"/>
          </w:tcPr>
          <w:p w:rsidR="0066163D" w:rsidRDefault="0066163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66163D" w:rsidRDefault="00D712D1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139934" r:id="rId9"/>
              </w:object>
            </w:r>
          </w:p>
          <w:p w:rsidR="0066163D" w:rsidRPr="009077E0" w:rsidRDefault="00D712D1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66163D" w:rsidRDefault="0066163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66163D" w:rsidRPr="00932795" w:rsidRDefault="0066163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66163D" w:rsidTr="0066163D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66163D" w:rsidRDefault="0066163D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66163D" w:rsidRPr="00932795" w:rsidRDefault="00D712D1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66163D" w:rsidTr="0066163D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66163D" w:rsidRDefault="0066163D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66163D" w:rsidRDefault="0066163D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CD342B" w:rsidRPr="00932795" w:rsidRDefault="00D712D1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66163D" w:rsidRPr="00932795" w:rsidRDefault="0066163D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66163D" w:rsidRDefault="00D712D1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66163D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66163D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66163D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66163D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66163D" w:rsidRDefault="00D712D1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66163D" w:rsidRPr="00932795" w:rsidRDefault="0066163D" w:rsidP="00D712D1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D712D1">
              <w:rPr>
                <w:b/>
                <w:color w:val="0D5F78"/>
                <w:w w:val="105"/>
                <w:sz w:val="18"/>
                <w:szCs w:val="18"/>
              </w:rPr>
              <w:t>contact@primăriamoldovanoua.ro</w:t>
            </w:r>
          </w:p>
        </w:tc>
      </w:tr>
      <w:tr w:rsidR="0066163D" w:rsidTr="0066163D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66163D" w:rsidRDefault="0066163D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66163D" w:rsidRPr="00932795" w:rsidRDefault="0066163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66163D" w:rsidRPr="00932795" w:rsidRDefault="0066163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66163D" w:rsidTr="0066163D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66163D" w:rsidRDefault="0066163D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FA738D" w:rsidRPr="007844EA" w:rsidRDefault="00FA738D">
      <w:pPr>
        <w:spacing w:after="0" w:line="240" w:lineRule="auto"/>
        <w:rPr>
          <w:sz w:val="24"/>
          <w:szCs w:val="24"/>
        </w:rPr>
      </w:pPr>
    </w:p>
    <w:p w:rsidR="00FA738D" w:rsidRPr="00E331DE" w:rsidRDefault="00283112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A738D" w:rsidRPr="00E331DE" w:rsidRDefault="00283112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A738D" w:rsidRPr="00E331DE" w:rsidRDefault="00840F7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:rsidR="00840F75" w:rsidRPr="0066163D" w:rsidRDefault="00D712D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Nouă</w:t>
            </w:r>
            <w:proofErr w:type="spellEnd"/>
          </w:p>
        </w:tc>
      </w:tr>
      <w:tr w:rsidR="00FA738D" w:rsidRPr="00E331D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A738D" w:rsidRPr="0066163D" w:rsidRDefault="00840F75" w:rsidP="008C4130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Către</w:t>
            </w:r>
            <w:proofErr w:type="spellEnd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8C4130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</w:t>
            </w:r>
            <w:r w:rsidR="00D712D1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rimarul</w:t>
            </w:r>
            <w:proofErr w:type="spellEnd"/>
            <w:r w:rsidR="00D712D1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D712D1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 w:rsidR="00D712D1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Nouă</w:t>
            </w:r>
            <w:bookmarkStart w:id="0" w:name="_GoBack"/>
            <w:bookmarkEnd w:id="0"/>
          </w:p>
        </w:tc>
      </w:tr>
    </w:tbl>
    <w:p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FA738D" w:rsidRPr="00E331DE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2. SOLICITANTUL</w:t>
            </w:r>
          </w:p>
        </w:tc>
      </w:tr>
      <w:tr w:rsidR="00FA738D" w:rsidRPr="00E331DE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CNP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Act de identitate</w:t>
            </w:r>
          </w:p>
        </w:tc>
      </w:tr>
      <w:tr w:rsidR="00FA738D" w:rsidRPr="00E331DE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La data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Domiciliul</w:t>
            </w:r>
          </w:p>
        </w:tc>
      </w:tr>
      <w:tr w:rsidR="00FA738D" w:rsidRPr="00E331DE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Satul / sectorul</w:t>
            </w:r>
          </w:p>
        </w:tc>
      </w:tr>
      <w:tr w:rsidR="00FA738D" w:rsidRPr="00E331DE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Țara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Date de contact</w:t>
            </w:r>
          </w:p>
        </w:tc>
      </w:tr>
      <w:tr w:rsidR="00FA738D" w:rsidRPr="00E331DE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E-mail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Reprezentare</w:t>
            </w:r>
          </w:p>
        </w:tc>
      </w:tr>
      <w:tr w:rsidR="00FA738D" w:rsidRPr="00E331DE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CUI / CIF</w:t>
            </w:r>
          </w:p>
        </w:tc>
      </w:tr>
    </w:tbl>
    <w:p w:rsidR="00FA738D" w:rsidRPr="00E331DE" w:rsidRDefault="00283112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sz w:val="20"/>
          <w:szCs w:val="28"/>
        </w:rPr>
        <w:t>în conformitate cu prevederile Legii nr. 169/2026 privind Codul amenajării teritoriului, urbanismului și construcțiilor,</w:t>
      </w:r>
      <w:r w:rsidRPr="00E331DE">
        <w:rPr>
          <w:rFonts w:ascii="Times New Roman" w:hAnsi="Times New Roman"/>
          <w:sz w:val="20"/>
          <w:szCs w:val="28"/>
        </w:rPr>
        <w:br/>
        <w:t>solicit emiterea</w:t>
      </w:r>
      <w:r w:rsidRPr="00E331DE">
        <w:rPr>
          <w:rFonts w:ascii="Times New Roman" w:hAnsi="Times New Roman"/>
          <w:sz w:val="20"/>
          <w:szCs w:val="28"/>
        </w:rPr>
        <w:br/>
      </w:r>
      <w:r w:rsidRPr="00E331DE">
        <w:rPr>
          <w:rFonts w:ascii="Times New Roman" w:hAnsi="Times New Roman"/>
          <w:b/>
          <w:sz w:val="24"/>
          <w:szCs w:val="28"/>
        </w:rPr>
        <w:t>CERTIFICATULUI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2700"/>
        <w:gridCol w:w="900"/>
        <w:gridCol w:w="1800"/>
        <w:gridCol w:w="1800"/>
      </w:tblGrid>
      <w:tr w:rsidR="00FA738D" w:rsidRPr="00E331DE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3. IMOBILUL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teren     ☐ construcții</w:t>
            </w:r>
          </w:p>
        </w:tc>
      </w:tr>
      <w:tr w:rsidR="00FA738D" w:rsidRPr="00E331DE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 / sector</w:t>
            </w:r>
          </w:p>
        </w:tc>
      </w:tr>
      <w:tr w:rsidR="00FA738D" w:rsidRPr="00E331DE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Bl. / sc. / et. / ap.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Suprafața terenului (m²)</w:t>
            </w:r>
          </w:p>
        </w:tc>
      </w:tr>
      <w:tr w:rsidR="00FA738D" w:rsidRPr="00E331DE">
        <w:trPr>
          <w:jc w:val="center"/>
        </w:trPr>
        <w:tc>
          <w:tcPr>
            <w:tcW w:w="63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 cadastral</w:t>
            </w: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br/>
            </w:r>
            <w:r w:rsidRPr="00E331DE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Carte funciară nr.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extras de carte funciară actualizat, anexat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plan de încadrare în zonă în sistem Stereo 70, anexat eliberat, la cerere, de către Agenția Națională de Cadastru și Publicitate Imobiliară</w:t>
            </w:r>
          </w:p>
        </w:tc>
      </w:tr>
    </w:tbl>
    <w:p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A738D" w:rsidRPr="00E331DE" w:rsidRDefault="00283112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4. COMUNICAREA RĂSPUNSULUI</w:t>
            </w:r>
          </w:p>
        </w:tc>
      </w:tr>
      <w:tr w:rsidR="00FA738D" w:rsidRPr="00E331D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în format scris, prin poștă     ☐ în format digital, la adresa de e-mail indicată     ☐ ridicare de la sediul autorității</w:t>
            </w:r>
          </w:p>
        </w:tc>
      </w:tr>
    </w:tbl>
    <w:p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A738D" w:rsidRPr="00E331DE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:rsidR="00FA738D" w:rsidRPr="00E331DE" w:rsidRDefault="00283112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5. DATA ȘI SEMNĂTURA</w:t>
            </w:r>
          </w:p>
        </w:tc>
      </w:tr>
      <w:tr w:rsidR="00FA738D" w:rsidRPr="00E331DE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FA738D" w:rsidRPr="00E331DE" w:rsidRDefault="00283112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:rsidR="00FA738D" w:rsidRDefault="0028311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Semnătura</w:t>
            </w:r>
            <w:proofErr w:type="spellEnd"/>
          </w:p>
          <w:p w:rsidR="00E57204" w:rsidRPr="00E331DE" w:rsidRDefault="00E57204">
            <w:pPr>
              <w:spacing w:after="20" w:line="240" w:lineRule="auto"/>
              <w:rPr>
                <w:sz w:val="28"/>
                <w:szCs w:val="28"/>
              </w:rPr>
            </w:pPr>
          </w:p>
        </w:tc>
      </w:tr>
    </w:tbl>
    <w:p w:rsidR="00C450B8" w:rsidRDefault="00C450B8" w:rsidP="0066163D">
      <w:pPr>
        <w:rPr>
          <w:sz w:val="24"/>
          <w:szCs w:val="24"/>
        </w:rPr>
      </w:pPr>
    </w:p>
    <w:sectPr w:rsidR="00C450B8" w:rsidSect="00E57204">
      <w:headerReference w:type="default" r:id="rId10"/>
      <w:footerReference w:type="default" r:id="rId11"/>
      <w:pgSz w:w="11906" w:h="16838" w:code="9"/>
      <w:pgMar w:top="576" w:right="720" w:bottom="576" w:left="72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12D" w:rsidRDefault="0087112D">
      <w:pPr>
        <w:spacing w:after="0" w:line="240" w:lineRule="auto"/>
      </w:pPr>
      <w:r>
        <w:separator/>
      </w:r>
    </w:p>
  </w:endnote>
  <w:endnote w:type="continuationSeparator" w:id="0">
    <w:p w:rsidR="0087112D" w:rsidRDefault="00871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38D" w:rsidRDefault="00FA738D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12D" w:rsidRDefault="0087112D">
      <w:pPr>
        <w:spacing w:after="0" w:line="240" w:lineRule="auto"/>
      </w:pPr>
      <w:r>
        <w:separator/>
      </w:r>
    </w:p>
  </w:footnote>
  <w:footnote w:type="continuationSeparator" w:id="0">
    <w:p w:rsidR="0087112D" w:rsidRDefault="00871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38D" w:rsidRDefault="00FA738D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00FFD"/>
    <w:rsid w:val="00283112"/>
    <w:rsid w:val="0029639D"/>
    <w:rsid w:val="002E0F86"/>
    <w:rsid w:val="00326F90"/>
    <w:rsid w:val="00397F44"/>
    <w:rsid w:val="003E462E"/>
    <w:rsid w:val="004B6FF7"/>
    <w:rsid w:val="00585DFB"/>
    <w:rsid w:val="00586C7B"/>
    <w:rsid w:val="00600A49"/>
    <w:rsid w:val="0066163D"/>
    <w:rsid w:val="00676DF7"/>
    <w:rsid w:val="006F39D8"/>
    <w:rsid w:val="007234AD"/>
    <w:rsid w:val="007844EA"/>
    <w:rsid w:val="00840F75"/>
    <w:rsid w:val="0087112D"/>
    <w:rsid w:val="008C4130"/>
    <w:rsid w:val="00954082"/>
    <w:rsid w:val="009619DE"/>
    <w:rsid w:val="00994596"/>
    <w:rsid w:val="00AA1D8D"/>
    <w:rsid w:val="00AA4126"/>
    <w:rsid w:val="00B47730"/>
    <w:rsid w:val="00B61854"/>
    <w:rsid w:val="00BC56FD"/>
    <w:rsid w:val="00C450B8"/>
    <w:rsid w:val="00CA4095"/>
    <w:rsid w:val="00CB0664"/>
    <w:rsid w:val="00CC6509"/>
    <w:rsid w:val="00CD342B"/>
    <w:rsid w:val="00D712D1"/>
    <w:rsid w:val="00E331DE"/>
    <w:rsid w:val="00E57204"/>
    <w:rsid w:val="00FA73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F155932-4C78-453D-8279-096ED51A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mbriredeculoaredeschis1">
    <w:name w:val="Umbrire de culoare deschisă1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Umbriredeculoaredeschis-Accentuare11">
    <w:name w:val="Umbrire de culoare deschisă - Accentuare 1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stdeculoaredeschis1">
    <w:name w:val="Listă de culoare deschisă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deculoaredeschis-Accentuare11">
    <w:name w:val="Listă de culoare deschisă - Accentuare 1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ldeculoaredeschis1">
    <w:name w:val="Grilă de culoare deschisă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ldeculoaredeschis-Accentuare11">
    <w:name w:val="Grilă de culoare deschisă - Accentuare 1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Umbriremedie11">
    <w:name w:val="Umbrire medie 1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medie11">
    <w:name w:val="Listă medie 1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stmedie1-Accentuare11">
    <w:name w:val="Listă medie 1 - Accentuare 1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Listmedie21">
    <w:name w:val="Listă medie 2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lmedie11">
    <w:name w:val="Grilă medie 1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lmedie21">
    <w:name w:val="Grilă medie 2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lmedie31">
    <w:name w:val="Grilă medie 3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deculoarenchis1">
    <w:name w:val="Listă de culoare închisă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Umbrirecolorat1">
    <w:name w:val="Umbrire colorată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stcolorat1">
    <w:name w:val="Listă colorată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lcolorat1">
    <w:name w:val="Grilă colorată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66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6163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6163D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3BBA55-79CA-44C3-9CCA-7150BB4C7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3</cp:revision>
  <cp:lastPrinted>2026-08-27T09:48:00Z</cp:lastPrinted>
  <dcterms:created xsi:type="dcterms:W3CDTF">2026-08-28T07:55:00Z</dcterms:created>
  <dcterms:modified xsi:type="dcterms:W3CDTF">2026-09-17T05:46:00Z</dcterms:modified>
</cp:coreProperties>
</file>