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9" w:type="dxa"/>
        <w:tblInd w:w="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3"/>
        <w:gridCol w:w="2646"/>
        <w:gridCol w:w="2644"/>
        <w:gridCol w:w="3536"/>
      </w:tblGrid>
      <w:tr w:rsidR="003053DD" w:rsidTr="00A9775B">
        <w:trPr>
          <w:trHeight w:val="530"/>
        </w:trPr>
        <w:tc>
          <w:tcPr>
            <w:tcW w:w="1763" w:type="dxa"/>
            <w:vMerge w:val="restart"/>
          </w:tcPr>
          <w:p w:rsidR="003053DD" w:rsidRDefault="003053DD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3053DD" w:rsidRDefault="006C1EB5" w:rsidP="00A9775B">
            <w:pPr>
              <w:jc w:val="center"/>
              <w:rPr>
                <w:sz w:val="16"/>
                <w:szCs w:val="16"/>
              </w:rPr>
            </w:pPr>
            <w:r>
              <w:object w:dxaOrig="2190" w:dyaOrig="30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99pt" o:ole="">
                  <v:imagedata r:id="rId8" o:title=""/>
                </v:shape>
                <o:OLEObject Type="Embed" ProgID="PBrush" ShapeID="_x0000_i1025" DrawAspect="Content" ObjectID="_1851141557" r:id="rId9"/>
              </w:object>
            </w:r>
            <w:bookmarkStart w:id="0" w:name="_GoBack"/>
            <w:bookmarkEnd w:id="0"/>
          </w:p>
          <w:p w:rsidR="003053DD" w:rsidRPr="009077E0" w:rsidRDefault="006C1EB5" w:rsidP="00A977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PRIMĂRIA ORAȘULUI MOLDOVA NOUĂ</w:t>
            </w:r>
          </w:p>
          <w:p w:rsidR="003053DD" w:rsidRDefault="003053DD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3053DD" w:rsidRPr="00932795" w:rsidRDefault="003053DD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Județul Caraș-Severin</w:t>
            </w:r>
          </w:p>
        </w:tc>
      </w:tr>
      <w:tr w:rsidR="003053DD" w:rsidTr="00A9775B">
        <w:trPr>
          <w:trHeight w:val="529"/>
        </w:trPr>
        <w:tc>
          <w:tcPr>
            <w:tcW w:w="1763" w:type="dxa"/>
            <w:vMerge/>
            <w:tcBorders>
              <w:top w:val="nil"/>
            </w:tcBorders>
          </w:tcPr>
          <w:p w:rsidR="003053DD" w:rsidRDefault="003053DD" w:rsidP="00A9775B">
            <w:pPr>
              <w:rPr>
                <w:sz w:val="2"/>
                <w:szCs w:val="2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3053DD" w:rsidRPr="00932795" w:rsidRDefault="006C1EB5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Primăria Orașului Moldova Nouă</w:t>
            </w:r>
          </w:p>
        </w:tc>
      </w:tr>
      <w:tr w:rsidR="003053DD" w:rsidTr="00A9775B">
        <w:trPr>
          <w:trHeight w:val="539"/>
        </w:trPr>
        <w:tc>
          <w:tcPr>
            <w:tcW w:w="1763" w:type="dxa"/>
            <w:vMerge/>
            <w:tcBorders>
              <w:top w:val="nil"/>
            </w:tcBorders>
          </w:tcPr>
          <w:p w:rsidR="003053DD" w:rsidRDefault="003053DD" w:rsidP="00A9775B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  <w:shd w:val="clear" w:color="auto" w:fill="EFEFEF"/>
          </w:tcPr>
          <w:p w:rsidR="003053DD" w:rsidRDefault="003053DD" w:rsidP="00A9775B">
            <w:pPr>
              <w:pStyle w:val="TableParagraph"/>
              <w:rPr>
                <w:b/>
                <w:color w:val="0D5F78"/>
                <w:spacing w:val="-2"/>
                <w:w w:val="105"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Cod</w:t>
            </w:r>
            <w:r w:rsidRPr="00932795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identificare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fiscală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</w:p>
          <w:p w:rsidR="005D18CF" w:rsidRPr="00932795" w:rsidRDefault="006C1EB5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pacing w:val="-2"/>
                <w:w w:val="105"/>
                <w:sz w:val="18"/>
                <w:szCs w:val="18"/>
              </w:rPr>
              <w:t>3227955</w:t>
            </w:r>
          </w:p>
        </w:tc>
        <w:tc>
          <w:tcPr>
            <w:tcW w:w="6180" w:type="dxa"/>
            <w:gridSpan w:val="2"/>
            <w:shd w:val="clear" w:color="auto" w:fill="EFEFEF"/>
          </w:tcPr>
          <w:p w:rsidR="003053DD" w:rsidRPr="00932795" w:rsidRDefault="003053DD" w:rsidP="00A9775B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Adresa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oficială</w:t>
            </w:r>
          </w:p>
          <w:p w:rsidR="003053DD" w:rsidRDefault="006C1EB5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Strada Nicolae Bălcescu, nr. 26</w:t>
            </w:r>
            <w:r w:rsidR="003053DD" w:rsidRPr="00932795">
              <w:rPr>
                <w:b/>
                <w:color w:val="0D5F78"/>
                <w:w w:val="105"/>
                <w:sz w:val="18"/>
                <w:szCs w:val="18"/>
              </w:rPr>
              <w:t>,</w:t>
            </w:r>
            <w:r w:rsidR="003053DD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325500</w:t>
            </w:r>
            <w:r w:rsidR="003053DD"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Moldova Nouă</w:t>
            </w:r>
            <w:r w:rsidR="003053DD">
              <w:rPr>
                <w:b/>
                <w:color w:val="0D5F78"/>
                <w:w w:val="105"/>
                <w:sz w:val="18"/>
                <w:szCs w:val="18"/>
              </w:rPr>
              <w:t>, Caraș-Severin</w:t>
            </w:r>
          </w:p>
          <w:p w:rsidR="003053DD" w:rsidRDefault="006C1EB5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Tel.: 0255-540997</w:t>
            </w:r>
          </w:p>
          <w:p w:rsidR="003053DD" w:rsidRPr="00932795" w:rsidRDefault="003053DD" w:rsidP="006C1EB5">
            <w:pPr>
              <w:pStyle w:val="TableParagraph"/>
              <w:ind w:left="103"/>
              <w:rPr>
                <w:i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E-mail: </w:t>
            </w:r>
            <w:r w:rsidR="006C1EB5">
              <w:rPr>
                <w:b/>
                <w:color w:val="0D5F78"/>
                <w:w w:val="105"/>
                <w:sz w:val="18"/>
                <w:szCs w:val="18"/>
              </w:rPr>
              <w:t>contact@primariamoldovanoua.ro</w:t>
            </w:r>
          </w:p>
        </w:tc>
      </w:tr>
      <w:tr w:rsidR="003053DD" w:rsidTr="00A9775B">
        <w:trPr>
          <w:trHeight w:val="530"/>
        </w:trPr>
        <w:tc>
          <w:tcPr>
            <w:tcW w:w="1763" w:type="dxa"/>
            <w:vMerge/>
            <w:tcBorders>
              <w:top w:val="nil"/>
            </w:tcBorders>
          </w:tcPr>
          <w:p w:rsidR="003053DD" w:rsidRDefault="003053DD" w:rsidP="00A9775B">
            <w:pPr>
              <w:rPr>
                <w:sz w:val="2"/>
                <w:szCs w:val="2"/>
              </w:rPr>
            </w:pPr>
          </w:p>
        </w:tc>
        <w:tc>
          <w:tcPr>
            <w:tcW w:w="5290" w:type="dxa"/>
            <w:gridSpan w:val="2"/>
            <w:shd w:val="clear" w:color="auto" w:fill="EFEFEF"/>
          </w:tcPr>
          <w:p w:rsidR="003053DD" w:rsidRPr="00932795" w:rsidRDefault="003053DD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Număr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înregistrare</w:t>
            </w:r>
          </w:p>
        </w:tc>
        <w:tc>
          <w:tcPr>
            <w:tcW w:w="3536" w:type="dxa"/>
            <w:shd w:val="clear" w:color="auto" w:fill="EFEFEF"/>
          </w:tcPr>
          <w:p w:rsidR="003053DD" w:rsidRPr="00932795" w:rsidRDefault="003053DD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3053DD" w:rsidTr="00A9775B">
        <w:trPr>
          <w:trHeight w:val="186"/>
        </w:trPr>
        <w:tc>
          <w:tcPr>
            <w:tcW w:w="10589" w:type="dxa"/>
            <w:gridSpan w:val="4"/>
            <w:shd w:val="clear" w:color="auto" w:fill="EFEFEF"/>
          </w:tcPr>
          <w:p w:rsidR="003053DD" w:rsidRDefault="003053DD" w:rsidP="00A9775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053DD" w:rsidRDefault="003053DD" w:rsidP="003053DD">
      <w:pPr>
        <w:spacing w:before="80" w:after="6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4D4E15" w:rsidRPr="007844EA" w:rsidRDefault="004D4E15" w:rsidP="004D4E15">
      <w:pPr>
        <w:spacing w:before="80" w:after="60" w:line="240" w:lineRule="auto"/>
        <w:jc w:val="center"/>
        <w:rPr>
          <w:sz w:val="24"/>
          <w:szCs w:val="24"/>
        </w:rPr>
      </w:pPr>
      <w:r w:rsidRPr="007844EA">
        <w:rPr>
          <w:rFonts w:ascii="Times New Roman" w:hAnsi="Times New Roman"/>
          <w:b/>
          <w:sz w:val="28"/>
          <w:szCs w:val="24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72"/>
      </w:tblGrid>
      <w:tr w:rsidR="004D4E15" w:rsidRPr="007844EA" w:rsidTr="00244BC4">
        <w:trPr>
          <w:jc w:val="center"/>
        </w:trPr>
        <w:tc>
          <w:tcPr>
            <w:tcW w:w="10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:rsidR="004D4E15" w:rsidRPr="003053DD" w:rsidRDefault="004D4E15" w:rsidP="005A67B9">
            <w:pPr>
              <w:spacing w:before="20" w:after="2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sz w:val="20"/>
                <w:szCs w:val="20"/>
              </w:rPr>
              <w:t>1. CĂTRE</w:t>
            </w:r>
          </w:p>
        </w:tc>
      </w:tr>
      <w:tr w:rsidR="004D4E15" w:rsidRPr="007844EA" w:rsidTr="00244BC4">
        <w:trPr>
          <w:jc w:val="center"/>
        </w:trPr>
        <w:tc>
          <w:tcPr>
            <w:tcW w:w="10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3053DD" w:rsidRPr="003053DD" w:rsidRDefault="003053DD" w:rsidP="003053DD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0"/>
              </w:rPr>
            </w:pPr>
            <w:proofErr w:type="spellStart"/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Instituția</w:t>
            </w:r>
            <w:proofErr w:type="spellEnd"/>
          </w:p>
          <w:p w:rsidR="004D4E15" w:rsidRPr="003053DD" w:rsidRDefault="006C1EB5" w:rsidP="003053DD">
            <w:pPr>
              <w:spacing w:after="2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Orașului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 Moldova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Nouă</w:t>
            </w:r>
            <w:proofErr w:type="spellEnd"/>
          </w:p>
        </w:tc>
      </w:tr>
      <w:tr w:rsidR="004D4E15" w:rsidRPr="007844EA" w:rsidTr="00244BC4">
        <w:trPr>
          <w:jc w:val="center"/>
        </w:trPr>
        <w:tc>
          <w:tcPr>
            <w:tcW w:w="10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4D4E15" w:rsidRPr="003053DD" w:rsidRDefault="006C1EB5" w:rsidP="005A67B9">
            <w:pPr>
              <w:spacing w:after="2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Către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Primarul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Orașului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 Moldova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Nouă</w:t>
            </w:r>
            <w:proofErr w:type="spellEnd"/>
          </w:p>
        </w:tc>
      </w:tr>
    </w:tbl>
    <w:p w:rsidR="00883F41" w:rsidRPr="00BB54B5" w:rsidRDefault="00883F41">
      <w:pPr>
        <w:spacing w:before="3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883F41" w:rsidRPr="003053DD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before="10" w:after="1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sz w:val="20"/>
                <w:szCs w:val="20"/>
              </w:rPr>
              <w:t>2. SOLICITANTUL</w:t>
            </w:r>
          </w:p>
        </w:tc>
      </w:tr>
      <w:tr w:rsidR="00883F41" w:rsidRPr="003053DD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CNP</w:t>
            </w:r>
          </w:p>
        </w:tc>
      </w:tr>
      <w:tr w:rsidR="00883F41" w:rsidRPr="003053DD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color w:val="000000"/>
                <w:sz w:val="20"/>
                <w:szCs w:val="20"/>
              </w:rPr>
              <w:t>Act de identitate</w:t>
            </w:r>
          </w:p>
        </w:tc>
      </w:tr>
      <w:tr w:rsidR="00883F41" w:rsidRPr="003053DD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La data</w:t>
            </w:r>
          </w:p>
        </w:tc>
      </w:tr>
      <w:tr w:rsidR="00883F41" w:rsidRPr="003053DD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color w:val="000000"/>
                <w:sz w:val="20"/>
                <w:szCs w:val="20"/>
              </w:rPr>
              <w:t>Domiciliul</w:t>
            </w:r>
          </w:p>
        </w:tc>
      </w:tr>
      <w:tr w:rsidR="00883F41" w:rsidRPr="003053DD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Satul / sectorul</w:t>
            </w:r>
          </w:p>
        </w:tc>
      </w:tr>
      <w:tr w:rsidR="00883F41" w:rsidRPr="003053DD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Țara</w:t>
            </w:r>
          </w:p>
        </w:tc>
      </w:tr>
      <w:tr w:rsidR="00883F41" w:rsidRPr="003053DD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color w:val="000000"/>
                <w:sz w:val="20"/>
                <w:szCs w:val="20"/>
              </w:rPr>
              <w:t>Date de contact</w:t>
            </w:r>
          </w:p>
        </w:tc>
      </w:tr>
      <w:tr w:rsidR="00883F41" w:rsidRPr="003053DD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E-mail</w:t>
            </w:r>
          </w:p>
        </w:tc>
      </w:tr>
      <w:tr w:rsidR="00883F41" w:rsidRPr="003053DD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color w:val="000000"/>
                <w:sz w:val="20"/>
                <w:szCs w:val="20"/>
              </w:rPr>
              <w:t>Reprezentare</w:t>
            </w:r>
          </w:p>
        </w:tc>
      </w:tr>
      <w:tr w:rsidR="00883F41" w:rsidRPr="003053DD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În calitate de reprezentant al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CUI / CIF</w:t>
            </w:r>
          </w:p>
        </w:tc>
      </w:tr>
    </w:tbl>
    <w:p w:rsidR="00883F41" w:rsidRPr="00BB54B5" w:rsidRDefault="00883F41">
      <w:pPr>
        <w:spacing w:before="3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883F41" w:rsidRPr="003053DD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5" w:type="dxa"/>
              <w:bottom w:w="12" w:type="dxa"/>
              <w:right w:w="35" w:type="dxa"/>
            </w:tcMar>
          </w:tcPr>
          <w:p w:rsidR="00883F41" w:rsidRPr="003053DD" w:rsidRDefault="00AF0120">
            <w:pPr>
              <w:spacing w:before="10" w:after="1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sz w:val="20"/>
                <w:szCs w:val="20"/>
              </w:rPr>
              <w:t>3. AUTORIZAȚIA DE CONSTRUIRE</w:t>
            </w:r>
          </w:p>
        </w:tc>
      </w:tr>
      <w:tr w:rsidR="00883F41" w:rsidRPr="003053DD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Emisă de</w:t>
            </w:r>
          </w:p>
        </w:tc>
      </w:tr>
    </w:tbl>
    <w:p w:rsidR="00883F41" w:rsidRPr="00BB54B5" w:rsidRDefault="00AF0120">
      <w:pPr>
        <w:spacing w:before="80" w:after="60" w:line="240" w:lineRule="auto"/>
        <w:jc w:val="center"/>
        <w:rPr>
          <w:sz w:val="24"/>
          <w:szCs w:val="24"/>
        </w:rPr>
      </w:pPr>
      <w:proofErr w:type="gramStart"/>
      <w:r w:rsidRPr="003053DD">
        <w:rPr>
          <w:rFonts w:ascii="Times New Roman" w:hAnsi="Times New Roman"/>
          <w:sz w:val="20"/>
          <w:szCs w:val="20"/>
        </w:rPr>
        <w:t>în</w:t>
      </w:r>
      <w:proofErr w:type="gramEnd"/>
      <w:r w:rsidRPr="003053DD">
        <w:rPr>
          <w:rFonts w:ascii="Times New Roman" w:hAnsi="Times New Roman"/>
          <w:sz w:val="20"/>
          <w:szCs w:val="20"/>
        </w:rPr>
        <w:t xml:space="preserve"> temeiul art. 309 – </w:t>
      </w:r>
      <w:proofErr w:type="gramStart"/>
      <w:r w:rsidRPr="003053DD">
        <w:rPr>
          <w:rFonts w:ascii="Times New Roman" w:hAnsi="Times New Roman"/>
          <w:sz w:val="20"/>
          <w:szCs w:val="20"/>
        </w:rPr>
        <w:t>art</w:t>
      </w:r>
      <w:proofErr w:type="gramEnd"/>
      <w:r w:rsidRPr="003053DD">
        <w:rPr>
          <w:rFonts w:ascii="Times New Roman" w:hAnsi="Times New Roman"/>
          <w:sz w:val="20"/>
          <w:szCs w:val="20"/>
        </w:rPr>
        <w:t>. 310 din Legea nr. 169/2026 privind Codul amenajării teritoriului, urbanismului și construcțiilor</w:t>
      </w:r>
      <w:proofErr w:type="gramStart"/>
      <w:r w:rsidRPr="003053DD">
        <w:rPr>
          <w:rFonts w:ascii="Times New Roman" w:hAnsi="Times New Roman"/>
          <w:sz w:val="20"/>
          <w:szCs w:val="20"/>
        </w:rPr>
        <w:t>,</w:t>
      </w:r>
      <w:proofErr w:type="gramEnd"/>
      <w:r w:rsidRPr="003053DD">
        <w:rPr>
          <w:rFonts w:ascii="Times New Roman" w:hAnsi="Times New Roman"/>
          <w:sz w:val="20"/>
          <w:szCs w:val="20"/>
        </w:rPr>
        <w:br/>
        <w:t>solicit:</w:t>
      </w:r>
      <w:r w:rsidRPr="003053DD">
        <w:rPr>
          <w:rFonts w:ascii="Times New Roman" w:hAnsi="Times New Roman"/>
          <w:sz w:val="20"/>
          <w:szCs w:val="20"/>
        </w:rPr>
        <w:br/>
      </w:r>
      <w:r w:rsidRPr="00BB54B5">
        <w:rPr>
          <w:rFonts w:ascii="Times New Roman" w:hAnsi="Times New Roman"/>
          <w:b/>
          <w:sz w:val="20"/>
          <w:szCs w:val="24"/>
        </w:rPr>
        <w:t>☐ prelungirea DURATEI DE EXECUȚIE, pentru cel mult 12 luni  /</w:t>
      </w:r>
      <w:r w:rsidRPr="00BB54B5">
        <w:rPr>
          <w:rFonts w:ascii="Times New Roman" w:hAnsi="Times New Roman"/>
          <w:b/>
          <w:sz w:val="20"/>
          <w:szCs w:val="24"/>
        </w:rPr>
        <w:br/>
        <w:t>☐ prelungirea VALABILITĂȚII autorizației, pentru cel mult 12 luni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883F41" w:rsidRPr="003053DD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De la data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Până la data</w:t>
            </w:r>
          </w:p>
        </w:tc>
      </w:tr>
      <w:tr w:rsidR="00883F41" w:rsidRPr="003053DD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Stadiul lucrărilor (%)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Data începerii efective</w:t>
            </w:r>
          </w:p>
        </w:tc>
      </w:tr>
      <w:tr w:rsidR="00883F41" w:rsidRPr="003053DD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Lucrările rămase de executat și motivarea</w:t>
            </w:r>
            <w:r w:rsidRPr="003053D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3053D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3053D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</w:p>
        </w:tc>
      </w:tr>
    </w:tbl>
    <w:p w:rsidR="00883F41" w:rsidRPr="00BB54B5" w:rsidRDefault="00883F41">
      <w:pPr>
        <w:spacing w:before="3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883F41" w:rsidRPr="003053DD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40" w:type="dxa"/>
              <w:bottom w:w="12" w:type="dxa"/>
              <w:right w:w="40" w:type="dxa"/>
            </w:tcMar>
          </w:tcPr>
          <w:p w:rsidR="00883F41" w:rsidRPr="003053DD" w:rsidRDefault="00AF0120">
            <w:pPr>
              <w:spacing w:before="10" w:after="1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sz w:val="20"/>
                <w:szCs w:val="20"/>
              </w:rPr>
              <w:t>5. SE ANEXEAZĂ</w:t>
            </w:r>
          </w:p>
        </w:tc>
      </w:tr>
      <w:tr w:rsidR="00883F41" w:rsidRPr="003053DD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40" w:type="dxa"/>
              <w:bottom w:w="12" w:type="dxa"/>
              <w:right w:w="40" w:type="dxa"/>
            </w:tcMar>
          </w:tcPr>
          <w:p w:rsidR="00883F41" w:rsidRPr="003053DD" w:rsidRDefault="00AF0120">
            <w:pPr>
              <w:spacing w:after="1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sz w:val="20"/>
                <w:szCs w:val="20"/>
              </w:rPr>
              <w:t>☐ autorizația de construire (în original)     ☐ documentul privind achitarea taxei (copie)</w:t>
            </w:r>
          </w:p>
        </w:tc>
      </w:tr>
    </w:tbl>
    <w:p w:rsidR="00883F41" w:rsidRPr="00BB54B5" w:rsidRDefault="00883F41">
      <w:pPr>
        <w:spacing w:before="3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883F41" w:rsidRPr="003053DD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4" w:type="dxa"/>
              <w:left w:w="35" w:type="dxa"/>
              <w:bottom w:w="25" w:type="dxa"/>
              <w:right w:w="35" w:type="dxa"/>
            </w:tcMar>
          </w:tcPr>
          <w:p w:rsidR="00883F41" w:rsidRPr="003053DD" w:rsidRDefault="00AF0120">
            <w:pPr>
              <w:spacing w:before="10" w:after="1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sz w:val="20"/>
                <w:szCs w:val="20"/>
              </w:rPr>
              <w:t>6. DATA ȘI SEMNĂTURA</w:t>
            </w:r>
          </w:p>
        </w:tc>
      </w:tr>
      <w:tr w:rsidR="00883F41" w:rsidRPr="003053DD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4" w:type="dxa"/>
              <w:left w:w="35" w:type="dxa"/>
              <w:bottom w:w="25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4" w:type="dxa"/>
              <w:left w:w="35" w:type="dxa"/>
              <w:bottom w:w="25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4" w:type="dxa"/>
              <w:left w:w="35" w:type="dxa"/>
              <w:bottom w:w="25" w:type="dxa"/>
              <w:right w:w="35" w:type="dxa"/>
            </w:tcMar>
          </w:tcPr>
          <w:p w:rsidR="00883F41" w:rsidRPr="003053DD" w:rsidRDefault="00AF0120">
            <w:pPr>
              <w:spacing w:after="0" w:line="240" w:lineRule="auto"/>
              <w:rPr>
                <w:sz w:val="20"/>
                <w:szCs w:val="20"/>
              </w:rPr>
            </w:pPr>
            <w:r w:rsidRPr="003053D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Semnătura</w:t>
            </w:r>
          </w:p>
        </w:tc>
      </w:tr>
    </w:tbl>
    <w:p w:rsidR="00A86778" w:rsidRPr="00BB54B5" w:rsidRDefault="00A86778">
      <w:pPr>
        <w:rPr>
          <w:sz w:val="24"/>
          <w:szCs w:val="24"/>
        </w:rPr>
      </w:pPr>
    </w:p>
    <w:sectPr w:rsidR="00A86778" w:rsidRPr="00BB54B5" w:rsidSect="003053DD">
      <w:footerReference w:type="default" r:id="rId10"/>
      <w:pgSz w:w="11906" w:h="16838" w:code="9"/>
      <w:pgMar w:top="504" w:right="648" w:bottom="504" w:left="64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1A0" w:rsidRDefault="00C111A0">
      <w:pPr>
        <w:spacing w:after="0" w:line="240" w:lineRule="auto"/>
      </w:pPr>
      <w:r>
        <w:separator/>
      </w:r>
    </w:p>
  </w:endnote>
  <w:endnote w:type="continuationSeparator" w:id="0">
    <w:p w:rsidR="00C111A0" w:rsidRDefault="00C1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F41" w:rsidRDefault="00AF0120">
    <w:pPr>
      <w:pStyle w:val="Subsol"/>
      <w:jc w:val="center"/>
    </w:pPr>
    <w:r>
      <w:rPr>
        <w:rFonts w:ascii="Times New Roman" w:hAnsi="Times New Roman"/>
        <w:color w:val="646464"/>
        <w:sz w:val="16"/>
      </w:rPr>
      <w:t xml:space="preserve">F_A_02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1A0" w:rsidRDefault="00C111A0">
      <w:pPr>
        <w:spacing w:after="0" w:line="240" w:lineRule="auto"/>
      </w:pPr>
      <w:r>
        <w:separator/>
      </w:r>
    </w:p>
  </w:footnote>
  <w:footnote w:type="continuationSeparator" w:id="0">
    <w:p w:rsidR="00C111A0" w:rsidRDefault="00C1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0D3F42"/>
    <w:rsid w:val="0015074B"/>
    <w:rsid w:val="00200FFD"/>
    <w:rsid w:val="00244BC4"/>
    <w:rsid w:val="0029639D"/>
    <w:rsid w:val="003053DD"/>
    <w:rsid w:val="00326F90"/>
    <w:rsid w:val="00493209"/>
    <w:rsid w:val="004965F9"/>
    <w:rsid w:val="004D4E15"/>
    <w:rsid w:val="005461F5"/>
    <w:rsid w:val="005D18CF"/>
    <w:rsid w:val="006C1EB5"/>
    <w:rsid w:val="00883F41"/>
    <w:rsid w:val="00A51817"/>
    <w:rsid w:val="00A86778"/>
    <w:rsid w:val="00AA1D8D"/>
    <w:rsid w:val="00AF0120"/>
    <w:rsid w:val="00B47730"/>
    <w:rsid w:val="00BB54B5"/>
    <w:rsid w:val="00C111A0"/>
    <w:rsid w:val="00CB0664"/>
    <w:rsid w:val="00E270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1BE5760-B1C2-47C0-9BEC-286DF654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305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053DD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3053DD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633EDC-D5DE-45D8-9C7F-6553AB0F9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Urbanism3</cp:lastModifiedBy>
  <cp:revision>4</cp:revision>
  <dcterms:created xsi:type="dcterms:W3CDTF">2026-08-28T06:53:00Z</dcterms:created>
  <dcterms:modified xsi:type="dcterms:W3CDTF">2026-09-17T06:12:00Z</dcterms:modified>
</cp:coreProperties>
</file>