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BF1CBC" w:rsidTr="00A9775B">
        <w:trPr>
          <w:trHeight w:val="530"/>
        </w:trPr>
        <w:tc>
          <w:tcPr>
            <w:tcW w:w="1763" w:type="dxa"/>
            <w:vMerge w:val="restart"/>
          </w:tcPr>
          <w:p w:rsidR="00BF1CBC" w:rsidRDefault="00BF1CBC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BF1CBC" w:rsidRDefault="002C4D07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1141846" r:id="rId9"/>
              </w:object>
            </w:r>
          </w:p>
          <w:p w:rsidR="00BF1CBC" w:rsidRPr="009077E0" w:rsidRDefault="002C4D07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BF1CBC" w:rsidRDefault="00BF1CBC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BF1CBC" w:rsidRPr="00932795" w:rsidRDefault="00BF1CBC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BF1CBC" w:rsidTr="00A9775B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BF1CBC" w:rsidRDefault="00BF1CBC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BF1CBC" w:rsidRPr="00932795" w:rsidRDefault="002C4D07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BF1CBC" w:rsidTr="00A9775B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BF1CBC" w:rsidRDefault="00BF1CBC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BF1CBC" w:rsidRDefault="00BF1CBC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BE2807" w:rsidRPr="00932795" w:rsidRDefault="002C4D07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BF1CBC" w:rsidRPr="00932795" w:rsidRDefault="00BF1CBC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BF1CBC" w:rsidRDefault="002C4D07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BF1CBC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BF1CBC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BF1CBC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BF1CBC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BF1CBC" w:rsidRDefault="002C4D07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BF1CBC" w:rsidRPr="00932795" w:rsidRDefault="00BF1CBC" w:rsidP="002C4D07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2C4D07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BF1CBC" w:rsidTr="00A9775B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BF1CBC" w:rsidRDefault="00BF1CBC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BF1CBC" w:rsidRPr="00932795" w:rsidRDefault="00BF1CBC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BF1CBC" w:rsidRPr="00932795" w:rsidRDefault="00BF1CBC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BF1CBC" w:rsidTr="00A9775B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BF1CBC" w:rsidRDefault="00BF1CBC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EA3403" w:rsidRPr="007844EA" w:rsidRDefault="00EA3403" w:rsidP="00EA3403">
      <w:pPr>
        <w:spacing w:after="0" w:line="240" w:lineRule="auto"/>
        <w:rPr>
          <w:sz w:val="24"/>
          <w:szCs w:val="24"/>
        </w:rPr>
      </w:pPr>
    </w:p>
    <w:p w:rsidR="00EA3403" w:rsidRPr="007844EA" w:rsidRDefault="00EA3403" w:rsidP="00EA3403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EA3403" w:rsidRPr="00BF1CBC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EA3403" w:rsidRPr="00BF1CBC" w:rsidRDefault="00EA3403" w:rsidP="005A67B9">
            <w:pPr>
              <w:spacing w:before="20" w:after="2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sz w:val="20"/>
                <w:szCs w:val="20"/>
              </w:rPr>
              <w:t>1. CĂTRE</w:t>
            </w:r>
          </w:p>
        </w:tc>
      </w:tr>
      <w:tr w:rsidR="00EA3403" w:rsidRPr="007844EA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BF1CBC" w:rsidRPr="00E331DE" w:rsidRDefault="00BF1CBC" w:rsidP="00BF1CBC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:rsidR="00EA3403" w:rsidRPr="007844EA" w:rsidRDefault="002C4D07" w:rsidP="00BF1CBC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Nouă</w:t>
            </w:r>
            <w:proofErr w:type="spellEnd"/>
          </w:p>
        </w:tc>
      </w:tr>
      <w:tr w:rsidR="00EA3403" w:rsidRPr="007844EA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EA3403" w:rsidRPr="007844EA" w:rsidRDefault="00BF1CBC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Către</w:t>
            </w:r>
            <w:proofErr w:type="spellEnd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</w:t>
            </w:r>
            <w:r w:rsidR="002C4D07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rimarul</w:t>
            </w:r>
            <w:proofErr w:type="spellEnd"/>
            <w:r w:rsidR="002C4D07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="002C4D07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 w:rsidR="002C4D07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Nouă</w:t>
            </w:r>
            <w:bookmarkStart w:id="0" w:name="_GoBack"/>
            <w:bookmarkEnd w:id="0"/>
          </w:p>
        </w:tc>
      </w:tr>
    </w:tbl>
    <w:p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5502BD" w:rsidRPr="00BF1CBC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before="10" w:after="1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sz w:val="20"/>
                <w:szCs w:val="20"/>
              </w:rPr>
              <w:t>2. SOLICITANTUL</w:t>
            </w:r>
          </w:p>
        </w:tc>
      </w:tr>
      <w:tr w:rsidR="005502BD" w:rsidRPr="00BF1CBC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CNP</w:t>
            </w:r>
          </w:p>
        </w:tc>
      </w:tr>
      <w:tr w:rsidR="005502BD" w:rsidRPr="00BF1CBC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color w:val="000000"/>
                <w:sz w:val="20"/>
                <w:szCs w:val="20"/>
              </w:rPr>
              <w:t>Act de identitate</w:t>
            </w:r>
          </w:p>
        </w:tc>
      </w:tr>
      <w:tr w:rsidR="005502BD" w:rsidRPr="00BF1CBC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La data</w:t>
            </w:r>
          </w:p>
        </w:tc>
      </w:tr>
      <w:tr w:rsidR="005502BD" w:rsidRPr="00BF1CBC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color w:val="000000"/>
                <w:sz w:val="20"/>
                <w:szCs w:val="20"/>
              </w:rPr>
              <w:t>Domiciliul</w:t>
            </w:r>
          </w:p>
        </w:tc>
      </w:tr>
      <w:tr w:rsidR="005502BD" w:rsidRPr="00BF1CBC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Satul / sectorul</w:t>
            </w:r>
          </w:p>
        </w:tc>
      </w:tr>
      <w:tr w:rsidR="005502BD" w:rsidRPr="00BF1CBC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Țara</w:t>
            </w:r>
          </w:p>
        </w:tc>
      </w:tr>
      <w:tr w:rsidR="005502BD" w:rsidRPr="00BF1CBC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color w:val="000000"/>
                <w:sz w:val="20"/>
                <w:szCs w:val="20"/>
              </w:rPr>
              <w:t>Date de contact</w:t>
            </w:r>
          </w:p>
        </w:tc>
      </w:tr>
      <w:tr w:rsidR="005502BD" w:rsidRPr="00BF1CBC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E-mail</w:t>
            </w:r>
          </w:p>
        </w:tc>
      </w:tr>
    </w:tbl>
    <w:p w:rsidR="005502BD" w:rsidRDefault="00007896">
      <w:pPr>
        <w:spacing w:before="100" w:after="8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BF1CBC">
        <w:rPr>
          <w:rFonts w:ascii="Times New Roman" w:hAnsi="Times New Roman"/>
          <w:sz w:val="20"/>
          <w:szCs w:val="20"/>
        </w:rPr>
        <w:t>în</w:t>
      </w:r>
      <w:proofErr w:type="gramEnd"/>
      <w:r w:rsidRPr="00BF1CBC">
        <w:rPr>
          <w:rFonts w:ascii="Times New Roman" w:hAnsi="Times New Roman"/>
          <w:sz w:val="20"/>
          <w:szCs w:val="20"/>
        </w:rPr>
        <w:t xml:space="preserve"> temeiul art. 257 alin. (17) </w:t>
      </w:r>
      <w:proofErr w:type="gramStart"/>
      <w:r w:rsidRPr="00BF1CBC">
        <w:rPr>
          <w:rFonts w:ascii="Times New Roman" w:hAnsi="Times New Roman"/>
          <w:sz w:val="20"/>
          <w:szCs w:val="20"/>
        </w:rPr>
        <w:t>din</w:t>
      </w:r>
      <w:proofErr w:type="gramEnd"/>
      <w:r w:rsidRPr="00BF1CBC">
        <w:rPr>
          <w:rFonts w:ascii="Times New Roman" w:hAnsi="Times New Roman"/>
          <w:sz w:val="20"/>
          <w:szCs w:val="20"/>
        </w:rPr>
        <w:t xml:space="preserve"> Legea nr. 169/2026 privind Codul amenajării teritoriului, urbanismului și construcțiilor</w:t>
      </w:r>
      <w:proofErr w:type="gramStart"/>
      <w:r w:rsidRPr="00BF1CBC">
        <w:rPr>
          <w:rFonts w:ascii="Times New Roman" w:hAnsi="Times New Roman"/>
          <w:sz w:val="20"/>
          <w:szCs w:val="20"/>
        </w:rPr>
        <w:t>,</w:t>
      </w:r>
      <w:proofErr w:type="gramEnd"/>
      <w:r w:rsidRPr="00BF1CBC">
        <w:rPr>
          <w:rFonts w:ascii="Times New Roman" w:hAnsi="Times New Roman"/>
          <w:sz w:val="20"/>
          <w:szCs w:val="20"/>
        </w:rPr>
        <w:br/>
        <w:t>solicit prelungirea valabilității</w:t>
      </w:r>
      <w:r w:rsidRPr="00BF1CBC">
        <w:rPr>
          <w:rFonts w:ascii="Times New Roman" w:hAnsi="Times New Roman"/>
          <w:sz w:val="20"/>
          <w:szCs w:val="20"/>
        </w:rPr>
        <w:br/>
      </w:r>
      <w:r w:rsidRPr="00EA3403">
        <w:rPr>
          <w:rFonts w:ascii="Times New Roman" w:hAnsi="Times New Roman"/>
          <w:b/>
          <w:sz w:val="24"/>
          <w:szCs w:val="24"/>
        </w:rPr>
        <w:t>CERTIFICATULUI DE URBANISM</w:t>
      </w:r>
    </w:p>
    <w:p w:rsidR="00BF1CBC" w:rsidRPr="00EA3403" w:rsidRDefault="00BF1CBC">
      <w:pPr>
        <w:spacing w:before="100" w:after="80" w:line="240" w:lineRule="auto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BF1CBC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Emis de</w:t>
            </w:r>
          </w:p>
        </w:tc>
      </w:tr>
      <w:tr w:rsidR="005502BD" w:rsidRPr="00BF1CBC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Prelungirea solicitată — de la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până la data</w:t>
            </w:r>
          </w:p>
        </w:tc>
      </w:tr>
    </w:tbl>
    <w:p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5502BD" w:rsidRPr="00BF1CBC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before="10" w:after="1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sz w:val="20"/>
                <w:szCs w:val="20"/>
              </w:rPr>
              <w:t>4. IMOBILUL</w:t>
            </w:r>
          </w:p>
        </w:tc>
      </w:tr>
      <w:tr w:rsidR="005502BD" w:rsidRPr="00BF1CBC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1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sz w:val="20"/>
                <w:szCs w:val="20"/>
              </w:rPr>
              <w:t>☐ teren     ☐ construcții</w:t>
            </w:r>
          </w:p>
        </w:tc>
      </w:tr>
      <w:tr w:rsidR="005502BD" w:rsidRPr="00BF1CBC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 / sector</w:t>
            </w:r>
          </w:p>
        </w:tc>
      </w:tr>
      <w:tr w:rsidR="005502BD" w:rsidRPr="00BF1CBC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Bl. / sc. / et. / ap.</w:t>
            </w:r>
          </w:p>
        </w:tc>
      </w:tr>
      <w:tr w:rsidR="005502BD" w:rsidRPr="00BF1CBC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 cadastral</w:t>
            </w: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br/>
            </w:r>
            <w:r w:rsidRPr="00BF1CBC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Carte funciară nr.</w:t>
            </w:r>
          </w:p>
        </w:tc>
      </w:tr>
    </w:tbl>
    <w:p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5502BD" w:rsidRPr="00BF1CBC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5502BD" w:rsidRPr="00BF1CBC" w:rsidRDefault="00007896">
            <w:pPr>
              <w:spacing w:before="10" w:after="1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sz w:val="20"/>
                <w:szCs w:val="20"/>
              </w:rPr>
              <w:t>5. SE ANEXEAZĂ</w:t>
            </w:r>
          </w:p>
        </w:tc>
      </w:tr>
      <w:tr w:rsidR="005502BD" w:rsidRPr="00BF1CBC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5502BD" w:rsidRPr="00BF1CBC" w:rsidRDefault="00007896">
            <w:pPr>
              <w:spacing w:after="1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sz w:val="20"/>
                <w:szCs w:val="20"/>
              </w:rPr>
              <w:t>☐ certificatul de urbanism (în original)     ☐ documentul privind achitarea taxei (copie)</w:t>
            </w:r>
          </w:p>
        </w:tc>
      </w:tr>
    </w:tbl>
    <w:p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BF1CBC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:rsidR="005502BD" w:rsidRPr="00BF1CBC" w:rsidRDefault="00007896">
            <w:pPr>
              <w:spacing w:before="10" w:after="1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sz w:val="20"/>
                <w:szCs w:val="20"/>
              </w:rPr>
              <w:t>6. DATA ȘI SEMNĂTURA</w:t>
            </w:r>
          </w:p>
        </w:tc>
      </w:tr>
      <w:tr w:rsidR="005502BD" w:rsidRPr="00BF1CBC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5502BD" w:rsidRPr="00BF1CBC" w:rsidRDefault="00007896">
            <w:pPr>
              <w:spacing w:after="0" w:line="240" w:lineRule="auto"/>
              <w:rPr>
                <w:sz w:val="20"/>
                <w:szCs w:val="20"/>
              </w:rPr>
            </w:pPr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5502BD" w:rsidRDefault="00007896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proofErr w:type="spellStart"/>
            <w:r w:rsidRPr="00BF1CBC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Semnătura</w:t>
            </w:r>
            <w:proofErr w:type="spellEnd"/>
          </w:p>
          <w:p w:rsidR="00BF1CBC" w:rsidRPr="00BF1CBC" w:rsidRDefault="00BF1CB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0A6BEC" w:rsidRDefault="000A6BEC"/>
    <w:sectPr w:rsidR="000A6BEC" w:rsidSect="00BF1CBC">
      <w:headerReference w:type="default" r:id="rId10"/>
      <w:footerReference w:type="default" r:id="rId11"/>
      <w:pgSz w:w="11906" w:h="16838" w:code="9"/>
      <w:pgMar w:top="576" w:right="648" w:bottom="576" w:left="64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4C0" w:rsidRDefault="003E24C0">
      <w:pPr>
        <w:spacing w:after="0" w:line="240" w:lineRule="auto"/>
      </w:pPr>
      <w:r>
        <w:separator/>
      </w:r>
    </w:p>
  </w:endnote>
  <w:endnote w:type="continuationSeparator" w:id="0">
    <w:p w:rsidR="003E24C0" w:rsidRDefault="003E2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2BD" w:rsidRDefault="00007896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F_CU_03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4C0" w:rsidRDefault="003E24C0">
      <w:pPr>
        <w:spacing w:after="0" w:line="240" w:lineRule="auto"/>
      </w:pPr>
      <w:r>
        <w:separator/>
      </w:r>
    </w:p>
  </w:footnote>
  <w:footnote w:type="continuationSeparator" w:id="0">
    <w:p w:rsidR="003E24C0" w:rsidRDefault="003E2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2BD" w:rsidRDefault="005502BD">
    <w:pPr>
      <w:pStyle w:val="Antet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07896"/>
    <w:rsid w:val="00034616"/>
    <w:rsid w:val="0006063C"/>
    <w:rsid w:val="000A6BEC"/>
    <w:rsid w:val="0015074B"/>
    <w:rsid w:val="00200FFD"/>
    <w:rsid w:val="00251324"/>
    <w:rsid w:val="0029639D"/>
    <w:rsid w:val="002C4D07"/>
    <w:rsid w:val="00326F90"/>
    <w:rsid w:val="003E24C0"/>
    <w:rsid w:val="003F6C2C"/>
    <w:rsid w:val="005502BD"/>
    <w:rsid w:val="00A80BE3"/>
    <w:rsid w:val="00AA1D8D"/>
    <w:rsid w:val="00B47730"/>
    <w:rsid w:val="00BE2807"/>
    <w:rsid w:val="00BF1CBC"/>
    <w:rsid w:val="00C35D0D"/>
    <w:rsid w:val="00CB0664"/>
    <w:rsid w:val="00EA3403"/>
    <w:rsid w:val="00FC693F"/>
    <w:rsid w:val="00FC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46455DC-2AC1-4FE9-9C17-0846549B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F1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F1CB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F1CBC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C2F761-2CA1-465D-8377-C8340178B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4</cp:revision>
  <dcterms:created xsi:type="dcterms:W3CDTF">2026-08-28T06:56:00Z</dcterms:created>
  <dcterms:modified xsi:type="dcterms:W3CDTF">2026-09-17T06:17:00Z</dcterms:modified>
</cp:coreProperties>
</file>