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89" w:type="dxa"/>
        <w:tblInd w:w="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63"/>
        <w:gridCol w:w="2646"/>
        <w:gridCol w:w="2644"/>
        <w:gridCol w:w="3536"/>
      </w:tblGrid>
      <w:tr w:rsidR="00D211D5" w:rsidTr="00A9775B">
        <w:trPr>
          <w:trHeight w:val="530"/>
        </w:trPr>
        <w:tc>
          <w:tcPr>
            <w:tcW w:w="1763" w:type="dxa"/>
            <w:vMerge w:val="restart"/>
          </w:tcPr>
          <w:p w:rsidR="00D211D5" w:rsidRDefault="00D211D5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D211D5" w:rsidRDefault="006E1E14" w:rsidP="00A9775B">
            <w:pPr>
              <w:jc w:val="center"/>
              <w:rPr>
                <w:sz w:val="16"/>
                <w:szCs w:val="16"/>
              </w:rPr>
            </w:pPr>
            <w:r>
              <w:object w:dxaOrig="2190" w:dyaOrig="30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99pt" o:ole="">
                  <v:imagedata r:id="rId8" o:title=""/>
                </v:shape>
                <o:OLEObject Type="Embed" ProgID="PBrush" ShapeID="_x0000_i1025" DrawAspect="Content" ObjectID="_1851489043" r:id="rId9"/>
              </w:object>
            </w:r>
          </w:p>
          <w:p w:rsidR="00D211D5" w:rsidRPr="009077E0" w:rsidRDefault="006E1E14" w:rsidP="00A977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PRIMĂRIA ORAȘULUI MOLDOVA NOUĂ</w:t>
            </w:r>
          </w:p>
          <w:p w:rsidR="00D211D5" w:rsidRDefault="00D211D5" w:rsidP="00A9775B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D211D5" w:rsidRPr="00932795" w:rsidRDefault="00D211D5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Județul Caraș-Severin</w:t>
            </w:r>
          </w:p>
        </w:tc>
      </w:tr>
      <w:tr w:rsidR="00D211D5" w:rsidTr="00A9775B">
        <w:trPr>
          <w:trHeight w:val="529"/>
        </w:trPr>
        <w:tc>
          <w:tcPr>
            <w:tcW w:w="1763" w:type="dxa"/>
            <w:vMerge/>
            <w:tcBorders>
              <w:top w:val="nil"/>
            </w:tcBorders>
          </w:tcPr>
          <w:p w:rsidR="00D211D5" w:rsidRDefault="00D211D5" w:rsidP="00A9775B">
            <w:pPr>
              <w:rPr>
                <w:sz w:val="2"/>
                <w:szCs w:val="2"/>
              </w:rPr>
            </w:pPr>
          </w:p>
        </w:tc>
        <w:tc>
          <w:tcPr>
            <w:tcW w:w="8826" w:type="dxa"/>
            <w:gridSpan w:val="3"/>
            <w:shd w:val="clear" w:color="auto" w:fill="EFEFEF"/>
          </w:tcPr>
          <w:p w:rsidR="00D211D5" w:rsidRPr="00932795" w:rsidRDefault="006E1E14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Primăria Orașului Moldova Nouă</w:t>
            </w:r>
          </w:p>
        </w:tc>
      </w:tr>
      <w:tr w:rsidR="00D211D5" w:rsidTr="00A9775B">
        <w:trPr>
          <w:trHeight w:val="539"/>
        </w:trPr>
        <w:tc>
          <w:tcPr>
            <w:tcW w:w="1763" w:type="dxa"/>
            <w:vMerge/>
            <w:tcBorders>
              <w:top w:val="nil"/>
            </w:tcBorders>
          </w:tcPr>
          <w:p w:rsidR="00D211D5" w:rsidRDefault="00D211D5" w:rsidP="00A9775B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  <w:shd w:val="clear" w:color="auto" w:fill="EFEFEF"/>
          </w:tcPr>
          <w:p w:rsidR="00D211D5" w:rsidRDefault="00D211D5" w:rsidP="00A9775B">
            <w:pPr>
              <w:pStyle w:val="TableParagraph"/>
              <w:rPr>
                <w:b/>
                <w:color w:val="0D5F78"/>
                <w:spacing w:val="-2"/>
                <w:w w:val="105"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Cod</w:t>
            </w:r>
            <w:r w:rsidRPr="00932795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identificare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fiscală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</w:p>
          <w:p w:rsidR="00D211D5" w:rsidRPr="00932795" w:rsidRDefault="006E1E14" w:rsidP="00A9775B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pacing w:val="-2"/>
                <w:w w:val="105"/>
                <w:sz w:val="18"/>
                <w:szCs w:val="18"/>
              </w:rPr>
              <w:t>3227955</w:t>
            </w:r>
          </w:p>
        </w:tc>
        <w:tc>
          <w:tcPr>
            <w:tcW w:w="6180" w:type="dxa"/>
            <w:gridSpan w:val="2"/>
            <w:shd w:val="clear" w:color="auto" w:fill="EFEFEF"/>
          </w:tcPr>
          <w:p w:rsidR="00D211D5" w:rsidRPr="00932795" w:rsidRDefault="00D211D5" w:rsidP="00A9775B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Adresa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oficială</w:t>
            </w:r>
          </w:p>
          <w:p w:rsidR="00D211D5" w:rsidRDefault="006E1E14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Strada Nicolae Bălcescu, nr. 26</w:t>
            </w:r>
            <w:r w:rsidR="00D211D5" w:rsidRPr="00932795">
              <w:rPr>
                <w:b/>
                <w:color w:val="0D5F78"/>
                <w:w w:val="105"/>
                <w:sz w:val="18"/>
                <w:szCs w:val="18"/>
              </w:rPr>
              <w:t>,</w:t>
            </w:r>
            <w:r w:rsidR="00D211D5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325500</w:t>
            </w:r>
            <w:r w:rsidR="00D211D5"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Moldova Nouă</w:t>
            </w:r>
            <w:r w:rsidR="00D211D5">
              <w:rPr>
                <w:b/>
                <w:color w:val="0D5F78"/>
                <w:w w:val="105"/>
                <w:sz w:val="18"/>
                <w:szCs w:val="18"/>
              </w:rPr>
              <w:t>, Caraș-Severin</w:t>
            </w:r>
          </w:p>
          <w:p w:rsidR="00D211D5" w:rsidRDefault="006E1E14" w:rsidP="00A9775B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Tel.: 0255-540997</w:t>
            </w:r>
          </w:p>
          <w:p w:rsidR="00D211D5" w:rsidRPr="00932795" w:rsidRDefault="00D211D5" w:rsidP="006E1E14">
            <w:pPr>
              <w:pStyle w:val="TableParagraph"/>
              <w:ind w:left="103"/>
              <w:rPr>
                <w:i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E-mail: </w:t>
            </w:r>
            <w:r w:rsidR="006E1E14">
              <w:rPr>
                <w:b/>
                <w:color w:val="0D5F78"/>
                <w:w w:val="105"/>
                <w:sz w:val="18"/>
                <w:szCs w:val="18"/>
              </w:rPr>
              <w:t>contact@primariamoldovanoua.ro</w:t>
            </w:r>
          </w:p>
        </w:tc>
      </w:tr>
      <w:tr w:rsidR="00D211D5" w:rsidTr="00A9775B">
        <w:trPr>
          <w:trHeight w:val="530"/>
        </w:trPr>
        <w:tc>
          <w:tcPr>
            <w:tcW w:w="1763" w:type="dxa"/>
            <w:vMerge/>
            <w:tcBorders>
              <w:top w:val="nil"/>
            </w:tcBorders>
          </w:tcPr>
          <w:p w:rsidR="00D211D5" w:rsidRDefault="00D211D5" w:rsidP="00A9775B">
            <w:pPr>
              <w:rPr>
                <w:sz w:val="2"/>
                <w:szCs w:val="2"/>
              </w:rPr>
            </w:pPr>
          </w:p>
        </w:tc>
        <w:tc>
          <w:tcPr>
            <w:tcW w:w="5290" w:type="dxa"/>
            <w:gridSpan w:val="2"/>
            <w:shd w:val="clear" w:color="auto" w:fill="EFEFEF"/>
          </w:tcPr>
          <w:p w:rsidR="00D211D5" w:rsidRPr="00932795" w:rsidRDefault="00D211D5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Număr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înregistrare</w:t>
            </w:r>
          </w:p>
        </w:tc>
        <w:tc>
          <w:tcPr>
            <w:tcW w:w="3536" w:type="dxa"/>
            <w:shd w:val="clear" w:color="auto" w:fill="EFEFEF"/>
          </w:tcPr>
          <w:p w:rsidR="00D211D5" w:rsidRPr="00932795" w:rsidRDefault="00D211D5" w:rsidP="00A9775B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D211D5" w:rsidTr="00A9775B">
        <w:trPr>
          <w:trHeight w:val="186"/>
        </w:trPr>
        <w:tc>
          <w:tcPr>
            <w:tcW w:w="10589" w:type="dxa"/>
            <w:gridSpan w:val="4"/>
            <w:shd w:val="clear" w:color="auto" w:fill="EFEFEF"/>
          </w:tcPr>
          <w:p w:rsidR="00D211D5" w:rsidRDefault="00D211D5" w:rsidP="00A9775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211D5" w:rsidRDefault="00D211D5" w:rsidP="00D211D5">
      <w:pPr>
        <w:spacing w:before="160" w:after="8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AF1FE7" w:rsidRDefault="00F301DB" w:rsidP="00E30FE5">
      <w:pPr>
        <w:spacing w:before="160" w:after="8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0547">
        <w:rPr>
          <w:rFonts w:ascii="Times New Roman" w:hAnsi="Times New Roman"/>
          <w:b/>
          <w:sz w:val="28"/>
          <w:szCs w:val="24"/>
        </w:rPr>
        <w:t>ÎNȘTIINȚARE</w:t>
      </w:r>
      <w:r w:rsidRPr="002E0547">
        <w:rPr>
          <w:rFonts w:ascii="Times New Roman" w:hAnsi="Times New Roman"/>
          <w:b/>
          <w:sz w:val="28"/>
          <w:szCs w:val="24"/>
        </w:rPr>
        <w:br/>
      </w:r>
      <w:r w:rsidRPr="00D211D5">
        <w:rPr>
          <w:rFonts w:ascii="Times New Roman" w:hAnsi="Times New Roman" w:cs="Times New Roman"/>
          <w:sz w:val="24"/>
          <w:szCs w:val="24"/>
        </w:rPr>
        <w:t>privind finalizarea lucrărilor notificate și solicitarea participării reprezentantului UAT la recepție</w:t>
      </w:r>
    </w:p>
    <w:p w:rsidR="00D211D5" w:rsidRPr="00D211D5" w:rsidRDefault="00D211D5" w:rsidP="00E30FE5">
      <w:pPr>
        <w:spacing w:before="160" w:after="8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08"/>
      </w:tblGrid>
      <w:tr w:rsidR="00E30FE5" w:rsidRPr="00D211D5" w:rsidTr="005A67B9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:rsidR="00E30FE5" w:rsidRPr="00D211D5" w:rsidRDefault="00E30FE5" w:rsidP="005A67B9">
            <w:pPr>
              <w:spacing w:before="20" w:after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sz w:val="24"/>
                <w:szCs w:val="24"/>
              </w:rPr>
              <w:t>1. CĂTRE</w:t>
            </w:r>
          </w:p>
        </w:tc>
      </w:tr>
      <w:tr w:rsidR="00E30FE5" w:rsidRPr="00D211D5" w:rsidTr="005A67B9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E30FE5" w:rsidRPr="00D211D5" w:rsidRDefault="00E30FE5" w:rsidP="005A67B9">
            <w:pPr>
              <w:spacing w:after="20" w:line="240" w:lineRule="auto"/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Instituția</w:t>
            </w:r>
          </w:p>
          <w:p w:rsidR="00E30FE5" w:rsidRPr="00D211D5" w:rsidRDefault="006E1E14" w:rsidP="00D211D5">
            <w:pPr>
              <w:spacing w:after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Primăria Orașului Moldova Nouă</w:t>
            </w:r>
          </w:p>
        </w:tc>
      </w:tr>
      <w:tr w:rsidR="00E30FE5" w:rsidRPr="00D211D5" w:rsidTr="005A67B9">
        <w:trPr>
          <w:jc w:val="center"/>
        </w:trPr>
        <w:tc>
          <w:tcPr>
            <w:tcW w:w="109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:rsidR="00E30FE5" w:rsidRPr="00D211D5" w:rsidRDefault="006E1E14" w:rsidP="005A67B9">
            <w:pPr>
              <w:spacing w:after="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24"/>
                <w:szCs w:val="24"/>
              </w:rPr>
              <w:t>Către Primarul Orașului Moldova Nouă</w:t>
            </w:r>
            <w:bookmarkStart w:id="0" w:name="_GoBack"/>
            <w:bookmarkEnd w:id="0"/>
          </w:p>
        </w:tc>
      </w:tr>
    </w:tbl>
    <w:p w:rsidR="00AF1FE7" w:rsidRPr="00D211D5" w:rsidRDefault="00AF1FE7">
      <w:pPr>
        <w:spacing w:before="40"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AF1FE7" w:rsidRPr="00D211D5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before="10" w:after="1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sz w:val="24"/>
                <w:szCs w:val="24"/>
              </w:rPr>
              <w:t>2. SOLICITANTUL</w:t>
            </w:r>
          </w:p>
        </w:tc>
      </w:tr>
      <w:tr w:rsidR="00AF1FE7" w:rsidRPr="00D211D5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CNP</w:t>
            </w:r>
          </w:p>
        </w:tc>
      </w:tr>
      <w:tr w:rsidR="00AF1FE7" w:rsidRPr="00D211D5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Act de identitate</w:t>
            </w:r>
          </w:p>
        </w:tc>
      </w:tr>
      <w:tr w:rsidR="00AF1FE7" w:rsidRPr="00D211D5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La data</w:t>
            </w:r>
          </w:p>
        </w:tc>
      </w:tr>
      <w:tr w:rsidR="00AF1FE7" w:rsidRPr="00D211D5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Domiciliul</w:t>
            </w:r>
          </w:p>
        </w:tc>
      </w:tr>
      <w:tr w:rsidR="00AF1FE7" w:rsidRPr="00D211D5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Satul / sectorul</w:t>
            </w:r>
          </w:p>
        </w:tc>
      </w:tr>
      <w:tr w:rsidR="00AF1FE7" w:rsidRPr="00D211D5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Țara</w:t>
            </w:r>
          </w:p>
        </w:tc>
      </w:tr>
      <w:tr w:rsidR="00AF1FE7" w:rsidRPr="00D211D5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Date de contact</w:t>
            </w:r>
          </w:p>
        </w:tc>
      </w:tr>
      <w:tr w:rsidR="00AF1FE7" w:rsidRPr="00D211D5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0" w:type="dxa"/>
              <w:bottom w:w="7" w:type="dxa"/>
              <w:right w:w="30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E-mail</w:t>
            </w:r>
          </w:p>
        </w:tc>
      </w:tr>
    </w:tbl>
    <w:p w:rsidR="00AF1FE7" w:rsidRPr="00D211D5" w:rsidRDefault="00AF1FE7">
      <w:pPr>
        <w:spacing w:before="40"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AF1FE7" w:rsidRPr="00D211D5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7" w:type="dxa"/>
              <w:left w:w="35" w:type="dxa"/>
              <w:bottom w:w="7" w:type="dxa"/>
              <w:right w:w="35" w:type="dxa"/>
            </w:tcMar>
          </w:tcPr>
          <w:p w:rsidR="00AF1FE7" w:rsidRPr="00D211D5" w:rsidRDefault="00F301DB">
            <w:pPr>
              <w:spacing w:before="10" w:after="1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sz w:val="24"/>
                <w:szCs w:val="24"/>
              </w:rPr>
              <w:t>3. NOTIFICAREA</w:t>
            </w:r>
          </w:p>
        </w:tc>
      </w:tr>
      <w:tr w:rsidR="00AF1FE7" w:rsidRPr="00D211D5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Nr. / data notificării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Proiect nr. / cod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Imobilul</w:t>
            </w:r>
          </w:p>
        </w:tc>
      </w:tr>
    </w:tbl>
    <w:p w:rsidR="00AF1FE7" w:rsidRPr="00D211D5" w:rsidRDefault="00AF1FE7">
      <w:pPr>
        <w:spacing w:before="40"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AF1FE7" w:rsidRPr="00D211D5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7" w:type="dxa"/>
              <w:left w:w="35" w:type="dxa"/>
              <w:bottom w:w="7" w:type="dxa"/>
              <w:right w:w="35" w:type="dxa"/>
            </w:tcMar>
          </w:tcPr>
          <w:p w:rsidR="00AF1FE7" w:rsidRPr="00D211D5" w:rsidRDefault="00F301DB">
            <w:pPr>
              <w:spacing w:before="10" w:after="1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sz w:val="24"/>
                <w:szCs w:val="24"/>
              </w:rPr>
              <w:t>4. EXECUȚIA ȘI RECEPȚIA</w:t>
            </w:r>
          </w:p>
        </w:tc>
      </w:tr>
      <w:tr w:rsidR="00AF1FE7" w:rsidRPr="00D211D5">
        <w:trPr>
          <w:jc w:val="center"/>
        </w:trPr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Data începerii lucrărilor</w:t>
            </w: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br/>
            </w:r>
            <w:r w:rsidRPr="00D211D5">
              <w:rPr>
                <w:rFonts w:ascii="Times New Roman" w:hAnsi="Times New Roman" w:cs="Times New Roman"/>
                <w:i/>
                <w:color w:val="787878"/>
                <w:sz w:val="24"/>
                <w:szCs w:val="24"/>
              </w:rPr>
              <w:t>se declară aici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Data finalizării</w:t>
            </w:r>
          </w:p>
        </w:tc>
      </w:tr>
      <w:tr w:rsidR="00AF1FE7" w:rsidRPr="00D211D5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Data propusă pentru recepție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ora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locul</w:t>
            </w:r>
          </w:p>
        </w:tc>
      </w:tr>
      <w:tr w:rsidR="00AF1FE7" w:rsidRPr="00D211D5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7" w:type="dxa"/>
              <w:left w:w="35" w:type="dxa"/>
              <w:bottom w:w="7" w:type="dxa"/>
              <w:right w:w="35" w:type="dxa"/>
            </w:tcMar>
          </w:tcPr>
          <w:p w:rsidR="00AF1FE7" w:rsidRPr="00D211D5" w:rsidRDefault="00F301DB">
            <w:pPr>
              <w:spacing w:after="1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i/>
                <w:sz w:val="24"/>
                <w:szCs w:val="24"/>
              </w:rPr>
              <w:t>Legea nr.169/2026 privind Codul amenajării teritoriului, urbanismului și construcțiilor nu instituie o înștiințare distinctă privind începerea lucrărilor notificate; data începerii se declară în prezentul formular și se consemnează în procesul-verbal de recepție.</w:t>
            </w:r>
          </w:p>
        </w:tc>
      </w:tr>
    </w:tbl>
    <w:p w:rsidR="00AF1FE7" w:rsidRPr="00D211D5" w:rsidRDefault="00AF1FE7">
      <w:pPr>
        <w:spacing w:before="40"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AF1FE7" w:rsidRPr="00D211D5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22" w:type="dxa"/>
              <w:right w:w="35" w:type="dxa"/>
            </w:tcMar>
          </w:tcPr>
          <w:p w:rsidR="00AF1FE7" w:rsidRPr="00D211D5" w:rsidRDefault="00F301DB">
            <w:pPr>
              <w:spacing w:before="10" w:after="1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sz w:val="24"/>
                <w:szCs w:val="24"/>
              </w:rPr>
              <w:t>5. DATA ȘI SEMNĂTURA</w:t>
            </w:r>
          </w:p>
        </w:tc>
      </w:tr>
      <w:tr w:rsidR="00AF1FE7" w:rsidRPr="00D211D5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:rsidR="00AF1FE7" w:rsidRPr="00D211D5" w:rsidRDefault="00F301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Beneficiarul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22" w:type="dxa"/>
              <w:right w:w="35" w:type="dxa"/>
            </w:tcMar>
          </w:tcPr>
          <w:p w:rsidR="00AF1FE7" w:rsidRDefault="00F301DB">
            <w:pPr>
              <w:spacing w:after="0" w:line="240" w:lineRule="auto"/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</w:pPr>
            <w:r w:rsidRPr="00D211D5"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  <w:t>Semnătura</w:t>
            </w:r>
          </w:p>
          <w:p w:rsidR="00D211D5" w:rsidRDefault="00D211D5">
            <w:pPr>
              <w:spacing w:after="0" w:line="240" w:lineRule="auto"/>
              <w:rPr>
                <w:rFonts w:ascii="Times New Roman" w:hAnsi="Times New Roman" w:cs="Times New Roman"/>
                <w:b/>
                <w:color w:val="004682"/>
                <w:sz w:val="24"/>
                <w:szCs w:val="24"/>
              </w:rPr>
            </w:pPr>
          </w:p>
          <w:p w:rsidR="00D211D5" w:rsidRPr="00D211D5" w:rsidRDefault="00D211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1DD2" w:rsidRPr="00D211D5" w:rsidRDefault="00431DD2">
      <w:pPr>
        <w:rPr>
          <w:rFonts w:ascii="Times New Roman" w:hAnsi="Times New Roman" w:cs="Times New Roman"/>
          <w:sz w:val="24"/>
          <w:szCs w:val="24"/>
        </w:rPr>
      </w:pPr>
    </w:p>
    <w:sectPr w:rsidR="00431DD2" w:rsidRPr="00D211D5" w:rsidSect="00D211D5">
      <w:pgSz w:w="11906" w:h="16838" w:code="9"/>
      <w:pgMar w:top="576" w:right="648" w:bottom="576" w:left="648" w:header="56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CCD" w:rsidRDefault="00D20CCD">
      <w:pPr>
        <w:spacing w:after="0" w:line="240" w:lineRule="auto"/>
      </w:pPr>
      <w:r>
        <w:separator/>
      </w:r>
    </w:p>
  </w:endnote>
  <w:endnote w:type="continuationSeparator" w:id="0">
    <w:p w:rsidR="00D20CCD" w:rsidRDefault="00D20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CCD" w:rsidRDefault="00D20CCD">
      <w:pPr>
        <w:spacing w:after="0" w:line="240" w:lineRule="auto"/>
      </w:pPr>
      <w:r>
        <w:separator/>
      </w:r>
    </w:p>
  </w:footnote>
  <w:footnote w:type="continuationSeparator" w:id="0">
    <w:p w:rsidR="00D20CCD" w:rsidRDefault="00D20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5074B"/>
    <w:rsid w:val="00200FFD"/>
    <w:rsid w:val="0029639D"/>
    <w:rsid w:val="002E0547"/>
    <w:rsid w:val="00326F90"/>
    <w:rsid w:val="00431DD2"/>
    <w:rsid w:val="006E1E14"/>
    <w:rsid w:val="0094177F"/>
    <w:rsid w:val="00AA1D8D"/>
    <w:rsid w:val="00AF1FE7"/>
    <w:rsid w:val="00B47730"/>
    <w:rsid w:val="00CB0664"/>
    <w:rsid w:val="00CE4C4B"/>
    <w:rsid w:val="00D20CCD"/>
    <w:rsid w:val="00D211D5"/>
    <w:rsid w:val="00E30FE5"/>
    <w:rsid w:val="00F301D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F4BAF6F2-8DA4-4BEA-B2CE-69B7D50D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D211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211D5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D211D5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8D4F47-A8F6-419C-B5D3-B8A6E20AC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Urbanism3</cp:lastModifiedBy>
  <cp:revision>3</cp:revision>
  <dcterms:created xsi:type="dcterms:W3CDTF">2026-08-28T07:42:00Z</dcterms:created>
  <dcterms:modified xsi:type="dcterms:W3CDTF">2026-09-21T06:44:00Z</dcterms:modified>
</cp:coreProperties>
</file>