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FB506D" w:rsidTr="00A9775B">
        <w:trPr>
          <w:trHeight w:val="530"/>
        </w:trPr>
        <w:tc>
          <w:tcPr>
            <w:tcW w:w="1763" w:type="dxa"/>
            <w:vMerge w:val="restart"/>
          </w:tcPr>
          <w:p w:rsidR="00FB506D" w:rsidRDefault="00FB506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FB506D" w:rsidRDefault="00365930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490221" r:id="rId9"/>
              </w:object>
            </w:r>
          </w:p>
          <w:p w:rsidR="00FB506D" w:rsidRPr="009077E0" w:rsidRDefault="00365930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FB506D" w:rsidRDefault="00FB506D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FB506D" w:rsidRPr="00932795" w:rsidRDefault="00FB506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FB506D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FB506D" w:rsidRDefault="00FB506D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FB506D" w:rsidRPr="00932795" w:rsidRDefault="00365930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FB506D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FB506D" w:rsidRDefault="00FB506D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FB506D" w:rsidRDefault="00FB506D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FB506D" w:rsidRPr="00932795" w:rsidRDefault="00365930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FB506D" w:rsidRPr="00932795" w:rsidRDefault="00FB506D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FB506D" w:rsidRDefault="00365930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FB506D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FB506D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FB506D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FB506D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FB506D" w:rsidRDefault="00365930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FB506D" w:rsidRPr="00932795" w:rsidRDefault="00FB506D" w:rsidP="00365930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365930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FB506D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FB506D" w:rsidRDefault="00FB506D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FB506D" w:rsidRPr="00932795" w:rsidRDefault="00FB506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FB506D" w:rsidRPr="00932795" w:rsidRDefault="00FB506D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FB506D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FB506D" w:rsidRDefault="00FB506D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FB506D" w:rsidRDefault="00FB506D" w:rsidP="00FB506D">
      <w:pPr>
        <w:spacing w:before="80" w:after="6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 xml:space="preserve">ÎNȘTIINȚARE </w:t>
      </w:r>
    </w:p>
    <w:p w:rsidR="002A57DE" w:rsidRPr="007E3051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7E3051">
        <w:rPr>
          <w:rFonts w:ascii="Times New Roman" w:hAnsi="Times New Roman"/>
          <w:bCs/>
          <w:szCs w:val="20"/>
        </w:rPr>
        <w:t>privind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începerea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execuției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FB506D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2A57DE" w:rsidRPr="00FB506D" w:rsidRDefault="002A57DE" w:rsidP="005A67B9">
            <w:pPr>
              <w:spacing w:before="20" w:after="2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1. CĂTRE</w:t>
            </w:r>
          </w:p>
        </w:tc>
      </w:tr>
      <w:tr w:rsidR="002A57DE" w:rsidRPr="007844E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FB506D" w:rsidRPr="00E331DE" w:rsidRDefault="00FB506D" w:rsidP="00FB506D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:rsidR="002A57DE" w:rsidRPr="007844EA" w:rsidRDefault="001B6109" w:rsidP="00FB506D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Nouă</w:t>
            </w:r>
            <w:proofErr w:type="spellEnd"/>
          </w:p>
        </w:tc>
      </w:tr>
      <w:tr w:rsidR="002A57DE" w:rsidRPr="007844EA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2A57DE" w:rsidRPr="007844EA" w:rsidRDefault="00FB506D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Către</w:t>
            </w:r>
            <w:proofErr w:type="spellEnd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</w:t>
            </w:r>
            <w:r w:rsidR="001B6109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rimarul</w:t>
            </w:r>
            <w:proofErr w:type="spellEnd"/>
            <w:r w:rsidR="001B6109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1B6109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 w:rsidR="001B6109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Nouă</w:t>
            </w:r>
            <w:bookmarkStart w:id="0" w:name="_GoBack"/>
            <w:bookmarkEnd w:id="0"/>
          </w:p>
        </w:tc>
      </w:tr>
    </w:tbl>
    <w:p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FB506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before="10"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2. SOLICITANTUL</w:t>
            </w:r>
          </w:p>
        </w:tc>
      </w:tr>
      <w:tr w:rsidR="00FD1AB0" w:rsidRPr="00FB506D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CNP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color w:val="000000"/>
                <w:sz w:val="20"/>
                <w:szCs w:val="20"/>
              </w:rPr>
              <w:t>Act de identitate</w:t>
            </w:r>
          </w:p>
        </w:tc>
      </w:tr>
      <w:tr w:rsidR="00FD1AB0" w:rsidRPr="00FB506D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La data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color w:val="000000"/>
                <w:sz w:val="20"/>
                <w:szCs w:val="20"/>
              </w:rPr>
              <w:t>Domiciliul</w:t>
            </w:r>
          </w:p>
        </w:tc>
      </w:tr>
      <w:tr w:rsidR="00FD1AB0" w:rsidRPr="00FB506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Satul / sectorul</w:t>
            </w:r>
          </w:p>
        </w:tc>
      </w:tr>
      <w:tr w:rsidR="00FD1AB0" w:rsidRPr="00FB506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Țara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color w:val="000000"/>
                <w:sz w:val="20"/>
                <w:szCs w:val="20"/>
              </w:rPr>
              <w:t>Date de contact</w:t>
            </w:r>
          </w:p>
        </w:tc>
      </w:tr>
      <w:tr w:rsidR="00FD1AB0" w:rsidRPr="00FB506D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E-mail</w:t>
            </w:r>
          </w:p>
        </w:tc>
      </w:tr>
    </w:tbl>
    <w:p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before="10"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3. TITULAR AL AUTORIZAȚIEI DE CONSTRUIRE/DESFIINȚARE</w:t>
            </w:r>
          </w:p>
        </w:tc>
      </w:tr>
      <w:tr w:rsidR="00FD1AB0" w:rsidRPr="00FB506D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Emisă de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i/>
                <w:sz w:val="20"/>
                <w:szCs w:val="20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Denumirea lucrării, capacitatea și categoria de lucrări din autorizație</w:t>
            </w:r>
            <w:r w:rsidRPr="00FB50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FB50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în valoare de (lei)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ADUC LA CUNOȘTINȚĂ</w:t>
            </w:r>
            <w:r w:rsidRPr="00FB506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FB506D">
              <w:rPr>
                <w:rFonts w:ascii="Times New Roman" w:hAnsi="Times New Roman"/>
                <w:sz w:val="20"/>
                <w:szCs w:val="20"/>
              </w:rPr>
              <w:t>Că la data de _______________ ora ________ vor începe lucrările de construcții autorizate</w:t>
            </w:r>
            <w:r w:rsidRPr="00FB506D">
              <w:rPr>
                <w:rFonts w:ascii="Times New Roman" w:hAnsi="Times New Roman"/>
                <w:sz w:val="20"/>
                <w:szCs w:val="20"/>
              </w:rPr>
              <w:br/>
              <w:t>pentru imobilul de mai jos</w:t>
            </w:r>
          </w:p>
        </w:tc>
      </w:tr>
    </w:tbl>
    <w:p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D1AB0" w:rsidRPr="00FB506D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before="10"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4. IMOBILUL</w:t>
            </w:r>
          </w:p>
        </w:tc>
      </w:tr>
      <w:tr w:rsidR="00FD1AB0" w:rsidRPr="00FB506D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sz w:val="20"/>
                <w:szCs w:val="20"/>
              </w:rPr>
              <w:t>☐ teren     ☐ construcții</w:t>
            </w:r>
          </w:p>
        </w:tc>
      </w:tr>
      <w:tr w:rsidR="00FD1AB0" w:rsidRPr="00FB506D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 / sector</w:t>
            </w:r>
          </w:p>
        </w:tc>
      </w:tr>
      <w:tr w:rsidR="00FD1AB0" w:rsidRPr="00FB506D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Bl. / sc. / et. / ap.</w:t>
            </w:r>
          </w:p>
        </w:tc>
      </w:tr>
      <w:tr w:rsidR="00FD1AB0" w:rsidRPr="00FB506D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 cadastral</w:t>
            </w: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r w:rsidRPr="00FB506D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Carte funciară nr.</w:t>
            </w:r>
          </w:p>
        </w:tc>
      </w:tr>
    </w:tbl>
    <w:p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FB506D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D1AB0" w:rsidRPr="00FB506D" w:rsidRDefault="00F40ABC">
            <w:pPr>
              <w:spacing w:before="10" w:after="1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sz w:val="20"/>
                <w:szCs w:val="20"/>
              </w:rPr>
              <w:t>5. DATA ȘI SEMNĂTURA</w:t>
            </w:r>
          </w:p>
        </w:tc>
      </w:tr>
      <w:tr w:rsidR="00FD1AB0" w:rsidRPr="00FB506D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D1AB0" w:rsidRPr="00FB506D" w:rsidRDefault="00F40ABC">
            <w:pPr>
              <w:spacing w:after="0" w:line="240" w:lineRule="auto"/>
              <w:rPr>
                <w:sz w:val="20"/>
                <w:szCs w:val="20"/>
              </w:rPr>
            </w:pPr>
            <w:r w:rsidRPr="00FB506D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</w:p>
        </w:tc>
      </w:tr>
    </w:tbl>
    <w:p w:rsidR="00FD1AB0" w:rsidRPr="00FB506D" w:rsidRDefault="00F40ABC">
      <w:pPr>
        <w:spacing w:before="60" w:after="0" w:line="240" w:lineRule="auto"/>
        <w:rPr>
          <w:sz w:val="18"/>
          <w:szCs w:val="18"/>
        </w:rPr>
      </w:pPr>
      <w:r w:rsidRPr="00FB506D">
        <w:rPr>
          <w:rFonts w:ascii="Times New Roman" w:hAnsi="Times New Roman"/>
          <w:i/>
          <w:color w:val="3C3C3C"/>
          <w:sz w:val="18"/>
          <w:szCs w:val="18"/>
        </w:rPr>
        <w:t xml:space="preserve">Formularul se anexează la autorizația de construire/desființare în două exemplare. Titularul autorizației </w:t>
      </w:r>
      <w:proofErr w:type="gramStart"/>
      <w:r w:rsidRPr="00FB506D">
        <w:rPr>
          <w:rFonts w:ascii="Times New Roman" w:hAnsi="Times New Roman"/>
          <w:i/>
          <w:color w:val="3C3C3C"/>
          <w:sz w:val="18"/>
          <w:szCs w:val="18"/>
        </w:rPr>
        <w:t>este</w:t>
      </w:r>
      <w:proofErr w:type="gramEnd"/>
      <w:r w:rsidRPr="00FB506D">
        <w:rPr>
          <w:rFonts w:ascii="Times New Roman" w:hAnsi="Times New Roman"/>
          <w:i/>
          <w:color w:val="3C3C3C"/>
          <w:sz w:val="18"/>
          <w:szCs w:val="18"/>
        </w:rPr>
        <w:t xml:space="preserve"> obligat să păstreze pe șantier un exemplar al acestei înștiințări, cu numărul și data înregistrării la autoritatea emitentă.</w:t>
      </w:r>
    </w:p>
    <w:sectPr w:rsidR="00FD1AB0" w:rsidRPr="00FB506D" w:rsidSect="00FB506D">
      <w:headerReference w:type="default" r:id="rId10"/>
      <w:footerReference w:type="default" r:id="rId11"/>
      <w:pgSz w:w="11906" w:h="16838" w:code="9"/>
      <w:pgMar w:top="504" w:right="648" w:bottom="504" w:left="648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39F" w:rsidRDefault="0052639F">
      <w:pPr>
        <w:spacing w:after="0" w:line="240" w:lineRule="auto"/>
      </w:pPr>
      <w:r>
        <w:separator/>
      </w:r>
    </w:p>
  </w:endnote>
  <w:endnote w:type="continuationSeparator" w:id="0">
    <w:p w:rsidR="0052639F" w:rsidRDefault="00526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AB0" w:rsidRDefault="00F40ABC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39F" w:rsidRDefault="0052639F">
      <w:pPr>
        <w:spacing w:after="0" w:line="240" w:lineRule="auto"/>
      </w:pPr>
      <w:r>
        <w:separator/>
      </w:r>
    </w:p>
  </w:footnote>
  <w:footnote w:type="continuationSeparator" w:id="0">
    <w:p w:rsidR="0052639F" w:rsidRDefault="00526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AB0" w:rsidRDefault="00FD1AB0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B6109"/>
    <w:rsid w:val="001D0A95"/>
    <w:rsid w:val="00200FFD"/>
    <w:rsid w:val="0029639D"/>
    <w:rsid w:val="002A57DE"/>
    <w:rsid w:val="00321B9A"/>
    <w:rsid w:val="00326F90"/>
    <w:rsid w:val="00365930"/>
    <w:rsid w:val="0052639F"/>
    <w:rsid w:val="00716742"/>
    <w:rsid w:val="007E3051"/>
    <w:rsid w:val="00A6246C"/>
    <w:rsid w:val="00AA1D8D"/>
    <w:rsid w:val="00B47730"/>
    <w:rsid w:val="00CB0664"/>
    <w:rsid w:val="00D96895"/>
    <w:rsid w:val="00F40ABC"/>
    <w:rsid w:val="00FB506D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DB1850A-20B3-42EC-A5A9-3F03AFAB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FB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506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B506D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F76CCE-8A43-4310-B2A6-DE7FFD79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3</cp:revision>
  <dcterms:created xsi:type="dcterms:W3CDTF">2026-08-28T07:45:00Z</dcterms:created>
  <dcterms:modified xsi:type="dcterms:W3CDTF">2026-09-21T07:03:00Z</dcterms:modified>
</cp:coreProperties>
</file>