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589" w:type="dxa"/>
        <w:tblInd w:w="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63"/>
        <w:gridCol w:w="2646"/>
        <w:gridCol w:w="2644"/>
        <w:gridCol w:w="3536"/>
      </w:tblGrid>
      <w:tr w:rsidR="00BD380B" w:rsidTr="00A9775B">
        <w:trPr>
          <w:trHeight w:val="530"/>
        </w:trPr>
        <w:tc>
          <w:tcPr>
            <w:tcW w:w="1763" w:type="dxa"/>
            <w:vMerge w:val="restart"/>
          </w:tcPr>
          <w:p w:rsidR="00BD380B" w:rsidRDefault="00BD380B" w:rsidP="00A9775B">
            <w:pPr>
              <w:pStyle w:val="TableParagraph"/>
              <w:spacing w:before="0"/>
              <w:ind w:left="0"/>
              <w:rPr>
                <w:sz w:val="14"/>
              </w:rPr>
            </w:pPr>
          </w:p>
          <w:p w:rsidR="00BD380B" w:rsidRDefault="001B3031" w:rsidP="00A9775B">
            <w:pPr>
              <w:jc w:val="center"/>
              <w:rPr>
                <w:sz w:val="16"/>
                <w:szCs w:val="16"/>
              </w:rPr>
            </w:pPr>
            <w:r>
              <w:object w:dxaOrig="2190" w:dyaOrig="309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in;height:99pt" o:ole="">
                  <v:imagedata r:id="rId8" o:title=""/>
                </v:shape>
                <o:OLEObject Type="Embed" ProgID="PBrush" ShapeID="_x0000_i1025" DrawAspect="Content" ObjectID="_1852352052" r:id="rId9"/>
              </w:object>
            </w:r>
          </w:p>
          <w:p w:rsidR="00BD380B" w:rsidRPr="009077E0" w:rsidRDefault="001B3031" w:rsidP="00A9775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PRIMĂRIA ORAȘULUI MOLDOVA NOUĂ</w:t>
            </w:r>
          </w:p>
          <w:p w:rsidR="00BD380B" w:rsidRDefault="00BD380B" w:rsidP="00A9775B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8826" w:type="dxa"/>
            <w:gridSpan w:val="3"/>
            <w:shd w:val="clear" w:color="auto" w:fill="EFEFEF"/>
          </w:tcPr>
          <w:p w:rsidR="00BD380B" w:rsidRPr="00932795" w:rsidRDefault="00BD380B" w:rsidP="00A9775B">
            <w:pPr>
              <w:pStyle w:val="TableParagraph"/>
              <w:rPr>
                <w:b/>
                <w:sz w:val="18"/>
                <w:szCs w:val="18"/>
              </w:rPr>
            </w:pPr>
            <w:r w:rsidRPr="00932795">
              <w:rPr>
                <w:b/>
                <w:color w:val="0D5F78"/>
                <w:spacing w:val="-2"/>
                <w:w w:val="105"/>
                <w:sz w:val="18"/>
                <w:szCs w:val="18"/>
              </w:rPr>
              <w:t>Județul Caraș-Severin</w:t>
            </w:r>
          </w:p>
        </w:tc>
      </w:tr>
      <w:tr w:rsidR="00BD380B" w:rsidTr="00A9775B">
        <w:trPr>
          <w:trHeight w:val="529"/>
        </w:trPr>
        <w:tc>
          <w:tcPr>
            <w:tcW w:w="1763" w:type="dxa"/>
            <w:vMerge/>
            <w:tcBorders>
              <w:top w:val="nil"/>
            </w:tcBorders>
          </w:tcPr>
          <w:p w:rsidR="00BD380B" w:rsidRDefault="00BD380B" w:rsidP="00A9775B">
            <w:pPr>
              <w:rPr>
                <w:sz w:val="2"/>
                <w:szCs w:val="2"/>
              </w:rPr>
            </w:pPr>
          </w:p>
        </w:tc>
        <w:tc>
          <w:tcPr>
            <w:tcW w:w="8826" w:type="dxa"/>
            <w:gridSpan w:val="3"/>
            <w:shd w:val="clear" w:color="auto" w:fill="EFEFEF"/>
          </w:tcPr>
          <w:p w:rsidR="00BD380B" w:rsidRPr="00932795" w:rsidRDefault="001B3031" w:rsidP="00A9775B">
            <w:pPr>
              <w:pStyle w:val="TableParagraph"/>
              <w:rPr>
                <w:b/>
                <w:sz w:val="18"/>
                <w:szCs w:val="18"/>
              </w:rPr>
            </w:pPr>
            <w:r>
              <w:rPr>
                <w:b/>
                <w:color w:val="0D5F78"/>
                <w:sz w:val="18"/>
                <w:szCs w:val="18"/>
              </w:rPr>
              <w:t>Primăria Orașului Moldova Nouă</w:t>
            </w:r>
          </w:p>
        </w:tc>
      </w:tr>
      <w:tr w:rsidR="00BD380B" w:rsidTr="00A9775B">
        <w:trPr>
          <w:trHeight w:val="539"/>
        </w:trPr>
        <w:tc>
          <w:tcPr>
            <w:tcW w:w="1763" w:type="dxa"/>
            <w:vMerge/>
            <w:tcBorders>
              <w:top w:val="nil"/>
            </w:tcBorders>
          </w:tcPr>
          <w:p w:rsidR="00BD380B" w:rsidRDefault="00BD380B" w:rsidP="00A9775B">
            <w:pPr>
              <w:rPr>
                <w:sz w:val="2"/>
                <w:szCs w:val="2"/>
              </w:rPr>
            </w:pPr>
          </w:p>
        </w:tc>
        <w:tc>
          <w:tcPr>
            <w:tcW w:w="2646" w:type="dxa"/>
            <w:shd w:val="clear" w:color="auto" w:fill="EFEFEF"/>
          </w:tcPr>
          <w:p w:rsidR="00BD380B" w:rsidRDefault="00BD380B" w:rsidP="00A9775B">
            <w:pPr>
              <w:pStyle w:val="TableParagraph"/>
              <w:rPr>
                <w:b/>
                <w:color w:val="0D5F78"/>
                <w:spacing w:val="-2"/>
                <w:w w:val="105"/>
                <w:sz w:val="18"/>
                <w:szCs w:val="18"/>
              </w:rPr>
            </w:pPr>
            <w:r w:rsidRPr="00932795">
              <w:rPr>
                <w:b/>
                <w:color w:val="0D5F78"/>
                <w:w w:val="105"/>
                <w:sz w:val="18"/>
                <w:szCs w:val="18"/>
              </w:rPr>
              <w:t>Cod</w:t>
            </w:r>
            <w:r w:rsidRPr="00932795">
              <w:rPr>
                <w:b/>
                <w:color w:val="0D5F78"/>
                <w:spacing w:val="-10"/>
                <w:w w:val="105"/>
                <w:sz w:val="18"/>
                <w:szCs w:val="18"/>
              </w:rPr>
              <w:t xml:space="preserve"> </w:t>
            </w:r>
            <w:r w:rsidRPr="00932795">
              <w:rPr>
                <w:b/>
                <w:color w:val="0D5F78"/>
                <w:w w:val="105"/>
                <w:sz w:val="18"/>
                <w:szCs w:val="18"/>
              </w:rPr>
              <w:t>de</w:t>
            </w:r>
            <w:r w:rsidRPr="00932795">
              <w:rPr>
                <w:b/>
                <w:color w:val="0D5F78"/>
                <w:spacing w:val="-9"/>
                <w:w w:val="105"/>
                <w:sz w:val="18"/>
                <w:szCs w:val="18"/>
              </w:rPr>
              <w:t xml:space="preserve"> </w:t>
            </w:r>
            <w:r w:rsidRPr="00932795">
              <w:rPr>
                <w:b/>
                <w:color w:val="0D5F78"/>
                <w:w w:val="105"/>
                <w:sz w:val="18"/>
                <w:szCs w:val="18"/>
              </w:rPr>
              <w:t>identificare</w:t>
            </w:r>
            <w:r w:rsidRPr="00932795">
              <w:rPr>
                <w:b/>
                <w:color w:val="0D5F78"/>
                <w:spacing w:val="-9"/>
                <w:w w:val="105"/>
                <w:sz w:val="18"/>
                <w:szCs w:val="18"/>
              </w:rPr>
              <w:t xml:space="preserve"> </w:t>
            </w:r>
            <w:r w:rsidRPr="00932795">
              <w:rPr>
                <w:b/>
                <w:color w:val="0D5F78"/>
                <w:w w:val="105"/>
                <w:sz w:val="18"/>
                <w:szCs w:val="18"/>
              </w:rPr>
              <w:t>fiscală</w:t>
            </w:r>
            <w:r w:rsidRPr="00932795">
              <w:rPr>
                <w:b/>
                <w:color w:val="0D5F78"/>
                <w:spacing w:val="-9"/>
                <w:w w:val="105"/>
                <w:sz w:val="18"/>
                <w:szCs w:val="18"/>
              </w:rPr>
              <w:t xml:space="preserve"> </w:t>
            </w:r>
          </w:p>
          <w:p w:rsidR="00BD380B" w:rsidRPr="00932795" w:rsidRDefault="001B3031" w:rsidP="00A9775B">
            <w:pPr>
              <w:pStyle w:val="TableParagraph"/>
              <w:rPr>
                <w:b/>
                <w:sz w:val="18"/>
                <w:szCs w:val="18"/>
              </w:rPr>
            </w:pPr>
            <w:r>
              <w:rPr>
                <w:b/>
                <w:color w:val="0D5F78"/>
                <w:spacing w:val="-2"/>
                <w:w w:val="105"/>
                <w:sz w:val="18"/>
                <w:szCs w:val="18"/>
              </w:rPr>
              <w:t>3227955</w:t>
            </w:r>
          </w:p>
        </w:tc>
        <w:tc>
          <w:tcPr>
            <w:tcW w:w="6180" w:type="dxa"/>
            <w:gridSpan w:val="2"/>
            <w:shd w:val="clear" w:color="auto" w:fill="EFEFEF"/>
          </w:tcPr>
          <w:p w:rsidR="00BD380B" w:rsidRPr="00932795" w:rsidRDefault="00BD380B" w:rsidP="00A9775B">
            <w:pPr>
              <w:pStyle w:val="TableParagraph"/>
              <w:ind w:left="103"/>
              <w:rPr>
                <w:b/>
                <w:sz w:val="18"/>
                <w:szCs w:val="18"/>
              </w:rPr>
            </w:pPr>
            <w:r w:rsidRPr="00932795">
              <w:rPr>
                <w:b/>
                <w:color w:val="0D5F78"/>
                <w:w w:val="105"/>
                <w:sz w:val="18"/>
                <w:szCs w:val="18"/>
              </w:rPr>
              <w:t>Adresa</w:t>
            </w:r>
            <w:r w:rsidRPr="00932795">
              <w:rPr>
                <w:b/>
                <w:color w:val="0D5F78"/>
                <w:spacing w:val="-9"/>
                <w:w w:val="105"/>
                <w:sz w:val="18"/>
                <w:szCs w:val="18"/>
              </w:rPr>
              <w:t xml:space="preserve"> </w:t>
            </w:r>
            <w:r w:rsidRPr="00932795">
              <w:rPr>
                <w:b/>
                <w:color w:val="0D5F78"/>
                <w:spacing w:val="-2"/>
                <w:w w:val="105"/>
                <w:sz w:val="18"/>
                <w:szCs w:val="18"/>
              </w:rPr>
              <w:t>oficială</w:t>
            </w:r>
          </w:p>
          <w:p w:rsidR="00BD380B" w:rsidRDefault="001B3031" w:rsidP="00A9775B">
            <w:pPr>
              <w:pStyle w:val="TableParagraph"/>
              <w:ind w:left="103"/>
              <w:rPr>
                <w:b/>
                <w:color w:val="0D5F78"/>
                <w:w w:val="105"/>
                <w:sz w:val="18"/>
                <w:szCs w:val="18"/>
              </w:rPr>
            </w:pPr>
            <w:r>
              <w:rPr>
                <w:b/>
                <w:color w:val="0D5F78"/>
                <w:w w:val="105"/>
                <w:sz w:val="18"/>
                <w:szCs w:val="18"/>
              </w:rPr>
              <w:t>Strada Nicolae Bălcescu</w:t>
            </w:r>
            <w:r w:rsidR="007D2778">
              <w:rPr>
                <w:b/>
                <w:color w:val="0D5F78"/>
                <w:w w:val="105"/>
                <w:sz w:val="18"/>
                <w:szCs w:val="18"/>
              </w:rPr>
              <w:t>,</w:t>
            </w:r>
            <w:bookmarkStart w:id="0" w:name="_GoBack"/>
            <w:bookmarkEnd w:id="0"/>
            <w:r>
              <w:rPr>
                <w:b/>
                <w:color w:val="0D5F78"/>
                <w:w w:val="105"/>
                <w:sz w:val="18"/>
                <w:szCs w:val="18"/>
              </w:rPr>
              <w:t xml:space="preserve"> Nr. 26</w:t>
            </w:r>
            <w:r w:rsidR="00BD380B" w:rsidRPr="00932795">
              <w:rPr>
                <w:b/>
                <w:color w:val="0D5F78"/>
                <w:w w:val="105"/>
                <w:sz w:val="18"/>
                <w:szCs w:val="18"/>
              </w:rPr>
              <w:t>,</w:t>
            </w:r>
            <w:r w:rsidR="00BD380B">
              <w:rPr>
                <w:b/>
                <w:color w:val="0D5F78"/>
                <w:w w:val="105"/>
                <w:sz w:val="18"/>
                <w:szCs w:val="18"/>
              </w:rPr>
              <w:t xml:space="preserve"> </w:t>
            </w:r>
            <w:r>
              <w:rPr>
                <w:b/>
                <w:color w:val="0D5F78"/>
                <w:w w:val="105"/>
                <w:sz w:val="18"/>
                <w:szCs w:val="18"/>
              </w:rPr>
              <w:t>325500 Moldova Nouă</w:t>
            </w:r>
            <w:r w:rsidR="00BD380B">
              <w:rPr>
                <w:b/>
                <w:color w:val="0D5F78"/>
                <w:w w:val="105"/>
                <w:sz w:val="18"/>
                <w:szCs w:val="18"/>
              </w:rPr>
              <w:t>, Caraș-Severin</w:t>
            </w:r>
          </w:p>
          <w:p w:rsidR="00BD380B" w:rsidRDefault="001B3031" w:rsidP="00A9775B">
            <w:pPr>
              <w:pStyle w:val="TableParagraph"/>
              <w:ind w:left="103"/>
              <w:rPr>
                <w:b/>
                <w:color w:val="0D5F78"/>
                <w:w w:val="105"/>
                <w:sz w:val="18"/>
                <w:szCs w:val="18"/>
              </w:rPr>
            </w:pPr>
            <w:r>
              <w:rPr>
                <w:b/>
                <w:color w:val="0D5F78"/>
                <w:w w:val="105"/>
                <w:sz w:val="18"/>
                <w:szCs w:val="18"/>
              </w:rPr>
              <w:t>Tel.: 0255-540997</w:t>
            </w:r>
          </w:p>
          <w:p w:rsidR="00BD380B" w:rsidRPr="00932795" w:rsidRDefault="00BD380B" w:rsidP="001B3031">
            <w:pPr>
              <w:pStyle w:val="TableParagraph"/>
              <w:ind w:left="103"/>
              <w:rPr>
                <w:i/>
                <w:sz w:val="18"/>
                <w:szCs w:val="18"/>
              </w:rPr>
            </w:pPr>
            <w:r w:rsidRPr="00932795">
              <w:rPr>
                <w:b/>
                <w:color w:val="0D5F78"/>
                <w:w w:val="105"/>
                <w:sz w:val="18"/>
                <w:szCs w:val="18"/>
              </w:rPr>
              <w:t xml:space="preserve">E-mail: </w:t>
            </w:r>
            <w:r w:rsidR="001B3031">
              <w:rPr>
                <w:b/>
                <w:color w:val="0D5F78"/>
                <w:w w:val="105"/>
                <w:sz w:val="18"/>
                <w:szCs w:val="18"/>
              </w:rPr>
              <w:t>contact@primariamoldovanoua.ro</w:t>
            </w:r>
          </w:p>
        </w:tc>
      </w:tr>
      <w:tr w:rsidR="00BD380B" w:rsidTr="00A9775B">
        <w:trPr>
          <w:trHeight w:val="530"/>
        </w:trPr>
        <w:tc>
          <w:tcPr>
            <w:tcW w:w="1763" w:type="dxa"/>
            <w:vMerge/>
            <w:tcBorders>
              <w:top w:val="nil"/>
            </w:tcBorders>
          </w:tcPr>
          <w:p w:rsidR="00BD380B" w:rsidRDefault="00BD380B" w:rsidP="00A9775B">
            <w:pPr>
              <w:rPr>
                <w:sz w:val="2"/>
                <w:szCs w:val="2"/>
              </w:rPr>
            </w:pPr>
          </w:p>
        </w:tc>
        <w:tc>
          <w:tcPr>
            <w:tcW w:w="5290" w:type="dxa"/>
            <w:gridSpan w:val="2"/>
            <w:shd w:val="clear" w:color="auto" w:fill="EFEFEF"/>
          </w:tcPr>
          <w:p w:rsidR="00BD380B" w:rsidRPr="00932795" w:rsidRDefault="00BD380B" w:rsidP="00A9775B">
            <w:pPr>
              <w:pStyle w:val="TableParagraph"/>
              <w:rPr>
                <w:b/>
                <w:sz w:val="18"/>
                <w:szCs w:val="18"/>
              </w:rPr>
            </w:pPr>
            <w:r w:rsidRPr="00932795">
              <w:rPr>
                <w:b/>
                <w:color w:val="0D5F78"/>
                <w:w w:val="105"/>
                <w:sz w:val="18"/>
                <w:szCs w:val="18"/>
              </w:rPr>
              <w:t>Număr</w:t>
            </w:r>
            <w:r w:rsidRPr="00932795">
              <w:rPr>
                <w:b/>
                <w:color w:val="0D5F78"/>
                <w:spacing w:val="-7"/>
                <w:w w:val="105"/>
                <w:sz w:val="18"/>
                <w:szCs w:val="18"/>
              </w:rPr>
              <w:t xml:space="preserve"> </w:t>
            </w:r>
            <w:r w:rsidRPr="00932795">
              <w:rPr>
                <w:b/>
                <w:color w:val="0D5F78"/>
                <w:w w:val="105"/>
                <w:sz w:val="18"/>
                <w:szCs w:val="18"/>
              </w:rPr>
              <w:t>de</w:t>
            </w:r>
            <w:r w:rsidRPr="00932795">
              <w:rPr>
                <w:b/>
                <w:color w:val="0D5F78"/>
                <w:spacing w:val="-7"/>
                <w:w w:val="105"/>
                <w:sz w:val="18"/>
                <w:szCs w:val="18"/>
              </w:rPr>
              <w:t xml:space="preserve"> </w:t>
            </w:r>
            <w:r w:rsidRPr="00932795">
              <w:rPr>
                <w:b/>
                <w:color w:val="0D5F78"/>
                <w:spacing w:val="-2"/>
                <w:w w:val="105"/>
                <w:sz w:val="18"/>
                <w:szCs w:val="18"/>
              </w:rPr>
              <w:t>înregistrare</w:t>
            </w:r>
          </w:p>
        </w:tc>
        <w:tc>
          <w:tcPr>
            <w:tcW w:w="3536" w:type="dxa"/>
            <w:shd w:val="clear" w:color="auto" w:fill="EFEFEF"/>
          </w:tcPr>
          <w:p w:rsidR="00BD380B" w:rsidRPr="00932795" w:rsidRDefault="00BD380B" w:rsidP="00A9775B">
            <w:pPr>
              <w:pStyle w:val="TableParagraph"/>
              <w:rPr>
                <w:b/>
                <w:sz w:val="18"/>
                <w:szCs w:val="18"/>
              </w:rPr>
            </w:pPr>
            <w:r w:rsidRPr="00932795">
              <w:rPr>
                <w:b/>
                <w:color w:val="0D5F78"/>
                <w:spacing w:val="-4"/>
                <w:w w:val="105"/>
                <w:sz w:val="18"/>
                <w:szCs w:val="18"/>
              </w:rPr>
              <w:t>Data</w:t>
            </w:r>
          </w:p>
        </w:tc>
      </w:tr>
      <w:tr w:rsidR="00BD380B" w:rsidTr="00A9775B">
        <w:trPr>
          <w:trHeight w:val="186"/>
        </w:trPr>
        <w:tc>
          <w:tcPr>
            <w:tcW w:w="10589" w:type="dxa"/>
            <w:gridSpan w:val="4"/>
            <w:shd w:val="clear" w:color="auto" w:fill="EFEFEF"/>
          </w:tcPr>
          <w:p w:rsidR="00BD380B" w:rsidRDefault="00BD380B" w:rsidP="00A9775B">
            <w:pPr>
              <w:pStyle w:val="TableParagraph"/>
              <w:spacing w:line="143" w:lineRule="exact"/>
              <w:ind w:left="140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completează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de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autoritate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—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solicitantul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nu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scrie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în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această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4"/>
                <w:w w:val="105"/>
                <w:sz w:val="14"/>
              </w:rPr>
              <w:t>zonă</w:t>
            </w:r>
          </w:p>
        </w:tc>
      </w:tr>
    </w:tbl>
    <w:p w:rsidR="00292776" w:rsidRPr="00292776" w:rsidRDefault="00292776" w:rsidP="00292776">
      <w:pPr>
        <w:spacing w:before="80" w:after="60" w:line="240" w:lineRule="auto"/>
        <w:jc w:val="center"/>
        <w:rPr>
          <w:rFonts w:ascii="Times New Roman" w:hAnsi="Times New Roman"/>
          <w:b/>
          <w:sz w:val="28"/>
          <w:szCs w:val="24"/>
        </w:rPr>
      </w:pPr>
      <w:r w:rsidRPr="00292776">
        <w:rPr>
          <w:rFonts w:ascii="Times New Roman" w:hAnsi="Times New Roman"/>
          <w:b/>
          <w:sz w:val="28"/>
          <w:szCs w:val="24"/>
        </w:rPr>
        <w:t>ÎNȘTIINȚARE</w:t>
      </w:r>
    </w:p>
    <w:p w:rsidR="00292776" w:rsidRDefault="00292776" w:rsidP="00292776">
      <w:pPr>
        <w:spacing w:before="44"/>
        <w:ind w:left="2949" w:right="2949"/>
        <w:jc w:val="center"/>
        <w:rPr>
          <w:sz w:val="18"/>
        </w:rPr>
      </w:pPr>
      <w:proofErr w:type="spellStart"/>
      <w:proofErr w:type="gramStart"/>
      <w:r>
        <w:rPr>
          <w:sz w:val="18"/>
        </w:rPr>
        <w:t>privind</w:t>
      </w:r>
      <w:proofErr w:type="spellEnd"/>
      <w:proofErr w:type="gramEnd"/>
      <w:r>
        <w:rPr>
          <w:spacing w:val="14"/>
          <w:sz w:val="18"/>
        </w:rPr>
        <w:t xml:space="preserve"> </w:t>
      </w:r>
      <w:proofErr w:type="spellStart"/>
      <w:r>
        <w:rPr>
          <w:sz w:val="18"/>
        </w:rPr>
        <w:t>încheierea</w:t>
      </w:r>
      <w:proofErr w:type="spellEnd"/>
      <w:r>
        <w:rPr>
          <w:spacing w:val="14"/>
          <w:sz w:val="18"/>
        </w:rPr>
        <w:t xml:space="preserve"> </w:t>
      </w:r>
      <w:proofErr w:type="spellStart"/>
      <w:r>
        <w:rPr>
          <w:sz w:val="18"/>
        </w:rPr>
        <w:t>execuției</w:t>
      </w:r>
      <w:proofErr w:type="spellEnd"/>
      <w:r>
        <w:rPr>
          <w:spacing w:val="14"/>
          <w:sz w:val="18"/>
        </w:rPr>
        <w:t xml:space="preserve"> </w:t>
      </w:r>
      <w:proofErr w:type="spellStart"/>
      <w:r>
        <w:rPr>
          <w:spacing w:val="-2"/>
          <w:sz w:val="18"/>
        </w:rPr>
        <w:t>lucrărilor</w:t>
      </w:r>
      <w:proofErr w:type="spellEnd"/>
    </w:p>
    <w:tbl>
      <w:tblPr>
        <w:tblW w:w="10800" w:type="dxa"/>
        <w:jc w:val="center"/>
        <w:tblLayout w:type="fixed"/>
        <w:tblLook w:val="04A0" w:firstRow="1" w:lastRow="0" w:firstColumn="1" w:lastColumn="0" w:noHBand="0" w:noVBand="1"/>
      </w:tblPr>
      <w:tblGrid>
        <w:gridCol w:w="10800"/>
      </w:tblGrid>
      <w:tr w:rsidR="00AD61E5" w:rsidRPr="00BD380B" w:rsidTr="00BD380B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20" w:type="dxa"/>
              <w:left w:w="50" w:type="dxa"/>
              <w:bottom w:w="20" w:type="dxa"/>
              <w:right w:w="50" w:type="dxa"/>
            </w:tcMar>
          </w:tcPr>
          <w:p w:rsidR="00AD61E5" w:rsidRPr="00BD380B" w:rsidRDefault="00AD61E5" w:rsidP="005A67B9">
            <w:pPr>
              <w:spacing w:before="20" w:after="20" w:line="240" w:lineRule="auto"/>
              <w:rPr>
                <w:sz w:val="20"/>
                <w:szCs w:val="20"/>
              </w:rPr>
            </w:pPr>
            <w:r w:rsidRPr="00BD380B">
              <w:rPr>
                <w:rFonts w:ascii="Times New Roman" w:hAnsi="Times New Roman"/>
                <w:b/>
                <w:sz w:val="20"/>
                <w:szCs w:val="20"/>
              </w:rPr>
              <w:t>1. CĂTRE</w:t>
            </w:r>
          </w:p>
        </w:tc>
      </w:tr>
      <w:tr w:rsidR="00BD380B" w:rsidRPr="007844EA" w:rsidTr="00BD380B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50" w:type="dxa"/>
              <w:bottom w:w="20" w:type="dxa"/>
              <w:right w:w="50" w:type="dxa"/>
            </w:tcMar>
          </w:tcPr>
          <w:p w:rsidR="00BD380B" w:rsidRPr="00E331DE" w:rsidRDefault="00BD380B" w:rsidP="00A9775B">
            <w:pPr>
              <w:spacing w:after="20" w:line="240" w:lineRule="auto"/>
              <w:rPr>
                <w:rFonts w:ascii="Times New Roman" w:hAnsi="Times New Roman"/>
                <w:b/>
                <w:color w:val="004682"/>
                <w:sz w:val="20"/>
                <w:szCs w:val="28"/>
              </w:rPr>
            </w:pPr>
            <w:proofErr w:type="spellStart"/>
            <w:r w:rsidRPr="00E331DE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Instituția</w:t>
            </w:r>
            <w:proofErr w:type="spellEnd"/>
          </w:p>
          <w:p w:rsidR="00BD380B" w:rsidRPr="0066163D" w:rsidRDefault="00190D4D" w:rsidP="00A9775B">
            <w:pPr>
              <w:spacing w:after="20" w:line="240" w:lineRule="auto"/>
              <w:rPr>
                <w:rFonts w:ascii="Times New Roman" w:hAnsi="Times New Roman"/>
                <w:b/>
                <w:color w:val="004682"/>
                <w:sz w:val="20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Primăria</w:t>
            </w:r>
            <w:proofErr w:type="spellEnd"/>
            <w:r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Orașului</w:t>
            </w:r>
            <w:proofErr w:type="spellEnd"/>
            <w:r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 xml:space="preserve"> Moldova </w:t>
            </w:r>
            <w:proofErr w:type="spellStart"/>
            <w:r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Nouă</w:t>
            </w:r>
            <w:proofErr w:type="spellEnd"/>
          </w:p>
        </w:tc>
      </w:tr>
      <w:tr w:rsidR="00BD380B" w:rsidRPr="007844EA" w:rsidTr="00BD380B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50" w:type="dxa"/>
              <w:bottom w:w="20" w:type="dxa"/>
              <w:right w:w="50" w:type="dxa"/>
            </w:tcMar>
          </w:tcPr>
          <w:p w:rsidR="00BD380B" w:rsidRPr="0066163D" w:rsidRDefault="00BD380B" w:rsidP="00A9775B">
            <w:pPr>
              <w:spacing w:after="20" w:line="240" w:lineRule="auto"/>
              <w:rPr>
                <w:rFonts w:ascii="Times New Roman" w:hAnsi="Times New Roman"/>
                <w:b/>
                <w:color w:val="004682"/>
                <w:sz w:val="20"/>
                <w:szCs w:val="28"/>
              </w:rPr>
            </w:pPr>
            <w:proofErr w:type="spellStart"/>
            <w:r w:rsidRPr="0066163D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Către</w:t>
            </w:r>
            <w:proofErr w:type="spellEnd"/>
            <w:r w:rsidRPr="0066163D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P</w:t>
            </w:r>
            <w:r w:rsidR="00190D4D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rimarul</w:t>
            </w:r>
            <w:proofErr w:type="spellEnd"/>
            <w:r w:rsidR="00190D4D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 xml:space="preserve"> </w:t>
            </w:r>
            <w:proofErr w:type="spellStart"/>
            <w:r w:rsidR="00190D4D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Orașului</w:t>
            </w:r>
            <w:proofErr w:type="spellEnd"/>
            <w:r w:rsidR="00190D4D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 xml:space="preserve"> Moldova Nouă</w:t>
            </w:r>
          </w:p>
        </w:tc>
      </w:tr>
    </w:tbl>
    <w:p w:rsidR="00F24549" w:rsidRPr="00AD61E5" w:rsidRDefault="00F24549">
      <w:pPr>
        <w:spacing w:before="2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24"/>
        <w:gridCol w:w="1824"/>
        <w:gridCol w:w="912"/>
        <w:gridCol w:w="912"/>
        <w:gridCol w:w="912"/>
        <w:gridCol w:w="912"/>
        <w:gridCol w:w="912"/>
        <w:gridCol w:w="912"/>
        <w:gridCol w:w="1824"/>
      </w:tblGrid>
      <w:tr w:rsidR="00F24549" w:rsidRPr="00BD380B">
        <w:trPr>
          <w:jc w:val="center"/>
        </w:trPr>
        <w:tc>
          <w:tcPr>
            <w:tcW w:w="10944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10" w:type="dxa"/>
              <w:left w:w="30" w:type="dxa"/>
              <w:bottom w:w="10" w:type="dxa"/>
              <w:right w:w="30" w:type="dxa"/>
            </w:tcMar>
          </w:tcPr>
          <w:p w:rsidR="00F24549" w:rsidRPr="00BD380B" w:rsidRDefault="002E27C8">
            <w:pPr>
              <w:spacing w:before="10" w:after="10" w:line="240" w:lineRule="auto"/>
              <w:rPr>
                <w:sz w:val="20"/>
                <w:szCs w:val="20"/>
              </w:rPr>
            </w:pPr>
            <w:r w:rsidRPr="00BD380B">
              <w:rPr>
                <w:rFonts w:ascii="Times New Roman" w:hAnsi="Times New Roman"/>
                <w:b/>
                <w:sz w:val="20"/>
                <w:szCs w:val="20"/>
              </w:rPr>
              <w:t>2. SOLICITANTUL</w:t>
            </w:r>
          </w:p>
        </w:tc>
      </w:tr>
      <w:tr w:rsidR="00F24549" w:rsidRPr="00BD380B">
        <w:trPr>
          <w:jc w:val="center"/>
        </w:trPr>
        <w:tc>
          <w:tcPr>
            <w:tcW w:w="7296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:rsidR="00F24549" w:rsidRPr="00BD380B" w:rsidRDefault="002E27C8">
            <w:pPr>
              <w:spacing w:after="0" w:line="240" w:lineRule="auto"/>
              <w:rPr>
                <w:sz w:val="20"/>
                <w:szCs w:val="20"/>
              </w:rPr>
            </w:pPr>
            <w:r w:rsidRPr="00BD380B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>Nume și prenume</w:t>
            </w:r>
          </w:p>
        </w:tc>
        <w:tc>
          <w:tcPr>
            <w:tcW w:w="3648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:rsidR="00F24549" w:rsidRPr="00BD380B" w:rsidRDefault="002E27C8">
            <w:pPr>
              <w:spacing w:after="0" w:line="240" w:lineRule="auto"/>
              <w:rPr>
                <w:sz w:val="20"/>
                <w:szCs w:val="20"/>
              </w:rPr>
            </w:pPr>
            <w:r w:rsidRPr="00BD380B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>CNP</w:t>
            </w:r>
          </w:p>
        </w:tc>
      </w:tr>
      <w:tr w:rsidR="00F24549" w:rsidRPr="00BD380B">
        <w:trPr>
          <w:jc w:val="center"/>
        </w:trPr>
        <w:tc>
          <w:tcPr>
            <w:tcW w:w="10944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:rsidR="00F24549" w:rsidRPr="00BD380B" w:rsidRDefault="002E27C8">
            <w:pPr>
              <w:spacing w:after="0" w:line="240" w:lineRule="auto"/>
              <w:rPr>
                <w:sz w:val="20"/>
                <w:szCs w:val="20"/>
              </w:rPr>
            </w:pPr>
            <w:r w:rsidRPr="00BD380B">
              <w:rPr>
                <w:rFonts w:ascii="Times New Roman" w:hAnsi="Times New Roman"/>
                <w:color w:val="000000"/>
                <w:sz w:val="20"/>
                <w:szCs w:val="20"/>
              </w:rPr>
              <w:t>Act de identitate</w:t>
            </w:r>
          </w:p>
        </w:tc>
      </w:tr>
      <w:tr w:rsidR="00F24549" w:rsidRPr="00BD380B">
        <w:trPr>
          <w:jc w:val="center"/>
        </w:trPr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:rsidR="00F24549" w:rsidRPr="00BD380B" w:rsidRDefault="002E27C8">
            <w:pPr>
              <w:spacing w:after="0" w:line="240" w:lineRule="auto"/>
              <w:rPr>
                <w:sz w:val="20"/>
                <w:szCs w:val="20"/>
              </w:rPr>
            </w:pPr>
            <w:r w:rsidRPr="00BD380B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>Seria</w:t>
            </w:r>
          </w:p>
        </w:tc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:rsidR="00F24549" w:rsidRPr="00BD380B" w:rsidRDefault="002E27C8">
            <w:pPr>
              <w:spacing w:after="0" w:line="240" w:lineRule="auto"/>
              <w:rPr>
                <w:sz w:val="20"/>
                <w:szCs w:val="20"/>
              </w:rPr>
            </w:pPr>
            <w:r w:rsidRPr="00BD380B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>Numărul</w:t>
            </w:r>
          </w:p>
        </w:tc>
        <w:tc>
          <w:tcPr>
            <w:tcW w:w="4560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:rsidR="00F24549" w:rsidRPr="00BD380B" w:rsidRDefault="002E27C8">
            <w:pPr>
              <w:spacing w:after="0" w:line="240" w:lineRule="auto"/>
              <w:rPr>
                <w:sz w:val="20"/>
                <w:szCs w:val="20"/>
              </w:rPr>
            </w:pPr>
            <w:r w:rsidRPr="00BD380B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>Eliberat de</w:t>
            </w:r>
          </w:p>
        </w:tc>
        <w:tc>
          <w:tcPr>
            <w:tcW w:w="273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:rsidR="00F24549" w:rsidRPr="00BD380B" w:rsidRDefault="002E27C8">
            <w:pPr>
              <w:spacing w:after="0" w:line="240" w:lineRule="auto"/>
              <w:rPr>
                <w:sz w:val="20"/>
                <w:szCs w:val="20"/>
              </w:rPr>
            </w:pPr>
            <w:r w:rsidRPr="00BD380B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>La data</w:t>
            </w:r>
          </w:p>
        </w:tc>
      </w:tr>
      <w:tr w:rsidR="00F24549" w:rsidRPr="00BD380B">
        <w:trPr>
          <w:jc w:val="center"/>
        </w:trPr>
        <w:tc>
          <w:tcPr>
            <w:tcW w:w="10944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:rsidR="00F24549" w:rsidRPr="00BD380B" w:rsidRDefault="002E27C8">
            <w:pPr>
              <w:spacing w:after="0" w:line="240" w:lineRule="auto"/>
              <w:rPr>
                <w:sz w:val="20"/>
                <w:szCs w:val="20"/>
              </w:rPr>
            </w:pPr>
            <w:r w:rsidRPr="00BD380B">
              <w:rPr>
                <w:rFonts w:ascii="Times New Roman" w:hAnsi="Times New Roman"/>
                <w:color w:val="000000"/>
                <w:sz w:val="20"/>
                <w:szCs w:val="20"/>
              </w:rPr>
              <w:t>Domiciliul</w:t>
            </w:r>
          </w:p>
        </w:tc>
      </w:tr>
      <w:tr w:rsidR="00F24549" w:rsidRPr="00BD380B">
        <w:trPr>
          <w:jc w:val="center"/>
        </w:trPr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:rsidR="00F24549" w:rsidRPr="00BD380B" w:rsidRDefault="002E27C8">
            <w:pPr>
              <w:spacing w:after="0" w:line="240" w:lineRule="auto"/>
              <w:rPr>
                <w:sz w:val="20"/>
                <w:szCs w:val="20"/>
              </w:rPr>
            </w:pPr>
            <w:r w:rsidRPr="00BD380B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>Județul</w:t>
            </w:r>
          </w:p>
        </w:tc>
        <w:tc>
          <w:tcPr>
            <w:tcW w:w="3648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:rsidR="00F24549" w:rsidRPr="00BD380B" w:rsidRDefault="002E27C8">
            <w:pPr>
              <w:spacing w:after="0" w:line="240" w:lineRule="auto"/>
              <w:rPr>
                <w:sz w:val="20"/>
                <w:szCs w:val="20"/>
              </w:rPr>
            </w:pPr>
            <w:r w:rsidRPr="00BD380B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>Municipiul / orașul / comuna</w:t>
            </w:r>
          </w:p>
        </w:tc>
        <w:tc>
          <w:tcPr>
            <w:tcW w:w="3648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:rsidR="00F24549" w:rsidRPr="00BD380B" w:rsidRDefault="002E27C8">
            <w:pPr>
              <w:spacing w:after="0" w:line="240" w:lineRule="auto"/>
              <w:rPr>
                <w:sz w:val="20"/>
                <w:szCs w:val="20"/>
              </w:rPr>
            </w:pPr>
            <w:r w:rsidRPr="00BD380B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>Satul / sectorul</w:t>
            </w:r>
          </w:p>
        </w:tc>
      </w:tr>
      <w:tr w:rsidR="00F24549" w:rsidRPr="00BD380B">
        <w:trPr>
          <w:jc w:val="center"/>
        </w:trPr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:rsidR="00F24549" w:rsidRPr="00BD380B" w:rsidRDefault="002E27C8">
            <w:pPr>
              <w:spacing w:after="0" w:line="240" w:lineRule="auto"/>
              <w:rPr>
                <w:sz w:val="20"/>
                <w:szCs w:val="20"/>
              </w:rPr>
            </w:pPr>
            <w:r w:rsidRPr="00BD380B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>Strada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:rsidR="00F24549" w:rsidRPr="00BD380B" w:rsidRDefault="002E27C8">
            <w:pPr>
              <w:spacing w:after="0" w:line="240" w:lineRule="auto"/>
              <w:rPr>
                <w:sz w:val="20"/>
                <w:szCs w:val="20"/>
              </w:rPr>
            </w:pPr>
            <w:r w:rsidRPr="00BD380B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>Nr.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:rsidR="00F24549" w:rsidRPr="00BD380B" w:rsidRDefault="002E27C8">
            <w:pPr>
              <w:spacing w:after="0" w:line="240" w:lineRule="auto"/>
              <w:rPr>
                <w:sz w:val="20"/>
                <w:szCs w:val="20"/>
              </w:rPr>
            </w:pPr>
            <w:r w:rsidRPr="00BD380B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>Sc.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:rsidR="00F24549" w:rsidRPr="00BD380B" w:rsidRDefault="002E27C8">
            <w:pPr>
              <w:spacing w:after="0" w:line="240" w:lineRule="auto"/>
              <w:rPr>
                <w:sz w:val="20"/>
                <w:szCs w:val="20"/>
              </w:rPr>
            </w:pPr>
            <w:r w:rsidRPr="00BD380B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>Et.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:rsidR="00F24549" w:rsidRPr="00BD380B" w:rsidRDefault="002E27C8">
            <w:pPr>
              <w:spacing w:after="0" w:line="240" w:lineRule="auto"/>
              <w:rPr>
                <w:sz w:val="20"/>
                <w:szCs w:val="20"/>
              </w:rPr>
            </w:pPr>
            <w:r w:rsidRPr="00BD380B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>Ap.</w:t>
            </w:r>
          </w:p>
        </w:tc>
        <w:tc>
          <w:tcPr>
            <w:tcW w:w="1824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:rsidR="00F24549" w:rsidRPr="00BD380B" w:rsidRDefault="002E27C8">
            <w:pPr>
              <w:spacing w:after="0" w:line="240" w:lineRule="auto"/>
              <w:rPr>
                <w:sz w:val="20"/>
                <w:szCs w:val="20"/>
              </w:rPr>
            </w:pPr>
            <w:r w:rsidRPr="00BD380B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>Cod poștal</w:t>
            </w:r>
          </w:p>
        </w:tc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:rsidR="00F24549" w:rsidRPr="00BD380B" w:rsidRDefault="002E27C8">
            <w:pPr>
              <w:spacing w:after="0" w:line="240" w:lineRule="auto"/>
              <w:rPr>
                <w:sz w:val="20"/>
                <w:szCs w:val="20"/>
              </w:rPr>
            </w:pPr>
            <w:r w:rsidRPr="00BD380B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>Țara</w:t>
            </w:r>
          </w:p>
        </w:tc>
      </w:tr>
      <w:tr w:rsidR="00F24549" w:rsidRPr="00BD380B">
        <w:trPr>
          <w:jc w:val="center"/>
        </w:trPr>
        <w:tc>
          <w:tcPr>
            <w:tcW w:w="10944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:rsidR="00F24549" w:rsidRPr="00BD380B" w:rsidRDefault="002E27C8">
            <w:pPr>
              <w:spacing w:after="0" w:line="240" w:lineRule="auto"/>
              <w:rPr>
                <w:sz w:val="20"/>
                <w:szCs w:val="20"/>
              </w:rPr>
            </w:pPr>
            <w:r w:rsidRPr="00BD380B">
              <w:rPr>
                <w:rFonts w:ascii="Times New Roman" w:hAnsi="Times New Roman"/>
                <w:color w:val="000000"/>
                <w:sz w:val="20"/>
                <w:szCs w:val="20"/>
              </w:rPr>
              <w:t>Date de contact</w:t>
            </w:r>
          </w:p>
        </w:tc>
      </w:tr>
      <w:tr w:rsidR="00F24549" w:rsidRPr="00BD380B">
        <w:trPr>
          <w:jc w:val="center"/>
        </w:trPr>
        <w:tc>
          <w:tcPr>
            <w:tcW w:w="5472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:rsidR="00F24549" w:rsidRPr="00BD380B" w:rsidRDefault="002E27C8">
            <w:pPr>
              <w:spacing w:after="0" w:line="240" w:lineRule="auto"/>
              <w:rPr>
                <w:sz w:val="20"/>
                <w:szCs w:val="20"/>
              </w:rPr>
            </w:pPr>
            <w:r w:rsidRPr="00BD380B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>Telefon / fax</w:t>
            </w:r>
          </w:p>
        </w:tc>
        <w:tc>
          <w:tcPr>
            <w:tcW w:w="5472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:rsidR="00F24549" w:rsidRPr="00BD380B" w:rsidRDefault="002E27C8">
            <w:pPr>
              <w:spacing w:after="0" w:line="240" w:lineRule="auto"/>
              <w:rPr>
                <w:sz w:val="20"/>
                <w:szCs w:val="20"/>
              </w:rPr>
            </w:pPr>
            <w:r w:rsidRPr="00BD380B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>E-mail</w:t>
            </w:r>
          </w:p>
        </w:tc>
      </w:tr>
    </w:tbl>
    <w:p w:rsidR="00F24549" w:rsidRPr="00AD61E5" w:rsidRDefault="00F24549">
      <w:pPr>
        <w:spacing w:before="20" w:after="0"/>
        <w:rPr>
          <w:sz w:val="24"/>
          <w:szCs w:val="24"/>
        </w:rPr>
      </w:pPr>
    </w:p>
    <w:tbl>
      <w:tblPr>
        <w:tblW w:w="11056" w:type="dxa"/>
        <w:jc w:val="center"/>
        <w:tblLayout w:type="fixed"/>
        <w:tblLook w:val="04A0" w:firstRow="1" w:lastRow="0" w:firstColumn="1" w:lastColumn="0" w:noHBand="0" w:noVBand="1"/>
      </w:tblPr>
      <w:tblGrid>
        <w:gridCol w:w="112"/>
        <w:gridCol w:w="3397"/>
        <w:gridCol w:w="251"/>
        <w:gridCol w:w="1307"/>
        <w:gridCol w:w="2341"/>
        <w:gridCol w:w="3507"/>
        <w:gridCol w:w="141"/>
      </w:tblGrid>
      <w:tr w:rsidR="00F24549" w:rsidRPr="00BD380B" w:rsidTr="00292776">
        <w:trPr>
          <w:gridBefore w:val="1"/>
          <w:wBefore w:w="112" w:type="dxa"/>
          <w:jc w:val="center"/>
        </w:trPr>
        <w:tc>
          <w:tcPr>
            <w:tcW w:w="10944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9" w:type="dxa"/>
              <w:left w:w="30" w:type="dxa"/>
              <w:bottom w:w="9" w:type="dxa"/>
              <w:right w:w="30" w:type="dxa"/>
            </w:tcMar>
          </w:tcPr>
          <w:p w:rsidR="00F24549" w:rsidRPr="00BD380B" w:rsidRDefault="002E27C8">
            <w:pPr>
              <w:spacing w:before="10" w:after="10" w:line="240" w:lineRule="auto"/>
              <w:rPr>
                <w:sz w:val="20"/>
                <w:szCs w:val="20"/>
              </w:rPr>
            </w:pPr>
            <w:r w:rsidRPr="00BD380B">
              <w:rPr>
                <w:rFonts w:ascii="Times New Roman" w:hAnsi="Times New Roman"/>
                <w:b/>
                <w:sz w:val="20"/>
                <w:szCs w:val="20"/>
              </w:rPr>
              <w:t>3. TITULAR AL AUTORIZAȚIEI DE CONSTRUIRE / DESFIINȚARE</w:t>
            </w:r>
          </w:p>
        </w:tc>
      </w:tr>
      <w:tr w:rsidR="00F24549" w:rsidRPr="00BD380B" w:rsidTr="00292776">
        <w:trPr>
          <w:gridBefore w:val="1"/>
          <w:wBefore w:w="112" w:type="dxa"/>
          <w:jc w:val="center"/>
        </w:trPr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9" w:type="dxa"/>
              <w:left w:w="30" w:type="dxa"/>
              <w:bottom w:w="9" w:type="dxa"/>
              <w:right w:w="30" w:type="dxa"/>
            </w:tcMar>
          </w:tcPr>
          <w:p w:rsidR="00F24549" w:rsidRPr="00BD380B" w:rsidRDefault="002E27C8">
            <w:pPr>
              <w:spacing w:after="0" w:line="240" w:lineRule="auto"/>
              <w:rPr>
                <w:sz w:val="20"/>
                <w:szCs w:val="20"/>
              </w:rPr>
            </w:pPr>
            <w:r w:rsidRPr="00BD380B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>Nr.</w:t>
            </w:r>
          </w:p>
        </w:tc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9" w:type="dxa"/>
              <w:left w:w="30" w:type="dxa"/>
              <w:bottom w:w="9" w:type="dxa"/>
              <w:right w:w="30" w:type="dxa"/>
            </w:tcMar>
          </w:tcPr>
          <w:p w:rsidR="00F24549" w:rsidRPr="00BD380B" w:rsidRDefault="002E27C8">
            <w:pPr>
              <w:spacing w:after="0" w:line="240" w:lineRule="auto"/>
              <w:rPr>
                <w:sz w:val="20"/>
                <w:szCs w:val="20"/>
              </w:rPr>
            </w:pPr>
            <w:r w:rsidRPr="00BD380B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>Din data</w:t>
            </w:r>
          </w:p>
        </w:tc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9" w:type="dxa"/>
              <w:left w:w="30" w:type="dxa"/>
              <w:bottom w:w="9" w:type="dxa"/>
              <w:right w:w="30" w:type="dxa"/>
            </w:tcMar>
          </w:tcPr>
          <w:p w:rsidR="00F24549" w:rsidRPr="00BD380B" w:rsidRDefault="002E27C8">
            <w:pPr>
              <w:spacing w:after="0" w:line="240" w:lineRule="auto"/>
              <w:rPr>
                <w:sz w:val="20"/>
                <w:szCs w:val="20"/>
              </w:rPr>
            </w:pPr>
            <w:r w:rsidRPr="00BD380B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>Emisă de</w:t>
            </w:r>
          </w:p>
        </w:tc>
      </w:tr>
      <w:tr w:rsidR="00F24549" w:rsidRPr="00BD380B" w:rsidTr="00292776">
        <w:trPr>
          <w:gridBefore w:val="1"/>
          <w:wBefore w:w="112" w:type="dxa"/>
          <w:jc w:val="center"/>
        </w:trPr>
        <w:tc>
          <w:tcPr>
            <w:tcW w:w="10944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9" w:type="dxa"/>
              <w:left w:w="30" w:type="dxa"/>
              <w:bottom w:w="9" w:type="dxa"/>
              <w:right w:w="30" w:type="dxa"/>
            </w:tcMar>
          </w:tcPr>
          <w:p w:rsidR="00F24549" w:rsidRPr="00BD380B" w:rsidRDefault="002E27C8">
            <w:pPr>
              <w:spacing w:after="10" w:line="240" w:lineRule="auto"/>
              <w:rPr>
                <w:sz w:val="20"/>
                <w:szCs w:val="20"/>
              </w:rPr>
            </w:pPr>
            <w:r w:rsidRPr="00BD380B">
              <w:rPr>
                <w:rFonts w:ascii="Times New Roman" w:hAnsi="Times New Roman"/>
                <w:i/>
                <w:sz w:val="20"/>
                <w:szCs w:val="20"/>
              </w:rPr>
              <w:t>emisă pentru executarea lucrărilor de construcții privind construirea / desființarea construcțiilor și amenajărilor</w:t>
            </w:r>
          </w:p>
        </w:tc>
      </w:tr>
      <w:tr w:rsidR="00F24549" w:rsidRPr="00BD380B" w:rsidTr="00292776">
        <w:trPr>
          <w:gridBefore w:val="1"/>
          <w:wBefore w:w="112" w:type="dxa"/>
          <w:jc w:val="center"/>
        </w:trPr>
        <w:tc>
          <w:tcPr>
            <w:tcW w:w="10944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auto"/>
              <w:right w:val="single" w:sz="4" w:space="0" w:color="808080"/>
            </w:tcBorders>
            <w:tcMar>
              <w:top w:w="9" w:type="dxa"/>
              <w:left w:w="30" w:type="dxa"/>
              <w:bottom w:w="9" w:type="dxa"/>
              <w:right w:w="30" w:type="dxa"/>
            </w:tcMar>
          </w:tcPr>
          <w:p w:rsidR="00F24549" w:rsidRPr="00BD380B" w:rsidRDefault="002E27C8">
            <w:pPr>
              <w:spacing w:after="0" w:line="240" w:lineRule="auto"/>
              <w:rPr>
                <w:sz w:val="20"/>
                <w:szCs w:val="20"/>
              </w:rPr>
            </w:pPr>
            <w:r w:rsidRPr="00BD380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Denumirea lucrării, capacitatea și categoria de lucrări din autorizație</w:t>
            </w:r>
            <w:r w:rsidRPr="00BD380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br/>
            </w:r>
            <w:r w:rsidRPr="00BD380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br/>
            </w:r>
          </w:p>
        </w:tc>
      </w:tr>
      <w:tr w:rsidR="00F24549" w:rsidRPr="00BD380B" w:rsidTr="00292776">
        <w:trPr>
          <w:gridBefore w:val="1"/>
          <w:wBefore w:w="112" w:type="dxa"/>
          <w:jc w:val="center"/>
        </w:trPr>
        <w:tc>
          <w:tcPr>
            <w:tcW w:w="109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" w:type="dxa"/>
              <w:left w:w="30" w:type="dxa"/>
              <w:bottom w:w="9" w:type="dxa"/>
              <w:right w:w="30" w:type="dxa"/>
            </w:tcMar>
          </w:tcPr>
          <w:p w:rsidR="00F24549" w:rsidRPr="00BD380B" w:rsidRDefault="002E27C8">
            <w:pPr>
              <w:spacing w:after="0" w:line="240" w:lineRule="auto"/>
              <w:rPr>
                <w:sz w:val="20"/>
                <w:szCs w:val="20"/>
              </w:rPr>
            </w:pPr>
            <w:r w:rsidRPr="00BD380B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>în valoare de (lei)</w:t>
            </w:r>
          </w:p>
        </w:tc>
      </w:tr>
      <w:tr w:rsidR="00292776" w:rsidRPr="00BD380B" w:rsidTr="00292776">
        <w:trPr>
          <w:gridBefore w:val="1"/>
          <w:wBefore w:w="112" w:type="dxa"/>
          <w:jc w:val="center"/>
        </w:trPr>
        <w:tc>
          <w:tcPr>
            <w:tcW w:w="10944" w:type="dxa"/>
            <w:gridSpan w:val="6"/>
            <w:tcBorders>
              <w:top w:val="single" w:sz="4" w:space="0" w:color="auto"/>
            </w:tcBorders>
            <w:tcMar>
              <w:top w:w="9" w:type="dxa"/>
              <w:left w:w="30" w:type="dxa"/>
              <w:bottom w:w="9" w:type="dxa"/>
              <w:right w:w="30" w:type="dxa"/>
            </w:tcMar>
          </w:tcPr>
          <w:p w:rsidR="00292776" w:rsidRPr="00BD380B" w:rsidRDefault="00292776" w:rsidP="0029277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4682"/>
                <w:sz w:val="20"/>
                <w:szCs w:val="20"/>
              </w:rPr>
            </w:pPr>
            <w:r w:rsidRPr="00BD380B">
              <w:rPr>
                <w:rFonts w:ascii="Times New Roman" w:hAnsi="Times New Roman"/>
                <w:b/>
                <w:sz w:val="20"/>
                <w:szCs w:val="20"/>
              </w:rPr>
              <w:t>ADUC LA CUNOȘTINȚĂ</w:t>
            </w:r>
            <w:r w:rsidRPr="00BD380B">
              <w:rPr>
                <w:rFonts w:ascii="Times New Roman" w:hAnsi="Times New Roman"/>
                <w:b/>
                <w:sz w:val="20"/>
                <w:szCs w:val="20"/>
              </w:rPr>
              <w:br/>
            </w:r>
          </w:p>
        </w:tc>
      </w:tr>
      <w:tr w:rsidR="00292776" w:rsidTr="00292776">
        <w:tblPrEx>
          <w:jc w:val="left"/>
          <w:tblBorders>
            <w:top w:val="single" w:sz="4" w:space="0" w:color="767676"/>
            <w:left w:val="single" w:sz="4" w:space="0" w:color="767676"/>
            <w:bottom w:val="single" w:sz="4" w:space="0" w:color="767676"/>
            <w:right w:val="single" w:sz="4" w:space="0" w:color="767676"/>
            <w:insideH w:val="single" w:sz="4" w:space="0" w:color="767676"/>
            <w:insideV w:val="single" w:sz="4" w:space="0" w:color="767676"/>
          </w:tblBorders>
          <w:tblCellMar>
            <w:left w:w="0" w:type="dxa"/>
            <w:right w:w="0" w:type="dxa"/>
          </w:tblCellMar>
          <w:tblLook w:val="01E0" w:firstRow="1" w:lastRow="1" w:firstColumn="1" w:lastColumn="1" w:noHBand="0" w:noVBand="0"/>
        </w:tblPrEx>
        <w:trPr>
          <w:gridAfter w:val="1"/>
          <w:wAfter w:w="141" w:type="dxa"/>
          <w:trHeight w:val="502"/>
        </w:trPr>
        <w:tc>
          <w:tcPr>
            <w:tcW w:w="3509" w:type="dxa"/>
            <w:gridSpan w:val="2"/>
          </w:tcPr>
          <w:p w:rsidR="00292776" w:rsidRDefault="00292776" w:rsidP="008E75BA">
            <w:pPr>
              <w:pStyle w:val="TableParagraph"/>
              <w:rPr>
                <w:b/>
                <w:sz w:val="14"/>
              </w:rPr>
            </w:pPr>
            <w:r w:rsidRPr="00292776">
              <w:rPr>
                <w:rFonts w:eastAsiaTheme="minorEastAsia" w:cstheme="minorBidi"/>
                <w:b/>
                <w:color w:val="004682"/>
                <w:sz w:val="20"/>
                <w:szCs w:val="20"/>
                <w:lang w:val="en-US"/>
              </w:rPr>
              <w:t>Că la data de</w:t>
            </w:r>
          </w:p>
        </w:tc>
        <w:tc>
          <w:tcPr>
            <w:tcW w:w="1558" w:type="dxa"/>
            <w:gridSpan w:val="2"/>
          </w:tcPr>
          <w:p w:rsidR="00292776" w:rsidRDefault="00292776" w:rsidP="00292776">
            <w:pPr>
              <w:pStyle w:val="TableParagraph"/>
              <w:rPr>
                <w:b/>
                <w:sz w:val="14"/>
              </w:rPr>
            </w:pPr>
            <w:r w:rsidRPr="00292776">
              <w:rPr>
                <w:rFonts w:eastAsiaTheme="minorEastAsia" w:cstheme="minorBidi"/>
                <w:b/>
                <w:color w:val="004682"/>
                <w:sz w:val="20"/>
                <w:szCs w:val="20"/>
                <w:lang w:val="en-US"/>
              </w:rPr>
              <w:t>ora</w:t>
            </w:r>
          </w:p>
        </w:tc>
        <w:tc>
          <w:tcPr>
            <w:tcW w:w="5848" w:type="dxa"/>
            <w:gridSpan w:val="2"/>
          </w:tcPr>
          <w:p w:rsidR="00292776" w:rsidRPr="00292776" w:rsidRDefault="00292776" w:rsidP="00292776">
            <w:pPr>
              <w:pStyle w:val="TableParagraph"/>
              <w:rPr>
                <w:rFonts w:eastAsiaTheme="minorEastAsia" w:cstheme="minorBidi"/>
                <w:b/>
                <w:color w:val="004682"/>
                <w:sz w:val="20"/>
                <w:szCs w:val="20"/>
                <w:lang w:val="en-US"/>
              </w:rPr>
            </w:pPr>
            <w:r w:rsidRPr="00292776">
              <w:rPr>
                <w:rFonts w:eastAsiaTheme="minorEastAsia" w:cstheme="minorBidi"/>
                <w:b/>
                <w:color w:val="004682"/>
                <w:sz w:val="20"/>
                <w:szCs w:val="20"/>
                <w:lang w:val="en-US"/>
              </w:rPr>
              <w:t>au fost finalizate lucrările de construcții autorizate</w:t>
            </w:r>
          </w:p>
          <w:p w:rsidR="00292776" w:rsidRPr="00292776" w:rsidRDefault="00292776" w:rsidP="00292776">
            <w:pPr>
              <w:pStyle w:val="TableParagraph"/>
              <w:spacing w:before="6"/>
              <w:rPr>
                <w:rFonts w:eastAsiaTheme="minorEastAsia" w:cstheme="minorBidi"/>
                <w:b/>
                <w:color w:val="004682"/>
                <w:sz w:val="20"/>
                <w:szCs w:val="20"/>
                <w:lang w:val="en-US"/>
              </w:rPr>
            </w:pPr>
            <w:r w:rsidRPr="00292776">
              <w:rPr>
                <w:rFonts w:eastAsiaTheme="minorEastAsia" w:cstheme="minorBidi"/>
                <w:i/>
                <w:color w:val="787878"/>
                <w:sz w:val="20"/>
                <w:szCs w:val="20"/>
                <w:lang w:val="en-US"/>
              </w:rPr>
              <w:t>pentru imobilul de mai jos</w:t>
            </w:r>
          </w:p>
        </w:tc>
      </w:tr>
    </w:tbl>
    <w:p w:rsidR="00F24549" w:rsidRPr="00AD61E5" w:rsidRDefault="00F24549">
      <w:pPr>
        <w:spacing w:before="2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736"/>
        <w:gridCol w:w="912"/>
        <w:gridCol w:w="2736"/>
        <w:gridCol w:w="912"/>
        <w:gridCol w:w="1824"/>
        <w:gridCol w:w="1824"/>
      </w:tblGrid>
      <w:tr w:rsidR="00F24549" w:rsidRPr="00BD380B">
        <w:trPr>
          <w:jc w:val="center"/>
        </w:trPr>
        <w:tc>
          <w:tcPr>
            <w:tcW w:w="10944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9" w:type="dxa"/>
              <w:left w:w="30" w:type="dxa"/>
              <w:bottom w:w="9" w:type="dxa"/>
              <w:right w:w="30" w:type="dxa"/>
            </w:tcMar>
          </w:tcPr>
          <w:p w:rsidR="00F24549" w:rsidRPr="00BD380B" w:rsidRDefault="002E27C8">
            <w:pPr>
              <w:spacing w:before="10" w:after="10" w:line="240" w:lineRule="auto"/>
              <w:rPr>
                <w:sz w:val="20"/>
                <w:szCs w:val="20"/>
              </w:rPr>
            </w:pPr>
            <w:r w:rsidRPr="00BD380B">
              <w:rPr>
                <w:rFonts w:ascii="Times New Roman" w:hAnsi="Times New Roman"/>
                <w:b/>
                <w:sz w:val="20"/>
                <w:szCs w:val="20"/>
              </w:rPr>
              <w:t>4. IMOBILUL</w:t>
            </w:r>
          </w:p>
        </w:tc>
      </w:tr>
      <w:tr w:rsidR="00F24549" w:rsidRPr="00BD380B">
        <w:trPr>
          <w:jc w:val="center"/>
        </w:trPr>
        <w:tc>
          <w:tcPr>
            <w:tcW w:w="10944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9" w:type="dxa"/>
              <w:left w:w="30" w:type="dxa"/>
              <w:bottom w:w="9" w:type="dxa"/>
              <w:right w:w="30" w:type="dxa"/>
            </w:tcMar>
          </w:tcPr>
          <w:p w:rsidR="00F24549" w:rsidRPr="00BD380B" w:rsidRDefault="002E27C8">
            <w:pPr>
              <w:spacing w:after="10" w:line="240" w:lineRule="auto"/>
              <w:rPr>
                <w:sz w:val="20"/>
                <w:szCs w:val="20"/>
              </w:rPr>
            </w:pPr>
            <w:r w:rsidRPr="00BD380B">
              <w:rPr>
                <w:rFonts w:ascii="Times New Roman" w:hAnsi="Times New Roman"/>
                <w:sz w:val="20"/>
                <w:szCs w:val="20"/>
              </w:rPr>
              <w:t>☐ teren     ☐ construcții</w:t>
            </w:r>
          </w:p>
        </w:tc>
      </w:tr>
      <w:tr w:rsidR="00F24549" w:rsidRPr="00BD380B">
        <w:trPr>
          <w:jc w:val="center"/>
        </w:trPr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9" w:type="dxa"/>
              <w:left w:w="30" w:type="dxa"/>
              <w:bottom w:w="9" w:type="dxa"/>
              <w:right w:w="30" w:type="dxa"/>
            </w:tcMar>
          </w:tcPr>
          <w:p w:rsidR="00F24549" w:rsidRPr="00BD380B" w:rsidRDefault="002E27C8">
            <w:pPr>
              <w:spacing w:after="0" w:line="240" w:lineRule="auto"/>
              <w:rPr>
                <w:sz w:val="20"/>
                <w:szCs w:val="20"/>
              </w:rPr>
            </w:pPr>
            <w:r w:rsidRPr="00BD380B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>Județ</w:t>
            </w:r>
          </w:p>
        </w:tc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9" w:type="dxa"/>
              <w:left w:w="30" w:type="dxa"/>
              <w:bottom w:w="9" w:type="dxa"/>
              <w:right w:w="30" w:type="dxa"/>
            </w:tcMar>
          </w:tcPr>
          <w:p w:rsidR="00F24549" w:rsidRPr="00BD380B" w:rsidRDefault="002E27C8">
            <w:pPr>
              <w:spacing w:after="0" w:line="240" w:lineRule="auto"/>
              <w:rPr>
                <w:sz w:val="20"/>
                <w:szCs w:val="20"/>
              </w:rPr>
            </w:pPr>
            <w:r w:rsidRPr="00BD380B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>Municipiu / oraș / comună</w:t>
            </w:r>
          </w:p>
        </w:tc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9" w:type="dxa"/>
              <w:left w:w="30" w:type="dxa"/>
              <w:bottom w:w="9" w:type="dxa"/>
              <w:right w:w="30" w:type="dxa"/>
            </w:tcMar>
          </w:tcPr>
          <w:p w:rsidR="00F24549" w:rsidRPr="00BD380B" w:rsidRDefault="002E27C8">
            <w:pPr>
              <w:spacing w:after="0" w:line="240" w:lineRule="auto"/>
              <w:rPr>
                <w:sz w:val="20"/>
                <w:szCs w:val="20"/>
              </w:rPr>
            </w:pPr>
            <w:r w:rsidRPr="00BD380B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>Sat / sector</w:t>
            </w:r>
          </w:p>
        </w:tc>
      </w:tr>
      <w:tr w:rsidR="00F24549" w:rsidRPr="00BD380B">
        <w:trPr>
          <w:jc w:val="center"/>
        </w:trPr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9" w:type="dxa"/>
              <w:left w:w="30" w:type="dxa"/>
              <w:bottom w:w="9" w:type="dxa"/>
              <w:right w:w="30" w:type="dxa"/>
            </w:tcMar>
          </w:tcPr>
          <w:p w:rsidR="00F24549" w:rsidRPr="00BD380B" w:rsidRDefault="002E27C8">
            <w:pPr>
              <w:spacing w:after="0" w:line="240" w:lineRule="auto"/>
              <w:rPr>
                <w:sz w:val="20"/>
                <w:szCs w:val="20"/>
              </w:rPr>
            </w:pPr>
            <w:r w:rsidRPr="00BD380B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>Cod poștal</w:t>
            </w:r>
          </w:p>
        </w:tc>
        <w:tc>
          <w:tcPr>
            <w:tcW w:w="456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9" w:type="dxa"/>
              <w:left w:w="30" w:type="dxa"/>
              <w:bottom w:w="9" w:type="dxa"/>
              <w:right w:w="30" w:type="dxa"/>
            </w:tcMar>
          </w:tcPr>
          <w:p w:rsidR="00F24549" w:rsidRPr="00BD380B" w:rsidRDefault="002E27C8">
            <w:pPr>
              <w:spacing w:after="0" w:line="240" w:lineRule="auto"/>
              <w:rPr>
                <w:sz w:val="20"/>
                <w:szCs w:val="20"/>
              </w:rPr>
            </w:pPr>
            <w:r w:rsidRPr="00BD380B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>Strada</w:t>
            </w:r>
          </w:p>
        </w:tc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9" w:type="dxa"/>
              <w:left w:w="30" w:type="dxa"/>
              <w:bottom w:w="9" w:type="dxa"/>
              <w:right w:w="30" w:type="dxa"/>
            </w:tcMar>
          </w:tcPr>
          <w:p w:rsidR="00F24549" w:rsidRPr="00BD380B" w:rsidRDefault="002E27C8">
            <w:pPr>
              <w:spacing w:after="0" w:line="240" w:lineRule="auto"/>
              <w:rPr>
                <w:sz w:val="20"/>
                <w:szCs w:val="20"/>
              </w:rPr>
            </w:pPr>
            <w:r w:rsidRPr="00BD380B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>Nr.</w:t>
            </w:r>
          </w:p>
        </w:tc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9" w:type="dxa"/>
              <w:left w:w="30" w:type="dxa"/>
              <w:bottom w:w="9" w:type="dxa"/>
              <w:right w:w="30" w:type="dxa"/>
            </w:tcMar>
          </w:tcPr>
          <w:p w:rsidR="00F24549" w:rsidRPr="00BD380B" w:rsidRDefault="002E27C8">
            <w:pPr>
              <w:spacing w:after="0" w:line="240" w:lineRule="auto"/>
              <w:rPr>
                <w:sz w:val="20"/>
                <w:szCs w:val="20"/>
              </w:rPr>
            </w:pPr>
            <w:r w:rsidRPr="00BD380B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>Bl. / sc. / et. / ap.</w:t>
            </w:r>
          </w:p>
        </w:tc>
      </w:tr>
      <w:tr w:rsidR="00F24549" w:rsidRPr="00BD380B">
        <w:trPr>
          <w:jc w:val="center"/>
        </w:trPr>
        <w:tc>
          <w:tcPr>
            <w:tcW w:w="638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9" w:type="dxa"/>
              <w:left w:w="30" w:type="dxa"/>
              <w:bottom w:w="9" w:type="dxa"/>
              <w:right w:w="30" w:type="dxa"/>
            </w:tcMar>
          </w:tcPr>
          <w:p w:rsidR="00F24549" w:rsidRPr="00BD380B" w:rsidRDefault="002E27C8">
            <w:pPr>
              <w:spacing w:after="0" w:line="240" w:lineRule="auto"/>
              <w:rPr>
                <w:sz w:val="20"/>
                <w:szCs w:val="20"/>
              </w:rPr>
            </w:pPr>
            <w:r w:rsidRPr="00BD380B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>Număr cadastral</w:t>
            </w:r>
            <w:r w:rsidRPr="00BD380B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br/>
            </w:r>
            <w:r w:rsidRPr="00BD380B">
              <w:rPr>
                <w:rFonts w:ascii="Times New Roman" w:hAnsi="Times New Roman"/>
                <w:i/>
                <w:color w:val="787878"/>
                <w:sz w:val="20"/>
                <w:szCs w:val="20"/>
              </w:rPr>
              <w:t>dacă imobilul e înscris în e-Terra</w:t>
            </w:r>
          </w:p>
        </w:tc>
        <w:tc>
          <w:tcPr>
            <w:tcW w:w="456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9" w:type="dxa"/>
              <w:left w:w="30" w:type="dxa"/>
              <w:bottom w:w="9" w:type="dxa"/>
              <w:right w:w="30" w:type="dxa"/>
            </w:tcMar>
          </w:tcPr>
          <w:p w:rsidR="00F24549" w:rsidRPr="00BD380B" w:rsidRDefault="002E27C8">
            <w:pPr>
              <w:spacing w:after="0" w:line="240" w:lineRule="auto"/>
              <w:rPr>
                <w:sz w:val="20"/>
                <w:szCs w:val="20"/>
              </w:rPr>
            </w:pPr>
            <w:r w:rsidRPr="00BD380B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>Carte funciară nr.</w:t>
            </w:r>
          </w:p>
        </w:tc>
      </w:tr>
    </w:tbl>
    <w:p w:rsidR="00F24549" w:rsidRPr="00AD61E5" w:rsidRDefault="00F24549">
      <w:pPr>
        <w:spacing w:before="2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944"/>
      </w:tblGrid>
      <w:tr w:rsidR="00F24549" w:rsidRPr="00BD380B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10" w:type="dxa"/>
              <w:left w:w="35" w:type="dxa"/>
              <w:bottom w:w="10" w:type="dxa"/>
              <w:right w:w="35" w:type="dxa"/>
            </w:tcMar>
          </w:tcPr>
          <w:p w:rsidR="00F24549" w:rsidRPr="00BD380B" w:rsidRDefault="002E27C8">
            <w:pPr>
              <w:spacing w:before="10" w:after="10" w:line="240" w:lineRule="auto"/>
              <w:rPr>
                <w:sz w:val="20"/>
                <w:szCs w:val="20"/>
              </w:rPr>
            </w:pPr>
            <w:r w:rsidRPr="00BD380B">
              <w:rPr>
                <w:rFonts w:ascii="Times New Roman" w:hAnsi="Times New Roman"/>
                <w:b/>
                <w:sz w:val="20"/>
                <w:szCs w:val="20"/>
              </w:rPr>
              <w:t>5. CONVOCAREA COMISIEI DE RECEPȚIE</w:t>
            </w:r>
          </w:p>
        </w:tc>
      </w:tr>
      <w:tr w:rsidR="00F24549" w:rsidRPr="00BD380B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5" w:type="dxa"/>
              <w:bottom w:w="10" w:type="dxa"/>
              <w:right w:w="35" w:type="dxa"/>
            </w:tcMar>
          </w:tcPr>
          <w:p w:rsidR="00F24549" w:rsidRPr="00BD380B" w:rsidRDefault="002E27C8">
            <w:pPr>
              <w:spacing w:after="10" w:line="240" w:lineRule="auto"/>
              <w:rPr>
                <w:sz w:val="20"/>
                <w:szCs w:val="20"/>
              </w:rPr>
            </w:pPr>
            <w:r w:rsidRPr="00BD380B">
              <w:rPr>
                <w:rFonts w:ascii="Times New Roman" w:hAnsi="Times New Roman"/>
                <w:sz w:val="20"/>
                <w:szCs w:val="20"/>
              </w:rPr>
              <w:t>Se convoacă comisia de recepție la terminarea lucrărilor, la data ____________________ ora ________</w:t>
            </w:r>
          </w:p>
        </w:tc>
      </w:tr>
    </w:tbl>
    <w:p w:rsidR="00F24549" w:rsidRPr="00AD61E5" w:rsidRDefault="00F24549">
      <w:pPr>
        <w:spacing w:before="2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48"/>
        <w:gridCol w:w="3648"/>
        <w:gridCol w:w="3648"/>
      </w:tblGrid>
      <w:tr w:rsidR="00F24549" w:rsidRPr="00BD380B">
        <w:trPr>
          <w:jc w:val="center"/>
        </w:trPr>
        <w:tc>
          <w:tcPr>
            <w:tcW w:w="1094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12" w:type="dxa"/>
              <w:left w:w="30" w:type="dxa"/>
              <w:bottom w:w="22" w:type="dxa"/>
              <w:right w:w="30" w:type="dxa"/>
            </w:tcMar>
          </w:tcPr>
          <w:p w:rsidR="00F24549" w:rsidRPr="00BD380B" w:rsidRDefault="002E27C8">
            <w:pPr>
              <w:spacing w:before="10" w:after="10" w:line="240" w:lineRule="auto"/>
              <w:rPr>
                <w:sz w:val="20"/>
                <w:szCs w:val="20"/>
              </w:rPr>
            </w:pPr>
            <w:r w:rsidRPr="00BD380B">
              <w:rPr>
                <w:rFonts w:ascii="Times New Roman" w:hAnsi="Times New Roman"/>
                <w:b/>
                <w:sz w:val="20"/>
                <w:szCs w:val="20"/>
              </w:rPr>
              <w:t>6. DATA ȘI SEMNĂTURA</w:t>
            </w:r>
          </w:p>
        </w:tc>
      </w:tr>
      <w:tr w:rsidR="00F24549" w:rsidRPr="00BD380B">
        <w:trPr>
          <w:jc w:val="center"/>
        </w:trPr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2" w:type="dxa"/>
              <w:left w:w="30" w:type="dxa"/>
              <w:bottom w:w="22" w:type="dxa"/>
              <w:right w:w="30" w:type="dxa"/>
            </w:tcMar>
          </w:tcPr>
          <w:p w:rsidR="00F24549" w:rsidRPr="00BD380B" w:rsidRDefault="002E27C8">
            <w:pPr>
              <w:spacing w:after="0" w:line="240" w:lineRule="auto"/>
              <w:rPr>
                <w:sz w:val="20"/>
                <w:szCs w:val="20"/>
              </w:rPr>
            </w:pPr>
            <w:r w:rsidRPr="00BD380B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>Data</w:t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2" w:type="dxa"/>
              <w:left w:w="30" w:type="dxa"/>
              <w:bottom w:w="22" w:type="dxa"/>
              <w:right w:w="30" w:type="dxa"/>
            </w:tcMar>
          </w:tcPr>
          <w:p w:rsidR="00F24549" w:rsidRPr="00BD380B" w:rsidRDefault="002E27C8">
            <w:pPr>
              <w:spacing w:after="0" w:line="240" w:lineRule="auto"/>
              <w:rPr>
                <w:sz w:val="20"/>
                <w:szCs w:val="20"/>
              </w:rPr>
            </w:pPr>
            <w:r w:rsidRPr="00BD380B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>Titularul autorizației</w:t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2" w:type="dxa"/>
              <w:left w:w="30" w:type="dxa"/>
              <w:bottom w:w="22" w:type="dxa"/>
              <w:right w:w="30" w:type="dxa"/>
            </w:tcMar>
          </w:tcPr>
          <w:p w:rsidR="00F24549" w:rsidRDefault="002E27C8">
            <w:pPr>
              <w:spacing w:after="0" w:line="240" w:lineRule="auto"/>
              <w:rPr>
                <w:rFonts w:ascii="Times New Roman" w:hAnsi="Times New Roman"/>
                <w:b/>
                <w:color w:val="004682"/>
                <w:sz w:val="20"/>
                <w:szCs w:val="20"/>
              </w:rPr>
            </w:pPr>
            <w:proofErr w:type="spellStart"/>
            <w:r w:rsidRPr="00BD380B">
              <w:rPr>
                <w:rFonts w:ascii="Times New Roman" w:hAnsi="Times New Roman"/>
                <w:b/>
                <w:color w:val="004682"/>
                <w:sz w:val="20"/>
                <w:szCs w:val="20"/>
              </w:rPr>
              <w:t>Semnătura</w:t>
            </w:r>
            <w:proofErr w:type="spellEnd"/>
          </w:p>
          <w:p w:rsidR="00BD380B" w:rsidRPr="00BD380B" w:rsidRDefault="00BD380B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</w:tbl>
    <w:p w:rsidR="00686D6D" w:rsidRPr="00AD61E5" w:rsidRDefault="00686D6D">
      <w:pPr>
        <w:rPr>
          <w:sz w:val="24"/>
          <w:szCs w:val="24"/>
        </w:rPr>
      </w:pPr>
    </w:p>
    <w:sectPr w:rsidR="00686D6D" w:rsidRPr="00AD61E5" w:rsidSect="00292776">
      <w:footerReference w:type="default" r:id="rId10"/>
      <w:pgSz w:w="11906" w:h="16838" w:code="9"/>
      <w:pgMar w:top="504" w:right="648" w:bottom="504" w:left="648" w:header="720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76F78" w:rsidRDefault="00476F78">
      <w:pPr>
        <w:spacing w:after="0" w:line="240" w:lineRule="auto"/>
      </w:pPr>
      <w:r>
        <w:separator/>
      </w:r>
    </w:p>
  </w:endnote>
  <w:endnote w:type="continuationSeparator" w:id="0">
    <w:p w:rsidR="00476F78" w:rsidRDefault="00476F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4549" w:rsidRDefault="002E27C8" w:rsidP="00292776">
    <w:pPr>
      <w:pStyle w:val="Subsol"/>
    </w:pPr>
    <w:r>
      <w:rPr>
        <w:rFonts w:ascii="Times New Roman" w:hAnsi="Times New Roman"/>
        <w:color w:val="646464"/>
        <w:sz w:val="16"/>
      </w:rPr>
      <w:t xml:space="preserve">F_A_10 · </w:t>
    </w:r>
    <w:proofErr w:type="spellStart"/>
    <w:r>
      <w:rPr>
        <w:rFonts w:ascii="Times New Roman" w:hAnsi="Times New Roman"/>
        <w:color w:val="646464"/>
        <w:sz w:val="16"/>
      </w:rPr>
      <w:t>versiunea</w:t>
    </w:r>
    <w:proofErr w:type="spellEnd"/>
    <w:r>
      <w:rPr>
        <w:rFonts w:ascii="Times New Roman" w:hAnsi="Times New Roman"/>
        <w:color w:val="646464"/>
        <w:sz w:val="16"/>
      </w:rPr>
      <w:t xml:space="preserve"> 1.0                                              </w:t>
    </w:r>
    <w:r w:rsidR="00292776">
      <w:rPr>
        <w:rFonts w:ascii="Times New Roman" w:hAnsi="Times New Roman"/>
        <w:color w:val="646464"/>
        <w:sz w:val="16"/>
      </w:rPr>
      <w:t xml:space="preserve">               </w:t>
    </w:r>
    <w:r>
      <w:rPr>
        <w:rFonts w:ascii="Times New Roman" w:hAnsi="Times New Roman"/>
        <w:color w:val="646464"/>
        <w:sz w:val="16"/>
      </w:rPr>
      <w:t xml:space="preserve">    </w:t>
    </w:r>
    <w:proofErr w:type="spellStart"/>
    <w:r>
      <w:rPr>
        <w:rFonts w:ascii="Times New Roman" w:hAnsi="Times New Roman"/>
        <w:color w:val="646464"/>
        <w:sz w:val="16"/>
      </w:rPr>
      <w:t>pagina</w:t>
    </w:r>
    <w:proofErr w:type="spellEnd"/>
    <w:r>
      <w:rPr>
        <w:rFonts w:ascii="Times New Roman" w:hAnsi="Times New Roman"/>
        <w:color w:val="646464"/>
        <w:sz w:val="16"/>
      </w:rPr>
      <w:t xml:space="preserve"> 1 din 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76F78" w:rsidRDefault="00476F78">
      <w:pPr>
        <w:spacing w:after="0" w:line="240" w:lineRule="auto"/>
      </w:pPr>
      <w:r>
        <w:separator/>
      </w:r>
    </w:p>
  </w:footnote>
  <w:footnote w:type="continuationSeparator" w:id="0">
    <w:p w:rsidR="00476F78" w:rsidRDefault="00476F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B47730"/>
    <w:rsid w:val="00034616"/>
    <w:rsid w:val="0006063C"/>
    <w:rsid w:val="0006153B"/>
    <w:rsid w:val="0015074B"/>
    <w:rsid w:val="00190D4D"/>
    <w:rsid w:val="001B3031"/>
    <w:rsid w:val="00200FFD"/>
    <w:rsid w:val="00292776"/>
    <w:rsid w:val="0029639D"/>
    <w:rsid w:val="002E27C8"/>
    <w:rsid w:val="00326F90"/>
    <w:rsid w:val="004525DF"/>
    <w:rsid w:val="00476F78"/>
    <w:rsid w:val="005A3293"/>
    <w:rsid w:val="006423CF"/>
    <w:rsid w:val="00686D6D"/>
    <w:rsid w:val="007D2778"/>
    <w:rsid w:val="008C4840"/>
    <w:rsid w:val="00AA1D8D"/>
    <w:rsid w:val="00AD61E5"/>
    <w:rsid w:val="00B47730"/>
    <w:rsid w:val="00BD380B"/>
    <w:rsid w:val="00CB0664"/>
    <w:rsid w:val="00F24549"/>
    <w:rsid w:val="00FC693F"/>
    <w:rsid w:val="00FD3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74242D60-558B-4FCC-9ADE-26057AF1C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xtnBalon">
    <w:name w:val="Balloon Text"/>
    <w:basedOn w:val="Normal"/>
    <w:link w:val="TextnBalonCaracter"/>
    <w:uiPriority w:val="99"/>
    <w:semiHidden/>
    <w:unhideWhenUsed/>
    <w:rsid w:val="00BD38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BD380B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Normal"/>
    <w:uiPriority w:val="1"/>
    <w:qFormat/>
    <w:rsid w:val="00BD380B"/>
    <w:pPr>
      <w:widowControl w:val="0"/>
      <w:autoSpaceDE w:val="0"/>
      <w:autoSpaceDN w:val="0"/>
      <w:spacing w:before="5" w:after="0" w:line="240" w:lineRule="auto"/>
      <w:ind w:left="104"/>
    </w:pPr>
    <w:rPr>
      <w:rFonts w:ascii="Times New Roman" w:eastAsia="Times New Roman" w:hAnsi="Times New Roman" w:cs="Times New Roman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E94C701-818F-4819-BDC7-A3B65772B2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237</Words>
  <Characters>1352</Characters>
  <Application>Microsoft Office Word</Application>
  <DocSecurity>0</DocSecurity>
  <Lines>11</Lines>
  <Paragraphs>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1586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Urbanism3</cp:lastModifiedBy>
  <cp:revision>6</cp:revision>
  <dcterms:created xsi:type="dcterms:W3CDTF">2026-08-28T07:47:00Z</dcterms:created>
  <dcterms:modified xsi:type="dcterms:W3CDTF">2026-10-01T06:28:00Z</dcterms:modified>
</cp:coreProperties>
</file>